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FAFAB" w14:textId="77777777" w:rsidR="008C7F61" w:rsidRDefault="008C7F61" w:rsidP="008E03B0">
      <w:pPr>
        <w:rPr>
          <w:rFonts w:ascii="Times New Roman" w:hAnsi="Times New Roman" w:cs="Times New Roman"/>
          <w:sz w:val="24"/>
          <w:szCs w:val="24"/>
        </w:rPr>
      </w:pPr>
    </w:p>
    <w:p w14:paraId="0A02F549" w14:textId="77777777" w:rsidR="00534484" w:rsidRDefault="00534484" w:rsidP="00712ECB">
      <w:pPr>
        <w:jc w:val="center"/>
        <w:rPr>
          <w:rFonts w:ascii="Times New Roman" w:hAnsi="Times New Roman" w:cs="Times New Roman"/>
          <w:sz w:val="24"/>
          <w:szCs w:val="24"/>
        </w:rPr>
      </w:pPr>
    </w:p>
    <w:p w14:paraId="2E88B3E8" w14:textId="77777777" w:rsidR="008E03B0" w:rsidRDefault="00F653AC" w:rsidP="00712ECB">
      <w:pPr>
        <w:jc w:val="center"/>
        <w:rPr>
          <w:rFonts w:ascii="Times New Roman" w:hAnsi="Times New Roman" w:cs="Times New Roman"/>
          <w:sz w:val="48"/>
          <w:szCs w:val="48"/>
        </w:rPr>
      </w:pPr>
      <w:r w:rsidRPr="008E03B0">
        <w:rPr>
          <w:rFonts w:ascii="Times New Roman" w:hAnsi="Times New Roman" w:cs="Times New Roman"/>
          <w:sz w:val="48"/>
          <w:szCs w:val="48"/>
        </w:rPr>
        <w:t xml:space="preserve">PLANI I STREHIMIT SOCIAL </w:t>
      </w:r>
    </w:p>
    <w:p w14:paraId="4D6AA292" w14:textId="77777777" w:rsidR="00C95401" w:rsidRPr="008E03B0" w:rsidRDefault="00F653AC" w:rsidP="00E43158">
      <w:pPr>
        <w:jc w:val="center"/>
        <w:rPr>
          <w:rFonts w:ascii="Times New Roman" w:hAnsi="Times New Roman" w:cs="Times New Roman"/>
          <w:sz w:val="52"/>
          <w:szCs w:val="52"/>
        </w:rPr>
      </w:pPr>
      <w:r w:rsidRPr="008E03B0">
        <w:rPr>
          <w:rFonts w:ascii="Times New Roman" w:hAnsi="Times New Roman" w:cs="Times New Roman"/>
          <w:sz w:val="48"/>
          <w:szCs w:val="48"/>
        </w:rPr>
        <w:t>2025–2029</w:t>
      </w:r>
      <w:r w:rsidRPr="00D97086">
        <w:rPr>
          <w:rFonts w:ascii="Times New Roman" w:hAnsi="Times New Roman" w:cs="Times New Roman"/>
          <w:sz w:val="24"/>
          <w:szCs w:val="24"/>
        </w:rPr>
        <w:br/>
      </w:r>
      <w:r w:rsidR="008E03B0">
        <w:rPr>
          <w:rFonts w:ascii="Times New Roman" w:hAnsi="Times New Roman" w:cs="Times New Roman"/>
          <w:sz w:val="52"/>
          <w:szCs w:val="52"/>
        </w:rPr>
        <w:t>BASHKIA PRRENJAS</w:t>
      </w:r>
    </w:p>
    <w:p w14:paraId="0EEBAC55" w14:textId="77777777" w:rsidR="008E03B0" w:rsidRDefault="008E03B0" w:rsidP="00712ECB">
      <w:pPr>
        <w:jc w:val="center"/>
        <w:rPr>
          <w:rFonts w:ascii="Times New Roman" w:hAnsi="Times New Roman" w:cs="Times New Roman"/>
          <w:sz w:val="24"/>
          <w:szCs w:val="24"/>
        </w:rPr>
      </w:pPr>
      <w:r>
        <w:rPr>
          <w:noProof/>
        </w:rPr>
        <mc:AlternateContent>
          <mc:Choice Requires="wps">
            <w:drawing>
              <wp:inline distT="0" distB="0" distL="0" distR="0" wp14:anchorId="7AA6B957" wp14:editId="02FB8876">
                <wp:extent cx="304800" cy="304800"/>
                <wp:effectExtent l="0" t="0" r="0" b="0"/>
                <wp:docPr id="8" name="AutoShape 2" descr="Bashkia Prrenjas-Faqja Zyrtar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6E0296" id="AutoShape 2" o:spid="_x0000_s1026" alt="Bashkia Prrenjas-Faqja Zyrtar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BpvKyGzQIAAN4FAAAOAAAAAAAAAAAAAAAAAC4CAABkcnMvZTJvRG9jLnhtbFBLAQIt&#10;ABQABgAIAAAAIQBMoOks2AAAAAMBAAAPAAAAAAAAAAAAAAAAACcFAABkcnMvZG93bnJldi54bWxQ&#10;SwUGAAAAAAQABADzAAAALAYAAAAA&#10;" filled="f" stroked="f">
                <o:lock v:ext="edit" aspectratio="t"/>
                <w10:anchorlock/>
              </v:rect>
            </w:pict>
          </mc:Fallback>
        </mc:AlternateContent>
      </w:r>
      <w:r>
        <w:rPr>
          <w:noProof/>
        </w:rPr>
        <mc:AlternateContent>
          <mc:Choice Requires="wps">
            <w:drawing>
              <wp:inline distT="0" distB="0" distL="0" distR="0" wp14:anchorId="166F61BF" wp14:editId="304D0BD6">
                <wp:extent cx="304800" cy="304800"/>
                <wp:effectExtent l="0" t="0" r="0" b="0"/>
                <wp:docPr id="9" name="AutoShape 3" descr="Bashkia Prrenjas-Faqja Zyrtar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2492E1" id="AutoShape 3" o:spid="_x0000_s1026" alt="Bashkia Prrenjas-Faqja Zyrtar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qN2MBM4CAADeBQAADgAAAAAAAAAAAAAAAAAuAgAAZHJzL2Uyb0RvYy54bWxQSwEC&#10;LQAUAAYACAAAACEATKDpLNgAAAADAQAADwAAAAAAAAAAAAAAAAAoBQAAZHJzL2Rvd25yZXYueG1s&#10;UEsFBgAAAAAEAAQA8wAAAC0GAAAAAA==&#10;" filled="f" stroked="f">
                <o:lock v:ext="edit" aspectratio="t"/>
                <w10:anchorlock/>
              </v:rect>
            </w:pict>
          </mc:Fallback>
        </mc:AlternateContent>
      </w:r>
      <w:r>
        <w:rPr>
          <w:noProof/>
        </w:rPr>
        <w:drawing>
          <wp:inline distT="0" distB="0" distL="0" distR="0" wp14:anchorId="4F074F3C" wp14:editId="1032282F">
            <wp:extent cx="2886075" cy="2847975"/>
            <wp:effectExtent l="0" t="0" r="9525" b="9525"/>
            <wp:docPr id="10" name="Picture 10" descr="File:Stema e Bashkisë Prrenjas.svg - Wikimedia Comm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le:Stema e Bashkisë Prrenjas.svg - Wikimedia Common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6075" cy="2847975"/>
                    </a:xfrm>
                    <a:prstGeom prst="rect">
                      <a:avLst/>
                    </a:prstGeom>
                    <a:noFill/>
                    <a:ln>
                      <a:noFill/>
                    </a:ln>
                  </pic:spPr>
                </pic:pic>
              </a:graphicData>
            </a:graphic>
          </wp:inline>
        </w:drawing>
      </w:r>
      <w:r w:rsidR="00F653AC" w:rsidRPr="00D97086">
        <w:rPr>
          <w:rFonts w:ascii="Times New Roman" w:hAnsi="Times New Roman" w:cs="Times New Roman"/>
          <w:sz w:val="24"/>
          <w:szCs w:val="24"/>
        </w:rPr>
        <w:br/>
      </w:r>
    </w:p>
    <w:p w14:paraId="023F04EF" w14:textId="77777777" w:rsidR="008E03B0" w:rsidRDefault="008E03B0" w:rsidP="00712ECB">
      <w:pPr>
        <w:jc w:val="center"/>
        <w:rPr>
          <w:rFonts w:ascii="Times New Roman" w:hAnsi="Times New Roman" w:cs="Times New Roman"/>
          <w:sz w:val="24"/>
          <w:szCs w:val="24"/>
        </w:rPr>
      </w:pPr>
    </w:p>
    <w:p w14:paraId="46AD0650" w14:textId="11C8D3A2" w:rsidR="00AA1ED9" w:rsidRDefault="00F653AC" w:rsidP="00204566">
      <w:pPr>
        <w:jc w:val="center"/>
        <w:rPr>
          <w:lang w:val="sq-AL"/>
        </w:rPr>
      </w:pPr>
      <w:proofErr w:type="spellStart"/>
      <w:r w:rsidRPr="00D97086">
        <w:rPr>
          <w:rFonts w:ascii="Times New Roman" w:hAnsi="Times New Roman" w:cs="Times New Roman"/>
          <w:sz w:val="24"/>
          <w:szCs w:val="24"/>
        </w:rPr>
        <w:t>Vend</w:t>
      </w:r>
      <w:r w:rsidR="00204566">
        <w:rPr>
          <w:rFonts w:ascii="Times New Roman" w:hAnsi="Times New Roman" w:cs="Times New Roman"/>
          <w:sz w:val="24"/>
          <w:szCs w:val="24"/>
        </w:rPr>
        <w:t>imi</w:t>
      </w:r>
      <w:proofErr w:type="spellEnd"/>
      <w:r w:rsidR="00204566">
        <w:rPr>
          <w:rFonts w:ascii="Times New Roman" w:hAnsi="Times New Roman" w:cs="Times New Roman"/>
          <w:sz w:val="24"/>
          <w:szCs w:val="24"/>
        </w:rPr>
        <w:t xml:space="preserve"> </w:t>
      </w:r>
      <w:proofErr w:type="spellStart"/>
      <w:r w:rsidR="00204566">
        <w:rPr>
          <w:rFonts w:ascii="Times New Roman" w:hAnsi="Times New Roman" w:cs="Times New Roman"/>
          <w:sz w:val="24"/>
          <w:szCs w:val="24"/>
        </w:rPr>
        <w:t>i</w:t>
      </w:r>
      <w:proofErr w:type="spellEnd"/>
      <w:r w:rsidR="00204566">
        <w:rPr>
          <w:rFonts w:ascii="Times New Roman" w:hAnsi="Times New Roman" w:cs="Times New Roman"/>
          <w:sz w:val="24"/>
          <w:szCs w:val="24"/>
        </w:rPr>
        <w:t xml:space="preserve"> </w:t>
      </w:r>
      <w:proofErr w:type="spellStart"/>
      <w:r w:rsidR="00204566">
        <w:rPr>
          <w:rFonts w:ascii="Times New Roman" w:hAnsi="Times New Roman" w:cs="Times New Roman"/>
          <w:sz w:val="24"/>
          <w:szCs w:val="24"/>
        </w:rPr>
        <w:t>Këshillit</w:t>
      </w:r>
      <w:proofErr w:type="spellEnd"/>
      <w:r w:rsidR="00204566">
        <w:rPr>
          <w:rFonts w:ascii="Times New Roman" w:hAnsi="Times New Roman" w:cs="Times New Roman"/>
          <w:sz w:val="24"/>
          <w:szCs w:val="24"/>
        </w:rPr>
        <w:t xml:space="preserve"> </w:t>
      </w:r>
      <w:proofErr w:type="spellStart"/>
      <w:r w:rsidR="00204566">
        <w:rPr>
          <w:rFonts w:ascii="Times New Roman" w:hAnsi="Times New Roman" w:cs="Times New Roman"/>
          <w:sz w:val="24"/>
          <w:szCs w:val="24"/>
        </w:rPr>
        <w:t>Bashkiak</w:t>
      </w:r>
      <w:proofErr w:type="spellEnd"/>
      <w:r w:rsidR="00204566">
        <w:rPr>
          <w:rFonts w:ascii="Times New Roman" w:hAnsi="Times New Roman" w:cs="Times New Roman"/>
          <w:sz w:val="24"/>
          <w:szCs w:val="24"/>
        </w:rPr>
        <w:t xml:space="preserve"> nr. 70</w:t>
      </w:r>
      <w:r w:rsidR="00B84D6F">
        <w:rPr>
          <w:rFonts w:ascii="Times New Roman" w:hAnsi="Times New Roman" w:cs="Times New Roman"/>
          <w:sz w:val="24"/>
          <w:szCs w:val="24"/>
        </w:rPr>
        <w:t xml:space="preserve"> </w:t>
      </w:r>
      <w:proofErr w:type="spellStart"/>
      <w:r w:rsidR="00204566">
        <w:rPr>
          <w:rFonts w:ascii="Times New Roman" w:hAnsi="Times New Roman" w:cs="Times New Roman"/>
          <w:sz w:val="24"/>
          <w:szCs w:val="24"/>
        </w:rPr>
        <w:t>datë</w:t>
      </w:r>
      <w:proofErr w:type="spellEnd"/>
      <w:r w:rsidR="00204566">
        <w:rPr>
          <w:rFonts w:ascii="Times New Roman" w:hAnsi="Times New Roman" w:cs="Times New Roman"/>
          <w:sz w:val="24"/>
          <w:szCs w:val="24"/>
        </w:rPr>
        <w:t xml:space="preserve"> 30.09.2025</w:t>
      </w:r>
      <w:r w:rsidRPr="00D97086">
        <w:rPr>
          <w:rFonts w:ascii="Times New Roman" w:hAnsi="Times New Roman" w:cs="Times New Roman"/>
          <w:sz w:val="24"/>
          <w:szCs w:val="24"/>
        </w:rPr>
        <w:br/>
      </w:r>
    </w:p>
    <w:p w14:paraId="76D7FB76" w14:textId="77777777" w:rsidR="00AA1ED9" w:rsidRPr="00945306" w:rsidRDefault="00AA1ED9" w:rsidP="00AA1ED9">
      <w:pPr>
        <w:spacing w:before="120" w:after="120"/>
        <w:jc w:val="both"/>
        <w:rPr>
          <w:highlight w:val="yellow"/>
          <w:lang w:val="sq-AL"/>
        </w:rPr>
      </w:pPr>
      <w:r w:rsidRPr="00945306">
        <w:rPr>
          <w:noProof/>
        </w:rPr>
        <w:drawing>
          <wp:inline distT="0" distB="0" distL="0" distR="0" wp14:anchorId="6EAC62D1" wp14:editId="6657E528">
            <wp:extent cx="1771650" cy="371564"/>
            <wp:effectExtent l="0" t="0" r="0" b="9525"/>
            <wp:docPr id="1644671816" name="Image 2" descr="Funded by the 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unded by the EU"/>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79910" cy="373296"/>
                    </a:xfrm>
                    <a:prstGeom prst="rect">
                      <a:avLst/>
                    </a:prstGeom>
                    <a:noFill/>
                    <a:ln>
                      <a:noFill/>
                    </a:ln>
                  </pic:spPr>
                </pic:pic>
              </a:graphicData>
            </a:graphic>
          </wp:inline>
        </w:drawing>
      </w:r>
    </w:p>
    <w:p w14:paraId="56D6CAE3" w14:textId="77777777" w:rsidR="00AA1ED9" w:rsidRPr="00945306" w:rsidRDefault="00AA1ED9" w:rsidP="00AA1ED9">
      <w:pPr>
        <w:jc w:val="both"/>
        <w:rPr>
          <w:bCs/>
          <w:sz w:val="20"/>
          <w:szCs w:val="20"/>
          <w:lang w:val="sq-AL" w:bidi="sq-AL"/>
        </w:rPr>
      </w:pPr>
      <w:r w:rsidRPr="00945306">
        <w:rPr>
          <w:bCs/>
          <w:sz w:val="20"/>
          <w:szCs w:val="20"/>
          <w:lang w:val="sq-AL" w:bidi="sq-AL"/>
        </w:rPr>
        <w:t xml:space="preserve">Ky Plan Vendor </w:t>
      </w:r>
      <w:r w:rsidR="002C1849">
        <w:rPr>
          <w:bCs/>
          <w:sz w:val="20"/>
          <w:szCs w:val="20"/>
          <w:lang w:val="sq-AL" w:bidi="sq-AL"/>
        </w:rPr>
        <w:t>i Strehimit</w:t>
      </w:r>
      <w:r w:rsidR="004306C1">
        <w:rPr>
          <w:bCs/>
          <w:sz w:val="20"/>
          <w:szCs w:val="20"/>
          <w:lang w:val="sq-AL" w:bidi="sq-AL"/>
        </w:rPr>
        <w:t xml:space="preserve"> </w:t>
      </w:r>
      <w:r w:rsidRPr="00945306">
        <w:rPr>
          <w:bCs/>
          <w:sz w:val="20"/>
          <w:szCs w:val="20"/>
          <w:lang w:val="sq-AL" w:bidi="sq-AL"/>
        </w:rPr>
        <w:t>është hartuar me mbështetjen financiare të Bashkimit Evropian. Përmbajtja e saj është përgjegjësi vetëm e autorëve të tij dhe nuk pasqyron domosdoshmërisht pikëpamjet e Bashkimit Evropian.</w:t>
      </w:r>
    </w:p>
    <w:p w14:paraId="09324B66" w14:textId="77777777" w:rsidR="00C95401" w:rsidRPr="005B1542" w:rsidRDefault="00AA1ED9" w:rsidP="00B06CA4">
      <w:pPr>
        <w:jc w:val="both"/>
        <w:rPr>
          <w:rFonts w:ascii="Times New Roman" w:hAnsi="Times New Roman" w:cs="Times New Roman"/>
          <w:sz w:val="24"/>
          <w:szCs w:val="24"/>
          <w:lang w:val="sq-AL"/>
        </w:rPr>
      </w:pPr>
      <w:r w:rsidRPr="00945306">
        <w:rPr>
          <w:bCs/>
          <w:sz w:val="20"/>
          <w:szCs w:val="20"/>
          <w:lang w:val="sq-AL" w:bidi="sq-AL"/>
        </w:rPr>
        <w:t xml:space="preserve">Ky Plan Social Vendor publikohet nëpërmjet Asistencës Teknike “Mbështetjes së Bashkimit Evropian për Përfshirjen Sociale në Shqipëri” (EU4SI), të dhënë nga Bashkimi Evropian për Bashkinë e </w:t>
      </w:r>
      <w:r>
        <w:rPr>
          <w:bCs/>
          <w:sz w:val="20"/>
          <w:szCs w:val="20"/>
          <w:lang w:val="sq-AL" w:bidi="sq-AL"/>
        </w:rPr>
        <w:t>Prrenjas</w:t>
      </w:r>
      <w:r w:rsidRPr="00945306">
        <w:rPr>
          <w:bCs/>
          <w:sz w:val="20"/>
          <w:szCs w:val="20"/>
          <w:lang w:val="sq-AL" w:bidi="sq-AL"/>
        </w:rPr>
        <w:t xml:space="preserve">, zbatuar nga GOPA </w:t>
      </w:r>
      <w:r>
        <w:rPr>
          <w:bCs/>
          <w:sz w:val="20"/>
          <w:szCs w:val="20"/>
          <w:lang w:val="sq-AL" w:bidi="sq-AL"/>
        </w:rPr>
        <w:t>W</w:t>
      </w:r>
      <w:r w:rsidRPr="00945306">
        <w:rPr>
          <w:bCs/>
          <w:sz w:val="20"/>
          <w:szCs w:val="20"/>
          <w:lang w:val="sq-AL" w:bidi="sq-AL"/>
        </w:rPr>
        <w:t>orld</w:t>
      </w:r>
      <w:r>
        <w:rPr>
          <w:bCs/>
          <w:sz w:val="20"/>
          <w:szCs w:val="20"/>
          <w:lang w:val="sq-AL" w:bidi="sq-AL"/>
        </w:rPr>
        <w:t>w</w:t>
      </w:r>
      <w:r w:rsidRPr="00945306">
        <w:rPr>
          <w:bCs/>
          <w:sz w:val="20"/>
          <w:szCs w:val="20"/>
          <w:lang w:val="sq-AL" w:bidi="sq-AL"/>
        </w:rPr>
        <w:t>ide Consultants.</w:t>
      </w:r>
      <w:r w:rsidR="00F653AC" w:rsidRPr="005B1542">
        <w:rPr>
          <w:rFonts w:ascii="Times New Roman" w:hAnsi="Times New Roman" w:cs="Times New Roman"/>
          <w:sz w:val="24"/>
          <w:szCs w:val="24"/>
          <w:lang w:val="sq-AL"/>
        </w:rPr>
        <w:br w:type="page"/>
      </w:r>
    </w:p>
    <w:p w14:paraId="69832EDE" w14:textId="77777777" w:rsidR="00F91424" w:rsidRPr="005B1542" w:rsidRDefault="00F91424" w:rsidP="0020237D">
      <w:pPr>
        <w:pStyle w:val="Heading1"/>
        <w:rPr>
          <w:rFonts w:ascii="Times New Roman" w:hAnsi="Times New Roman" w:cs="Times New Roman"/>
          <w:lang w:val="sq-AL"/>
        </w:rPr>
      </w:pPr>
      <w:bookmarkStart w:id="0" w:name="_Toc209703427"/>
      <w:r w:rsidRPr="005B1542">
        <w:rPr>
          <w:rFonts w:ascii="Times New Roman" w:hAnsi="Times New Roman" w:cs="Times New Roman"/>
          <w:lang w:val="sq-AL"/>
        </w:rPr>
        <w:lastRenderedPageBreak/>
        <w:t>Përmbledhje ekzekutive</w:t>
      </w:r>
      <w:bookmarkEnd w:id="0"/>
      <w:r w:rsidRPr="005B1542">
        <w:rPr>
          <w:rFonts w:ascii="Times New Roman" w:hAnsi="Times New Roman" w:cs="Times New Roman"/>
          <w:lang w:val="sq-AL"/>
        </w:rPr>
        <w:t xml:space="preserve"> </w:t>
      </w:r>
    </w:p>
    <w:p w14:paraId="68A9D7EF" w14:textId="77777777" w:rsidR="00F91424" w:rsidRPr="005B1542" w:rsidRDefault="00F91424" w:rsidP="00B06CA4">
      <w:pPr>
        <w:jc w:val="both"/>
        <w:rPr>
          <w:rFonts w:ascii="Times New Roman" w:hAnsi="Times New Roman" w:cs="Times New Roman"/>
          <w:sz w:val="24"/>
          <w:szCs w:val="24"/>
          <w:lang w:val="sq-AL"/>
        </w:rPr>
      </w:pPr>
      <w:r w:rsidRPr="005B1542">
        <w:rPr>
          <w:rFonts w:ascii="Times New Roman" w:hAnsi="Times New Roman" w:cs="Times New Roman"/>
          <w:sz w:val="24"/>
          <w:szCs w:val="24"/>
          <w:lang w:val="sq-AL"/>
        </w:rPr>
        <w:t>Ky është plani i parë i strehimit social i Bashkisë Prrenjas. Ai përfshin periudhën 2025–2029. Plani synon të rrisë aksesin në strehim të përballueshëm për familjet në nevojë, të përmirësojë cilësinë dhe aksesueshmërinë e stokut ekzistues dhe të forcojë qeverisjen, transparencën dhe llogaridhënien në fushën e strehimit.</w:t>
      </w:r>
    </w:p>
    <w:p w14:paraId="56CDCB22" w14:textId="77777777" w:rsidR="00F91424" w:rsidRPr="005B1542" w:rsidRDefault="00F91424" w:rsidP="00B06CA4">
      <w:pPr>
        <w:jc w:val="both"/>
        <w:rPr>
          <w:rFonts w:ascii="Times New Roman" w:hAnsi="Times New Roman" w:cs="Times New Roman"/>
          <w:sz w:val="24"/>
          <w:szCs w:val="24"/>
          <w:lang w:val="sq-AL"/>
        </w:rPr>
      </w:pPr>
      <w:r w:rsidRPr="005B1542">
        <w:rPr>
          <w:rFonts w:ascii="Times New Roman" w:hAnsi="Times New Roman" w:cs="Times New Roman"/>
          <w:sz w:val="24"/>
          <w:szCs w:val="24"/>
          <w:lang w:val="sq-AL"/>
        </w:rPr>
        <w:t>Objektivat kryesorë do të zbatohen nëpërmjet programeve: subvencion i qirasë, rehabilitim/përmirësim banesash, blerje në treg për fondin publik të banesave sociale, bashkëpunim me sektorin privat, si dhe subvencion i interesave të kredisë (“kredi e butë”) për familjet me të ardhura të formalizuara dhe strehim i përkohshëm për raste emergjente.</w:t>
      </w:r>
    </w:p>
    <w:p w14:paraId="2FF6B2FD" w14:textId="77777777" w:rsidR="00F91424" w:rsidRPr="005B1542" w:rsidRDefault="00F91424" w:rsidP="00B06CA4">
      <w:pPr>
        <w:jc w:val="both"/>
        <w:rPr>
          <w:rFonts w:ascii="Times New Roman" w:hAnsi="Times New Roman" w:cs="Times New Roman"/>
          <w:sz w:val="24"/>
          <w:szCs w:val="24"/>
          <w:lang w:val="sq-AL"/>
        </w:rPr>
      </w:pPr>
      <w:r w:rsidRPr="005B1542">
        <w:rPr>
          <w:rFonts w:ascii="Times New Roman" w:hAnsi="Times New Roman" w:cs="Times New Roman"/>
          <w:sz w:val="24"/>
          <w:szCs w:val="24"/>
          <w:lang w:val="sq-AL"/>
        </w:rPr>
        <w:t>Korniza e monitorimit përdor indikatorë me vlera fillestare dhe objektiva vjetore, me rishikim në vitin 2027 dhe vlerësim përfundimtar në vitin 2029. Plani garanton trajtim pa diskriminim, me fokus tek familjet me të ardhura të ulëta, komunitetet rom dhe egjiptian, personat me aftësi të kufizuara dhe gratë kryefamiljare.</w:t>
      </w:r>
    </w:p>
    <w:p w14:paraId="263D735F" w14:textId="77777777" w:rsidR="00F91424" w:rsidRPr="005B1542" w:rsidRDefault="00F91424" w:rsidP="00B06CA4">
      <w:pPr>
        <w:jc w:val="both"/>
        <w:rPr>
          <w:rFonts w:ascii="Times New Roman" w:hAnsi="Times New Roman" w:cs="Times New Roman"/>
          <w:sz w:val="24"/>
          <w:szCs w:val="24"/>
          <w:lang w:val="sq-AL"/>
        </w:rPr>
      </w:pPr>
      <w:r w:rsidRPr="005B1542">
        <w:rPr>
          <w:rFonts w:ascii="Times New Roman" w:hAnsi="Times New Roman" w:cs="Times New Roman"/>
          <w:sz w:val="24"/>
          <w:szCs w:val="24"/>
          <w:lang w:val="sq-AL"/>
        </w:rPr>
        <w:t>Zbatimi mbështetet nga strukturat bashkiake dhe partnerët lokalë, me raportim vjetor publik të progresit dhe konsultim të hapur me qytetarët.</w:t>
      </w:r>
    </w:p>
    <w:p w14:paraId="1E7FC6BA" w14:textId="77777777" w:rsidR="00F91424" w:rsidRPr="005B1542" w:rsidRDefault="00F91424" w:rsidP="00B06CA4">
      <w:pPr>
        <w:jc w:val="both"/>
        <w:rPr>
          <w:rFonts w:ascii="Times New Roman" w:hAnsi="Times New Roman" w:cs="Times New Roman"/>
          <w:sz w:val="24"/>
          <w:szCs w:val="24"/>
          <w:lang w:val="sq-AL"/>
        </w:rPr>
      </w:pPr>
    </w:p>
    <w:p w14:paraId="26F77E6D" w14:textId="77777777" w:rsidR="00E51F66" w:rsidRPr="005B1542" w:rsidRDefault="00E51F66" w:rsidP="00B06CA4">
      <w:pPr>
        <w:jc w:val="both"/>
        <w:rPr>
          <w:rFonts w:ascii="Times New Roman" w:hAnsi="Times New Roman" w:cs="Times New Roman"/>
          <w:sz w:val="24"/>
          <w:szCs w:val="24"/>
          <w:lang w:val="sq-AL"/>
        </w:rPr>
      </w:pPr>
    </w:p>
    <w:p w14:paraId="7FB9DF8E" w14:textId="77777777" w:rsidR="00E51F66" w:rsidRPr="005B1542" w:rsidRDefault="00E51F66" w:rsidP="00B06CA4">
      <w:pPr>
        <w:jc w:val="both"/>
        <w:rPr>
          <w:rFonts w:ascii="Times New Roman" w:hAnsi="Times New Roman" w:cs="Times New Roman"/>
          <w:sz w:val="24"/>
          <w:szCs w:val="24"/>
          <w:lang w:val="sq-AL"/>
        </w:rPr>
      </w:pPr>
    </w:p>
    <w:p w14:paraId="18C24120" w14:textId="77777777" w:rsidR="00E51F66" w:rsidRPr="005B1542" w:rsidRDefault="00E51F66" w:rsidP="00B06CA4">
      <w:pPr>
        <w:jc w:val="both"/>
        <w:rPr>
          <w:rFonts w:ascii="Times New Roman" w:hAnsi="Times New Roman" w:cs="Times New Roman"/>
          <w:sz w:val="24"/>
          <w:szCs w:val="24"/>
          <w:lang w:val="sq-AL"/>
        </w:rPr>
      </w:pPr>
    </w:p>
    <w:p w14:paraId="6F4929E3" w14:textId="77777777" w:rsidR="00E51F66" w:rsidRPr="005B1542" w:rsidRDefault="00E51F66" w:rsidP="00B06CA4">
      <w:pPr>
        <w:jc w:val="both"/>
        <w:rPr>
          <w:rFonts w:ascii="Times New Roman" w:hAnsi="Times New Roman" w:cs="Times New Roman"/>
          <w:sz w:val="24"/>
          <w:szCs w:val="24"/>
          <w:lang w:val="sq-AL"/>
        </w:rPr>
      </w:pPr>
    </w:p>
    <w:p w14:paraId="64D8CB52" w14:textId="77777777" w:rsidR="00E51F66" w:rsidRPr="005B1542" w:rsidRDefault="00E51F66" w:rsidP="00B06CA4">
      <w:pPr>
        <w:jc w:val="both"/>
        <w:rPr>
          <w:rFonts w:ascii="Times New Roman" w:hAnsi="Times New Roman" w:cs="Times New Roman"/>
          <w:sz w:val="24"/>
          <w:szCs w:val="24"/>
          <w:lang w:val="sq-AL"/>
        </w:rPr>
      </w:pPr>
    </w:p>
    <w:p w14:paraId="6BFCEB51" w14:textId="77777777" w:rsidR="00F91424" w:rsidRPr="005B1542" w:rsidRDefault="00F91424" w:rsidP="00B06CA4">
      <w:pPr>
        <w:jc w:val="both"/>
        <w:rPr>
          <w:rFonts w:ascii="Times New Roman" w:hAnsi="Times New Roman" w:cs="Times New Roman"/>
          <w:sz w:val="24"/>
          <w:szCs w:val="24"/>
          <w:lang w:val="sq-AL"/>
        </w:rPr>
      </w:pPr>
    </w:p>
    <w:p w14:paraId="60DC7D28" w14:textId="77777777" w:rsidR="00E51F66" w:rsidRPr="005B1542" w:rsidRDefault="00E51F66" w:rsidP="00B06CA4">
      <w:pPr>
        <w:jc w:val="both"/>
        <w:rPr>
          <w:rFonts w:ascii="Times New Roman" w:hAnsi="Times New Roman" w:cs="Times New Roman"/>
          <w:sz w:val="24"/>
          <w:szCs w:val="24"/>
          <w:lang w:val="sq-AL"/>
        </w:rPr>
      </w:pPr>
    </w:p>
    <w:p w14:paraId="05BA55C1" w14:textId="77777777" w:rsidR="00E51F66" w:rsidRPr="005B1542" w:rsidRDefault="00E51F66" w:rsidP="00B06CA4">
      <w:pPr>
        <w:jc w:val="both"/>
        <w:rPr>
          <w:rFonts w:ascii="Times New Roman" w:hAnsi="Times New Roman" w:cs="Times New Roman"/>
          <w:sz w:val="24"/>
          <w:szCs w:val="24"/>
          <w:lang w:val="sq-AL"/>
        </w:rPr>
      </w:pPr>
    </w:p>
    <w:p w14:paraId="58788801" w14:textId="77777777" w:rsidR="00E51F66" w:rsidRPr="005B1542" w:rsidRDefault="00E51F66" w:rsidP="00B06CA4">
      <w:pPr>
        <w:jc w:val="both"/>
        <w:rPr>
          <w:rFonts w:ascii="Times New Roman" w:hAnsi="Times New Roman" w:cs="Times New Roman"/>
          <w:sz w:val="24"/>
          <w:szCs w:val="24"/>
          <w:lang w:val="sq-AL"/>
        </w:rPr>
      </w:pPr>
    </w:p>
    <w:p w14:paraId="230685BA" w14:textId="77777777" w:rsidR="006458E7" w:rsidRPr="005B1542" w:rsidRDefault="006458E7" w:rsidP="00B06CA4">
      <w:pPr>
        <w:jc w:val="both"/>
        <w:rPr>
          <w:rFonts w:ascii="Times New Roman" w:hAnsi="Times New Roman" w:cs="Times New Roman"/>
          <w:sz w:val="24"/>
          <w:szCs w:val="24"/>
          <w:lang w:val="sq-AL"/>
        </w:rPr>
      </w:pPr>
    </w:p>
    <w:p w14:paraId="4C44F19C" w14:textId="77777777" w:rsidR="006458E7" w:rsidRPr="005B1542" w:rsidRDefault="006458E7" w:rsidP="00B06CA4">
      <w:pPr>
        <w:jc w:val="both"/>
        <w:rPr>
          <w:rFonts w:ascii="Times New Roman" w:hAnsi="Times New Roman" w:cs="Times New Roman"/>
          <w:sz w:val="24"/>
          <w:szCs w:val="24"/>
          <w:lang w:val="sq-AL"/>
        </w:rPr>
      </w:pPr>
    </w:p>
    <w:p w14:paraId="0BF5BAA0" w14:textId="77777777" w:rsidR="00E51F66" w:rsidRPr="005B1542" w:rsidRDefault="00E51F66" w:rsidP="00B06CA4">
      <w:pPr>
        <w:jc w:val="both"/>
        <w:rPr>
          <w:rFonts w:ascii="Times New Roman" w:hAnsi="Times New Roman" w:cs="Times New Roman"/>
          <w:sz w:val="24"/>
          <w:szCs w:val="24"/>
          <w:lang w:val="sq-AL"/>
        </w:rPr>
      </w:pPr>
    </w:p>
    <w:p w14:paraId="6D055481" w14:textId="77777777" w:rsidR="00E51F66" w:rsidRPr="005B1542" w:rsidRDefault="00E51F66" w:rsidP="00B06CA4">
      <w:pPr>
        <w:jc w:val="both"/>
        <w:rPr>
          <w:rFonts w:ascii="Times New Roman" w:hAnsi="Times New Roman" w:cs="Times New Roman"/>
          <w:sz w:val="24"/>
          <w:szCs w:val="24"/>
          <w:lang w:val="sq-AL"/>
        </w:rPr>
      </w:pPr>
    </w:p>
    <w:p w14:paraId="0087C48A" w14:textId="77777777" w:rsidR="00F91424" w:rsidRPr="00D97086" w:rsidRDefault="00F9142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lastRenderedPageBreak/>
        <w:t>Shkurtime</w:t>
      </w:r>
      <w:proofErr w:type="spellEnd"/>
    </w:p>
    <w:p w14:paraId="738B965B" w14:textId="77777777" w:rsidR="00D97086" w:rsidRPr="00D97086" w:rsidRDefault="00D97086" w:rsidP="00B06CA4">
      <w:pPr>
        <w:jc w:val="both"/>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8"/>
        <w:gridCol w:w="6552"/>
      </w:tblGrid>
      <w:tr w:rsidR="00D97086" w:rsidRPr="00D97086" w14:paraId="6712D5C2" w14:textId="77777777" w:rsidTr="00D97086">
        <w:tc>
          <w:tcPr>
            <w:tcW w:w="2088" w:type="dxa"/>
          </w:tcPr>
          <w:p w14:paraId="4D14120D" w14:textId="77777777" w:rsidR="00D97086" w:rsidRPr="00D97086" w:rsidRDefault="00D97086" w:rsidP="00D97086">
            <w:pPr>
              <w:rPr>
                <w:rFonts w:ascii="Times New Roman" w:hAnsi="Times New Roman" w:cs="Times New Roman"/>
              </w:rPr>
            </w:pPr>
            <w:proofErr w:type="spellStart"/>
            <w:r w:rsidRPr="00D97086">
              <w:rPr>
                <w:rFonts w:ascii="Times New Roman" w:hAnsi="Times New Roman" w:cs="Times New Roman"/>
              </w:rPr>
              <w:t>Shkurtimi</w:t>
            </w:r>
            <w:proofErr w:type="spellEnd"/>
          </w:p>
        </w:tc>
        <w:tc>
          <w:tcPr>
            <w:tcW w:w="6552" w:type="dxa"/>
          </w:tcPr>
          <w:p w14:paraId="16055ECF" w14:textId="77777777" w:rsidR="00D97086" w:rsidRPr="00D97086" w:rsidRDefault="00D97086" w:rsidP="00D97086">
            <w:pPr>
              <w:rPr>
                <w:rFonts w:ascii="Times New Roman" w:hAnsi="Times New Roman" w:cs="Times New Roman"/>
              </w:rPr>
            </w:pPr>
            <w:proofErr w:type="spellStart"/>
            <w:r w:rsidRPr="00D97086">
              <w:rPr>
                <w:rFonts w:ascii="Times New Roman" w:hAnsi="Times New Roman" w:cs="Times New Roman"/>
              </w:rPr>
              <w:t>Përshkrimi</w:t>
            </w:r>
            <w:proofErr w:type="spellEnd"/>
          </w:p>
        </w:tc>
      </w:tr>
      <w:tr w:rsidR="00D97086" w:rsidRPr="00D97086" w14:paraId="33A074DA" w14:textId="77777777" w:rsidTr="00D97086">
        <w:tc>
          <w:tcPr>
            <w:tcW w:w="2088" w:type="dxa"/>
          </w:tcPr>
          <w:p w14:paraId="589F53E8" w14:textId="77777777" w:rsidR="00D97086" w:rsidRPr="00D97086" w:rsidRDefault="00D97086" w:rsidP="00D97086">
            <w:pPr>
              <w:rPr>
                <w:rFonts w:ascii="Times New Roman" w:hAnsi="Times New Roman" w:cs="Times New Roman"/>
              </w:rPr>
            </w:pPr>
          </w:p>
        </w:tc>
        <w:tc>
          <w:tcPr>
            <w:tcW w:w="6552" w:type="dxa"/>
          </w:tcPr>
          <w:p w14:paraId="7362E2B7" w14:textId="77777777" w:rsidR="00D97086" w:rsidRPr="00D97086" w:rsidRDefault="00D97086" w:rsidP="00D97086">
            <w:pPr>
              <w:rPr>
                <w:rFonts w:ascii="Times New Roman" w:hAnsi="Times New Roman" w:cs="Times New Roman"/>
              </w:rPr>
            </w:pPr>
          </w:p>
        </w:tc>
      </w:tr>
      <w:tr w:rsidR="00D97086" w:rsidRPr="00D97086" w14:paraId="55196EA6" w14:textId="77777777" w:rsidTr="00D97086">
        <w:tc>
          <w:tcPr>
            <w:tcW w:w="2088" w:type="dxa"/>
          </w:tcPr>
          <w:p w14:paraId="2DAF981A" w14:textId="77777777" w:rsidR="00D97086" w:rsidRPr="00D97086" w:rsidRDefault="00D97086" w:rsidP="00D97086">
            <w:pPr>
              <w:rPr>
                <w:rFonts w:ascii="Times New Roman" w:hAnsi="Times New Roman" w:cs="Times New Roman"/>
              </w:rPr>
            </w:pPr>
            <w:r w:rsidRPr="00D97086">
              <w:rPr>
                <w:rFonts w:ascii="Times New Roman" w:hAnsi="Times New Roman" w:cs="Times New Roman"/>
              </w:rPr>
              <w:t>NE</w:t>
            </w:r>
          </w:p>
        </w:tc>
        <w:tc>
          <w:tcPr>
            <w:tcW w:w="6552" w:type="dxa"/>
          </w:tcPr>
          <w:p w14:paraId="446AED2B" w14:textId="77777777" w:rsidR="00D97086" w:rsidRPr="00D97086" w:rsidRDefault="00D97086" w:rsidP="00D97086">
            <w:pPr>
              <w:rPr>
                <w:rFonts w:ascii="Times New Roman" w:hAnsi="Times New Roman" w:cs="Times New Roman"/>
              </w:rPr>
            </w:pPr>
            <w:proofErr w:type="spellStart"/>
            <w:r w:rsidRPr="00D97086">
              <w:rPr>
                <w:rFonts w:ascii="Times New Roman" w:hAnsi="Times New Roman" w:cs="Times New Roman"/>
              </w:rPr>
              <w:t>Ndihmë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Ekonomike</w:t>
            </w:r>
            <w:proofErr w:type="spellEnd"/>
          </w:p>
        </w:tc>
      </w:tr>
      <w:tr w:rsidR="00D97086" w:rsidRPr="005B1542" w14:paraId="6BF4FD7B" w14:textId="77777777" w:rsidTr="00D97086">
        <w:tc>
          <w:tcPr>
            <w:tcW w:w="2088" w:type="dxa"/>
          </w:tcPr>
          <w:p w14:paraId="4BB6C2F3" w14:textId="77777777" w:rsidR="00D97086" w:rsidRPr="00D97086" w:rsidRDefault="00D97086" w:rsidP="00D97086">
            <w:pPr>
              <w:rPr>
                <w:rFonts w:ascii="Times New Roman" w:hAnsi="Times New Roman" w:cs="Times New Roman"/>
              </w:rPr>
            </w:pPr>
            <w:r w:rsidRPr="00D97086">
              <w:rPr>
                <w:rFonts w:ascii="Times New Roman" w:hAnsi="Times New Roman" w:cs="Times New Roman"/>
              </w:rPr>
              <w:t>PAK</w:t>
            </w:r>
          </w:p>
        </w:tc>
        <w:tc>
          <w:tcPr>
            <w:tcW w:w="6552" w:type="dxa"/>
          </w:tcPr>
          <w:p w14:paraId="3D61CCA7" w14:textId="77777777" w:rsidR="00D97086" w:rsidRPr="005B1542" w:rsidRDefault="00D97086" w:rsidP="00D97086">
            <w:pPr>
              <w:rPr>
                <w:rFonts w:ascii="Times New Roman" w:hAnsi="Times New Roman" w:cs="Times New Roman"/>
                <w:lang w:val="it-IT"/>
              </w:rPr>
            </w:pPr>
            <w:r w:rsidRPr="005B1542">
              <w:rPr>
                <w:rFonts w:ascii="Times New Roman" w:hAnsi="Times New Roman" w:cs="Times New Roman"/>
                <w:lang w:val="it-IT"/>
              </w:rPr>
              <w:t>Persona me Aftësi të Kufizuara</w:t>
            </w:r>
          </w:p>
        </w:tc>
      </w:tr>
      <w:tr w:rsidR="00D97086" w:rsidRPr="00D97086" w14:paraId="3944ACA6" w14:textId="77777777" w:rsidTr="00D97086">
        <w:tc>
          <w:tcPr>
            <w:tcW w:w="2088" w:type="dxa"/>
          </w:tcPr>
          <w:p w14:paraId="30AD3738" w14:textId="77777777" w:rsidR="00D97086" w:rsidRPr="00D97086" w:rsidRDefault="00D97086" w:rsidP="00D97086">
            <w:pPr>
              <w:rPr>
                <w:rFonts w:ascii="Times New Roman" w:hAnsi="Times New Roman" w:cs="Times New Roman"/>
              </w:rPr>
            </w:pPr>
            <w:r w:rsidRPr="00D97086">
              <w:rPr>
                <w:rFonts w:ascii="Times New Roman" w:hAnsi="Times New Roman" w:cs="Times New Roman"/>
              </w:rPr>
              <w:t>NJA</w:t>
            </w:r>
          </w:p>
        </w:tc>
        <w:tc>
          <w:tcPr>
            <w:tcW w:w="6552" w:type="dxa"/>
          </w:tcPr>
          <w:p w14:paraId="002C299A" w14:textId="77777777" w:rsidR="00D97086" w:rsidRPr="00D97086" w:rsidRDefault="00D97086" w:rsidP="00D97086">
            <w:pPr>
              <w:rPr>
                <w:rFonts w:ascii="Times New Roman" w:hAnsi="Times New Roman" w:cs="Times New Roman"/>
              </w:rPr>
            </w:pPr>
            <w:proofErr w:type="spellStart"/>
            <w:r w:rsidRPr="00D97086">
              <w:rPr>
                <w:rFonts w:ascii="Times New Roman" w:hAnsi="Times New Roman" w:cs="Times New Roman"/>
              </w:rPr>
              <w:t>Njësi</w:t>
            </w:r>
            <w:proofErr w:type="spellEnd"/>
            <w:r w:rsidRPr="00D97086">
              <w:rPr>
                <w:rFonts w:ascii="Times New Roman" w:hAnsi="Times New Roman" w:cs="Times New Roman"/>
              </w:rPr>
              <w:t xml:space="preserve"> Administrative</w:t>
            </w:r>
          </w:p>
        </w:tc>
      </w:tr>
      <w:tr w:rsidR="00D97086" w:rsidRPr="00D97086" w14:paraId="5449D17D" w14:textId="77777777" w:rsidTr="00D97086">
        <w:tc>
          <w:tcPr>
            <w:tcW w:w="2088" w:type="dxa"/>
          </w:tcPr>
          <w:p w14:paraId="1AA01C86" w14:textId="77777777" w:rsidR="00D97086" w:rsidRPr="00D97086" w:rsidRDefault="00D97086" w:rsidP="00D97086">
            <w:pPr>
              <w:rPr>
                <w:rFonts w:ascii="Times New Roman" w:hAnsi="Times New Roman" w:cs="Times New Roman"/>
              </w:rPr>
            </w:pPr>
            <w:r w:rsidRPr="00D97086">
              <w:rPr>
                <w:rFonts w:ascii="Times New Roman" w:hAnsi="Times New Roman" w:cs="Times New Roman"/>
              </w:rPr>
              <w:t>BSQ</w:t>
            </w:r>
          </w:p>
        </w:tc>
        <w:tc>
          <w:tcPr>
            <w:tcW w:w="6552" w:type="dxa"/>
          </w:tcPr>
          <w:p w14:paraId="0B72F5BC" w14:textId="77777777" w:rsidR="00D97086" w:rsidRPr="00D97086" w:rsidRDefault="006B39F4" w:rsidP="00D97086">
            <w:pPr>
              <w:rPr>
                <w:rFonts w:ascii="Times New Roman" w:hAnsi="Times New Roman" w:cs="Times New Roman"/>
              </w:rPr>
            </w:pPr>
            <w:r>
              <w:rPr>
                <w:rFonts w:ascii="Times New Roman" w:hAnsi="Times New Roman" w:cs="Times New Roman"/>
              </w:rPr>
              <w:t xml:space="preserve">Banesa </w:t>
            </w:r>
            <w:r w:rsidR="00D97086" w:rsidRPr="00D97086">
              <w:rPr>
                <w:rFonts w:ascii="Times New Roman" w:hAnsi="Times New Roman" w:cs="Times New Roman"/>
              </w:rPr>
              <w:t>Sociale</w:t>
            </w:r>
            <w:r>
              <w:rPr>
                <w:rFonts w:ascii="Times New Roman" w:hAnsi="Times New Roman" w:cs="Times New Roman"/>
              </w:rPr>
              <w:t xml:space="preserve"> me Qira</w:t>
            </w:r>
          </w:p>
        </w:tc>
      </w:tr>
      <w:tr w:rsidR="00D97086" w:rsidRPr="005B1542" w14:paraId="1D9B661B" w14:textId="77777777" w:rsidTr="00D97086">
        <w:tc>
          <w:tcPr>
            <w:tcW w:w="2088" w:type="dxa"/>
          </w:tcPr>
          <w:p w14:paraId="2EF677FC" w14:textId="77777777" w:rsidR="00D97086" w:rsidRPr="00D97086" w:rsidRDefault="00D97086" w:rsidP="00D97086">
            <w:pPr>
              <w:rPr>
                <w:rFonts w:ascii="Times New Roman" w:hAnsi="Times New Roman" w:cs="Times New Roman"/>
              </w:rPr>
            </w:pPr>
            <w:r w:rsidRPr="00D97086">
              <w:rPr>
                <w:rFonts w:ascii="Times New Roman" w:hAnsi="Times New Roman" w:cs="Times New Roman"/>
              </w:rPr>
              <w:t>BKU</w:t>
            </w:r>
          </w:p>
        </w:tc>
        <w:tc>
          <w:tcPr>
            <w:tcW w:w="6552" w:type="dxa"/>
          </w:tcPr>
          <w:p w14:paraId="4065D4A4" w14:textId="77777777" w:rsidR="00D97086" w:rsidRPr="005B1542" w:rsidRDefault="00D97086" w:rsidP="00D97086">
            <w:pPr>
              <w:rPr>
                <w:rFonts w:ascii="Times New Roman" w:hAnsi="Times New Roman" w:cs="Times New Roman"/>
                <w:lang w:val="it-IT"/>
              </w:rPr>
            </w:pPr>
            <w:r w:rsidRPr="005B1542">
              <w:rPr>
                <w:rFonts w:ascii="Times New Roman" w:hAnsi="Times New Roman" w:cs="Times New Roman"/>
                <w:lang w:val="it-IT"/>
              </w:rPr>
              <w:t>Banesa me Kosto të Ulët</w:t>
            </w:r>
          </w:p>
        </w:tc>
      </w:tr>
      <w:tr w:rsidR="00D97086" w:rsidRPr="005B1542" w14:paraId="67FFBC38" w14:textId="77777777" w:rsidTr="00D97086">
        <w:tc>
          <w:tcPr>
            <w:tcW w:w="2088" w:type="dxa"/>
          </w:tcPr>
          <w:p w14:paraId="6DA8DB12" w14:textId="77777777" w:rsidR="00D97086" w:rsidRPr="00D97086" w:rsidRDefault="006458E7" w:rsidP="00D97086">
            <w:pPr>
              <w:rPr>
                <w:rFonts w:ascii="Times New Roman" w:hAnsi="Times New Roman" w:cs="Times New Roman"/>
              </w:rPr>
            </w:pPr>
            <w:r>
              <w:rPr>
                <w:rFonts w:ascii="Times New Roman" w:hAnsi="Times New Roman" w:cs="Times New Roman"/>
              </w:rPr>
              <w:t>MEKI</w:t>
            </w:r>
          </w:p>
        </w:tc>
        <w:tc>
          <w:tcPr>
            <w:tcW w:w="6552" w:type="dxa"/>
          </w:tcPr>
          <w:p w14:paraId="01E92366" w14:textId="77777777" w:rsidR="00D97086" w:rsidRPr="005B1542" w:rsidRDefault="00D97086" w:rsidP="006458E7">
            <w:pPr>
              <w:rPr>
                <w:rFonts w:ascii="Times New Roman" w:hAnsi="Times New Roman" w:cs="Times New Roman"/>
                <w:lang w:val="it-IT"/>
              </w:rPr>
            </w:pPr>
            <w:r w:rsidRPr="005B1542">
              <w:rPr>
                <w:rFonts w:ascii="Times New Roman" w:hAnsi="Times New Roman" w:cs="Times New Roman"/>
                <w:lang w:val="it-IT"/>
              </w:rPr>
              <w:t xml:space="preserve">Ministria e </w:t>
            </w:r>
            <w:r w:rsidR="006458E7" w:rsidRPr="005B1542">
              <w:rPr>
                <w:rFonts w:ascii="Times New Roman" w:hAnsi="Times New Roman" w:cs="Times New Roman"/>
                <w:lang w:val="it-IT"/>
              </w:rPr>
              <w:t>Ekonomisë Kulturës dhe Inovacionit</w:t>
            </w:r>
          </w:p>
        </w:tc>
      </w:tr>
      <w:tr w:rsidR="00D97086" w:rsidRPr="00D97086" w14:paraId="7D8CCD12" w14:textId="77777777" w:rsidTr="00D97086">
        <w:tc>
          <w:tcPr>
            <w:tcW w:w="2088" w:type="dxa"/>
          </w:tcPr>
          <w:p w14:paraId="58E4AB14" w14:textId="77777777" w:rsidR="00D97086" w:rsidRPr="00D97086" w:rsidRDefault="00D97086" w:rsidP="00D97086">
            <w:pPr>
              <w:rPr>
                <w:rFonts w:ascii="Times New Roman" w:hAnsi="Times New Roman" w:cs="Times New Roman"/>
              </w:rPr>
            </w:pPr>
            <w:r w:rsidRPr="00D97086">
              <w:rPr>
                <w:rFonts w:ascii="Times New Roman" w:hAnsi="Times New Roman" w:cs="Times New Roman"/>
              </w:rPr>
              <w:t>DRAKPA</w:t>
            </w:r>
          </w:p>
        </w:tc>
        <w:tc>
          <w:tcPr>
            <w:tcW w:w="6552" w:type="dxa"/>
          </w:tcPr>
          <w:p w14:paraId="5783FCF9" w14:textId="77777777" w:rsidR="00D97086" w:rsidRPr="00D97086" w:rsidRDefault="00D97086" w:rsidP="00D97086">
            <w:pPr>
              <w:rPr>
                <w:rFonts w:ascii="Times New Roman" w:hAnsi="Times New Roman" w:cs="Times New Roman"/>
              </w:rPr>
            </w:pPr>
            <w:proofErr w:type="spellStart"/>
            <w:r w:rsidRPr="00D97086">
              <w:rPr>
                <w:rFonts w:ascii="Times New Roman" w:hAnsi="Times New Roman" w:cs="Times New Roman"/>
              </w:rPr>
              <w:t>Drejtoria</w:t>
            </w:r>
            <w:proofErr w:type="spellEnd"/>
            <w:r w:rsidRPr="00D97086">
              <w:rPr>
                <w:rFonts w:ascii="Times New Roman" w:hAnsi="Times New Roman" w:cs="Times New Roman"/>
              </w:rPr>
              <w:t xml:space="preserve"> Rajonale e </w:t>
            </w:r>
            <w:proofErr w:type="spellStart"/>
            <w:r w:rsidRPr="00D97086">
              <w:rPr>
                <w:rFonts w:ascii="Times New Roman" w:hAnsi="Times New Roman" w:cs="Times New Roman"/>
              </w:rPr>
              <w:t>Agjencisë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Kombëtare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Punësimit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Aftësive</w:t>
            </w:r>
            <w:proofErr w:type="spellEnd"/>
          </w:p>
        </w:tc>
      </w:tr>
      <w:tr w:rsidR="00D97086" w:rsidRPr="00D97086" w14:paraId="73A12877" w14:textId="77777777" w:rsidTr="00D97086">
        <w:tc>
          <w:tcPr>
            <w:tcW w:w="2088" w:type="dxa"/>
          </w:tcPr>
          <w:p w14:paraId="1DA42BF8" w14:textId="77777777" w:rsidR="00D97086" w:rsidRPr="00D97086" w:rsidRDefault="00D97086" w:rsidP="00D97086">
            <w:pPr>
              <w:rPr>
                <w:rFonts w:ascii="Times New Roman" w:hAnsi="Times New Roman" w:cs="Times New Roman"/>
              </w:rPr>
            </w:pPr>
            <w:r w:rsidRPr="00D97086">
              <w:rPr>
                <w:rFonts w:ascii="Times New Roman" w:hAnsi="Times New Roman" w:cs="Times New Roman"/>
              </w:rPr>
              <w:t>PPV</w:t>
            </w:r>
          </w:p>
        </w:tc>
        <w:tc>
          <w:tcPr>
            <w:tcW w:w="6552" w:type="dxa"/>
          </w:tcPr>
          <w:p w14:paraId="3E378975" w14:textId="77777777" w:rsidR="00D97086" w:rsidRPr="00D97086" w:rsidRDefault="00D97086" w:rsidP="00D97086">
            <w:pPr>
              <w:rPr>
                <w:rFonts w:ascii="Times New Roman" w:hAnsi="Times New Roman" w:cs="Times New Roman"/>
              </w:rPr>
            </w:pPr>
            <w:proofErr w:type="spellStart"/>
            <w:r w:rsidRPr="00D97086">
              <w:rPr>
                <w:rFonts w:ascii="Times New Roman" w:hAnsi="Times New Roman" w:cs="Times New Roman"/>
              </w:rPr>
              <w:t>Plani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Përgjithshëm</w:t>
            </w:r>
            <w:proofErr w:type="spellEnd"/>
            <w:r w:rsidRPr="00D97086">
              <w:rPr>
                <w:rFonts w:ascii="Times New Roman" w:hAnsi="Times New Roman" w:cs="Times New Roman"/>
              </w:rPr>
              <w:t xml:space="preserve"> Vendor</w:t>
            </w:r>
          </w:p>
        </w:tc>
      </w:tr>
      <w:tr w:rsidR="00D97086" w:rsidRPr="00D97086" w14:paraId="3E13533B" w14:textId="77777777" w:rsidTr="00D97086">
        <w:tc>
          <w:tcPr>
            <w:tcW w:w="2088" w:type="dxa"/>
          </w:tcPr>
          <w:p w14:paraId="089A4AB4" w14:textId="77777777" w:rsidR="00D97086" w:rsidRPr="00D97086" w:rsidRDefault="00D97086" w:rsidP="00D97086">
            <w:pPr>
              <w:rPr>
                <w:rFonts w:ascii="Times New Roman" w:hAnsi="Times New Roman" w:cs="Times New Roman"/>
              </w:rPr>
            </w:pPr>
            <w:r w:rsidRPr="00D97086">
              <w:rPr>
                <w:rFonts w:ascii="Times New Roman" w:hAnsi="Times New Roman" w:cs="Times New Roman"/>
              </w:rPr>
              <w:t>PSV</w:t>
            </w:r>
          </w:p>
        </w:tc>
        <w:tc>
          <w:tcPr>
            <w:tcW w:w="6552" w:type="dxa"/>
          </w:tcPr>
          <w:p w14:paraId="22309D68" w14:textId="77777777" w:rsidR="00D97086" w:rsidRPr="00D97086" w:rsidRDefault="006458E7" w:rsidP="00D97086">
            <w:pPr>
              <w:rPr>
                <w:rFonts w:ascii="Times New Roman" w:hAnsi="Times New Roman" w:cs="Times New Roman"/>
              </w:rPr>
            </w:pPr>
            <w:proofErr w:type="spellStart"/>
            <w:r>
              <w:rPr>
                <w:rFonts w:ascii="Times New Roman" w:hAnsi="Times New Roman" w:cs="Times New Roman"/>
              </w:rPr>
              <w:t>Plani</w:t>
            </w:r>
            <w:proofErr w:type="spellEnd"/>
            <w:r>
              <w:rPr>
                <w:rFonts w:ascii="Times New Roman" w:hAnsi="Times New Roman" w:cs="Times New Roman"/>
              </w:rPr>
              <w:t xml:space="preserve"> </w:t>
            </w:r>
            <w:proofErr w:type="spellStart"/>
            <w:r>
              <w:rPr>
                <w:rFonts w:ascii="Times New Roman" w:hAnsi="Times New Roman" w:cs="Times New Roman"/>
              </w:rPr>
              <w:t>Strehimit</w:t>
            </w:r>
            <w:proofErr w:type="spellEnd"/>
            <w:r w:rsidR="00D97086" w:rsidRPr="00D97086">
              <w:rPr>
                <w:rFonts w:ascii="Times New Roman" w:hAnsi="Times New Roman" w:cs="Times New Roman"/>
              </w:rPr>
              <w:t xml:space="preserve"> Vendor</w:t>
            </w:r>
          </w:p>
        </w:tc>
      </w:tr>
      <w:tr w:rsidR="00D97086" w:rsidRPr="00D97086" w14:paraId="34177987" w14:textId="77777777" w:rsidTr="00D97086">
        <w:tc>
          <w:tcPr>
            <w:tcW w:w="2088" w:type="dxa"/>
          </w:tcPr>
          <w:p w14:paraId="066CDDF9" w14:textId="77777777" w:rsidR="00D97086" w:rsidRPr="00D97086" w:rsidRDefault="00D97086" w:rsidP="00D97086">
            <w:pPr>
              <w:rPr>
                <w:rFonts w:ascii="Times New Roman" w:hAnsi="Times New Roman" w:cs="Times New Roman"/>
              </w:rPr>
            </w:pPr>
            <w:r w:rsidRPr="00D97086">
              <w:rPr>
                <w:rFonts w:ascii="Times New Roman" w:hAnsi="Times New Roman" w:cs="Times New Roman"/>
              </w:rPr>
              <w:t>MVM</w:t>
            </w:r>
          </w:p>
        </w:tc>
        <w:tc>
          <w:tcPr>
            <w:tcW w:w="6552" w:type="dxa"/>
          </w:tcPr>
          <w:p w14:paraId="198C3D47" w14:textId="77777777" w:rsidR="00D97086" w:rsidRPr="00D97086" w:rsidRDefault="00D97086" w:rsidP="00D97086">
            <w:pPr>
              <w:rPr>
                <w:rFonts w:ascii="Times New Roman" w:hAnsi="Times New Roman" w:cs="Times New Roman"/>
              </w:rPr>
            </w:pPr>
            <w:proofErr w:type="spellStart"/>
            <w:r w:rsidRPr="00D97086">
              <w:rPr>
                <w:rFonts w:ascii="Times New Roman" w:hAnsi="Times New Roman" w:cs="Times New Roman"/>
              </w:rPr>
              <w:t>Monitorimi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Vlerësimi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Mësimi</w:t>
            </w:r>
            <w:proofErr w:type="spellEnd"/>
          </w:p>
        </w:tc>
      </w:tr>
      <w:tr w:rsidR="00D97086" w:rsidRPr="00D97086" w14:paraId="02E372B4" w14:textId="77777777" w:rsidTr="00D97086">
        <w:tc>
          <w:tcPr>
            <w:tcW w:w="2088" w:type="dxa"/>
          </w:tcPr>
          <w:p w14:paraId="039DF462" w14:textId="77777777" w:rsidR="00D97086" w:rsidRPr="00D97086" w:rsidRDefault="00D97086" w:rsidP="00D97086">
            <w:pPr>
              <w:rPr>
                <w:rFonts w:ascii="Times New Roman" w:hAnsi="Times New Roman" w:cs="Times New Roman"/>
              </w:rPr>
            </w:pPr>
            <w:r w:rsidRPr="00D97086">
              <w:rPr>
                <w:rFonts w:ascii="Times New Roman" w:hAnsi="Times New Roman" w:cs="Times New Roman"/>
              </w:rPr>
              <w:t>VKB</w:t>
            </w:r>
          </w:p>
        </w:tc>
        <w:tc>
          <w:tcPr>
            <w:tcW w:w="6552" w:type="dxa"/>
          </w:tcPr>
          <w:p w14:paraId="5DB4F9E3" w14:textId="77777777" w:rsidR="00D97086" w:rsidRPr="00D97086" w:rsidRDefault="00D97086" w:rsidP="00D97086">
            <w:pPr>
              <w:rPr>
                <w:rFonts w:ascii="Times New Roman" w:hAnsi="Times New Roman" w:cs="Times New Roman"/>
              </w:rPr>
            </w:pPr>
            <w:proofErr w:type="spellStart"/>
            <w:r w:rsidRPr="00D97086">
              <w:rPr>
                <w:rFonts w:ascii="Times New Roman" w:hAnsi="Times New Roman" w:cs="Times New Roman"/>
              </w:rPr>
              <w:t>Vendim</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Këshillit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Bashkiak</w:t>
            </w:r>
            <w:proofErr w:type="spellEnd"/>
          </w:p>
        </w:tc>
      </w:tr>
      <w:tr w:rsidR="00D97086" w:rsidRPr="00D97086" w14:paraId="34E42816" w14:textId="77777777" w:rsidTr="00D97086">
        <w:tc>
          <w:tcPr>
            <w:tcW w:w="2088" w:type="dxa"/>
          </w:tcPr>
          <w:p w14:paraId="6AB412D1" w14:textId="77777777" w:rsidR="00D97086" w:rsidRPr="00D97086" w:rsidRDefault="00D97086" w:rsidP="00D97086">
            <w:pPr>
              <w:rPr>
                <w:rFonts w:ascii="Times New Roman" w:hAnsi="Times New Roman" w:cs="Times New Roman"/>
              </w:rPr>
            </w:pPr>
            <w:r w:rsidRPr="00D97086">
              <w:rPr>
                <w:rFonts w:ascii="Times New Roman" w:hAnsi="Times New Roman" w:cs="Times New Roman"/>
              </w:rPr>
              <w:t>VKM</w:t>
            </w:r>
          </w:p>
        </w:tc>
        <w:tc>
          <w:tcPr>
            <w:tcW w:w="6552" w:type="dxa"/>
          </w:tcPr>
          <w:p w14:paraId="1942DB4F" w14:textId="77777777" w:rsidR="00D97086" w:rsidRPr="00D97086" w:rsidRDefault="00D97086" w:rsidP="00D97086">
            <w:pPr>
              <w:rPr>
                <w:rFonts w:ascii="Times New Roman" w:hAnsi="Times New Roman" w:cs="Times New Roman"/>
              </w:rPr>
            </w:pPr>
            <w:proofErr w:type="spellStart"/>
            <w:r w:rsidRPr="00D97086">
              <w:rPr>
                <w:rFonts w:ascii="Times New Roman" w:hAnsi="Times New Roman" w:cs="Times New Roman"/>
              </w:rPr>
              <w:t>Vendim</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Këshillit</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Ministrave</w:t>
            </w:r>
            <w:proofErr w:type="spellEnd"/>
          </w:p>
        </w:tc>
      </w:tr>
      <w:tr w:rsidR="00D97086" w:rsidRPr="00D97086" w14:paraId="7EB639D3" w14:textId="77777777" w:rsidTr="00D97086">
        <w:tc>
          <w:tcPr>
            <w:tcW w:w="2088" w:type="dxa"/>
          </w:tcPr>
          <w:p w14:paraId="2FE2AB49" w14:textId="77777777" w:rsidR="00D97086" w:rsidRPr="00D97086" w:rsidRDefault="00D97086" w:rsidP="00D97086">
            <w:pPr>
              <w:rPr>
                <w:rFonts w:ascii="Times New Roman" w:hAnsi="Times New Roman" w:cs="Times New Roman"/>
              </w:rPr>
            </w:pPr>
            <w:r w:rsidRPr="00D97086">
              <w:rPr>
                <w:rFonts w:ascii="Times New Roman" w:hAnsi="Times New Roman" w:cs="Times New Roman"/>
              </w:rPr>
              <w:t>QV</w:t>
            </w:r>
          </w:p>
        </w:tc>
        <w:tc>
          <w:tcPr>
            <w:tcW w:w="6552" w:type="dxa"/>
          </w:tcPr>
          <w:p w14:paraId="25D1DA73" w14:textId="77777777" w:rsidR="00D97086" w:rsidRPr="00D97086" w:rsidRDefault="00D97086" w:rsidP="00D97086">
            <w:pPr>
              <w:rPr>
                <w:rFonts w:ascii="Times New Roman" w:hAnsi="Times New Roman" w:cs="Times New Roman"/>
              </w:rPr>
            </w:pPr>
            <w:proofErr w:type="spellStart"/>
            <w:r w:rsidRPr="00D97086">
              <w:rPr>
                <w:rFonts w:ascii="Times New Roman" w:hAnsi="Times New Roman" w:cs="Times New Roman"/>
              </w:rPr>
              <w:t>Qeveria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Vendore</w:t>
            </w:r>
            <w:proofErr w:type="spellEnd"/>
          </w:p>
        </w:tc>
      </w:tr>
      <w:tr w:rsidR="00D97086" w:rsidRPr="00D97086" w14:paraId="48162C1E" w14:textId="77777777" w:rsidTr="00D97086">
        <w:tc>
          <w:tcPr>
            <w:tcW w:w="2088" w:type="dxa"/>
          </w:tcPr>
          <w:p w14:paraId="2FD561DE" w14:textId="77777777" w:rsidR="00D97086" w:rsidRPr="00D97086" w:rsidRDefault="00D97086" w:rsidP="00D97086">
            <w:pPr>
              <w:rPr>
                <w:rFonts w:ascii="Times New Roman" w:hAnsi="Times New Roman" w:cs="Times New Roman"/>
              </w:rPr>
            </w:pPr>
            <w:r w:rsidRPr="00D97086">
              <w:rPr>
                <w:rFonts w:ascii="Times New Roman" w:hAnsi="Times New Roman" w:cs="Times New Roman"/>
              </w:rPr>
              <w:t>QQ</w:t>
            </w:r>
          </w:p>
        </w:tc>
        <w:tc>
          <w:tcPr>
            <w:tcW w:w="6552" w:type="dxa"/>
          </w:tcPr>
          <w:p w14:paraId="28185233" w14:textId="77777777" w:rsidR="00D97086" w:rsidRPr="00D97086" w:rsidRDefault="00D97086" w:rsidP="00D97086">
            <w:pPr>
              <w:rPr>
                <w:rFonts w:ascii="Times New Roman" w:hAnsi="Times New Roman" w:cs="Times New Roman"/>
              </w:rPr>
            </w:pPr>
            <w:proofErr w:type="spellStart"/>
            <w:r w:rsidRPr="00D97086">
              <w:rPr>
                <w:rFonts w:ascii="Times New Roman" w:hAnsi="Times New Roman" w:cs="Times New Roman"/>
              </w:rPr>
              <w:t>Qeveria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Qendrore</w:t>
            </w:r>
            <w:proofErr w:type="spellEnd"/>
          </w:p>
        </w:tc>
      </w:tr>
    </w:tbl>
    <w:p w14:paraId="15A76094" w14:textId="77777777" w:rsidR="00D97086" w:rsidRPr="00D97086" w:rsidRDefault="00D97086" w:rsidP="00B06CA4">
      <w:pPr>
        <w:jc w:val="both"/>
        <w:rPr>
          <w:rFonts w:ascii="Times New Roman" w:hAnsi="Times New Roman" w:cs="Times New Roman"/>
          <w:sz w:val="24"/>
          <w:szCs w:val="24"/>
        </w:rPr>
      </w:pPr>
    </w:p>
    <w:p w14:paraId="5130D3E6" w14:textId="77777777" w:rsidR="00F91424" w:rsidRPr="00D97086" w:rsidRDefault="00F91424" w:rsidP="00B06CA4">
      <w:pPr>
        <w:jc w:val="both"/>
        <w:rPr>
          <w:rFonts w:ascii="Times New Roman" w:hAnsi="Times New Roman" w:cs="Times New Roman"/>
          <w:sz w:val="24"/>
          <w:szCs w:val="24"/>
        </w:rPr>
      </w:pPr>
    </w:p>
    <w:p w14:paraId="593DF8FE" w14:textId="77777777" w:rsidR="00F91424" w:rsidRPr="00D97086" w:rsidRDefault="00F91424" w:rsidP="00B06CA4">
      <w:pPr>
        <w:jc w:val="both"/>
        <w:rPr>
          <w:rFonts w:ascii="Times New Roman" w:hAnsi="Times New Roman" w:cs="Times New Roman"/>
          <w:sz w:val="24"/>
          <w:szCs w:val="24"/>
        </w:rPr>
      </w:pPr>
    </w:p>
    <w:p w14:paraId="39860B54" w14:textId="77777777" w:rsidR="00F91424" w:rsidRPr="00D97086" w:rsidRDefault="00F91424" w:rsidP="00B06CA4">
      <w:pPr>
        <w:jc w:val="both"/>
        <w:rPr>
          <w:rFonts w:ascii="Times New Roman" w:hAnsi="Times New Roman" w:cs="Times New Roman"/>
          <w:sz w:val="24"/>
          <w:szCs w:val="24"/>
        </w:rPr>
      </w:pPr>
    </w:p>
    <w:p w14:paraId="666D744C" w14:textId="77777777" w:rsidR="00F91424" w:rsidRPr="00D97086" w:rsidRDefault="00F91424" w:rsidP="00B06CA4">
      <w:pPr>
        <w:jc w:val="both"/>
        <w:rPr>
          <w:rFonts w:ascii="Times New Roman" w:hAnsi="Times New Roman" w:cs="Times New Roman"/>
          <w:sz w:val="24"/>
          <w:szCs w:val="24"/>
        </w:rPr>
      </w:pPr>
    </w:p>
    <w:p w14:paraId="10137F33" w14:textId="77777777" w:rsidR="00F91424" w:rsidRPr="00D97086" w:rsidRDefault="00F91424" w:rsidP="00B06CA4">
      <w:pPr>
        <w:jc w:val="both"/>
        <w:rPr>
          <w:rFonts w:ascii="Times New Roman" w:hAnsi="Times New Roman" w:cs="Times New Roman"/>
          <w:sz w:val="24"/>
          <w:szCs w:val="24"/>
        </w:rPr>
      </w:pPr>
    </w:p>
    <w:p w14:paraId="5703771B" w14:textId="77777777" w:rsidR="00F91424" w:rsidRPr="00D97086" w:rsidRDefault="00F91424" w:rsidP="00B06CA4">
      <w:pPr>
        <w:jc w:val="both"/>
        <w:rPr>
          <w:rFonts w:ascii="Times New Roman" w:hAnsi="Times New Roman" w:cs="Times New Roman"/>
          <w:sz w:val="24"/>
          <w:szCs w:val="24"/>
        </w:rPr>
      </w:pPr>
    </w:p>
    <w:p w14:paraId="3AFD2DC3" w14:textId="77777777" w:rsidR="00F91424" w:rsidRPr="00D97086" w:rsidRDefault="00F91424" w:rsidP="00B06CA4">
      <w:pPr>
        <w:jc w:val="both"/>
        <w:rPr>
          <w:rFonts w:ascii="Times New Roman" w:hAnsi="Times New Roman" w:cs="Times New Roman"/>
          <w:sz w:val="24"/>
          <w:szCs w:val="24"/>
        </w:rPr>
      </w:pPr>
    </w:p>
    <w:p w14:paraId="1DD15B59" w14:textId="77777777" w:rsidR="00F91424" w:rsidRPr="00D97086" w:rsidRDefault="00F91424" w:rsidP="00B06CA4">
      <w:pPr>
        <w:jc w:val="both"/>
        <w:rPr>
          <w:rFonts w:ascii="Times New Roman" w:hAnsi="Times New Roman" w:cs="Times New Roman"/>
          <w:sz w:val="24"/>
          <w:szCs w:val="24"/>
        </w:rPr>
      </w:pPr>
    </w:p>
    <w:p w14:paraId="03AA2014" w14:textId="77777777" w:rsidR="00E51F66" w:rsidRPr="00D97086" w:rsidRDefault="00E51F66" w:rsidP="00B06CA4">
      <w:pPr>
        <w:jc w:val="both"/>
        <w:rPr>
          <w:rFonts w:ascii="Times New Roman" w:hAnsi="Times New Roman" w:cs="Times New Roman"/>
          <w:sz w:val="24"/>
          <w:szCs w:val="24"/>
        </w:rPr>
      </w:pPr>
    </w:p>
    <w:p w14:paraId="309D6254" w14:textId="77777777" w:rsidR="00E51F66" w:rsidRPr="00D97086" w:rsidRDefault="00E51F66" w:rsidP="00B06CA4">
      <w:pPr>
        <w:jc w:val="both"/>
        <w:rPr>
          <w:rFonts w:ascii="Times New Roman" w:hAnsi="Times New Roman" w:cs="Times New Roman"/>
          <w:sz w:val="24"/>
          <w:szCs w:val="24"/>
        </w:rPr>
      </w:pPr>
    </w:p>
    <w:p w14:paraId="20D1F9CC" w14:textId="77777777" w:rsidR="00E51F66" w:rsidRPr="00D97086" w:rsidRDefault="00E51F66" w:rsidP="00B06CA4">
      <w:pPr>
        <w:jc w:val="both"/>
        <w:rPr>
          <w:rFonts w:ascii="Times New Roman" w:hAnsi="Times New Roman" w:cs="Times New Roman"/>
          <w:sz w:val="24"/>
          <w:szCs w:val="24"/>
        </w:rPr>
      </w:pPr>
    </w:p>
    <w:p w14:paraId="3268D350" w14:textId="77777777" w:rsidR="00E51F66" w:rsidRPr="00D97086" w:rsidRDefault="00E51F66" w:rsidP="00B06CA4">
      <w:pPr>
        <w:jc w:val="both"/>
        <w:rPr>
          <w:rFonts w:ascii="Times New Roman" w:hAnsi="Times New Roman" w:cs="Times New Roman"/>
          <w:sz w:val="24"/>
          <w:szCs w:val="24"/>
        </w:rPr>
      </w:pPr>
    </w:p>
    <w:p w14:paraId="7A7F737C" w14:textId="77777777" w:rsidR="00E51F66" w:rsidRPr="00D97086" w:rsidRDefault="00E51F66" w:rsidP="00B06CA4">
      <w:pPr>
        <w:jc w:val="both"/>
        <w:rPr>
          <w:rFonts w:ascii="Times New Roman" w:hAnsi="Times New Roman" w:cs="Times New Roman"/>
          <w:sz w:val="24"/>
          <w:szCs w:val="24"/>
        </w:rPr>
      </w:pPr>
    </w:p>
    <w:p w14:paraId="067E4A92" w14:textId="77777777" w:rsidR="00E51F66" w:rsidRPr="00D97086" w:rsidRDefault="00E51F66" w:rsidP="00B06CA4">
      <w:pPr>
        <w:jc w:val="both"/>
        <w:rPr>
          <w:rFonts w:ascii="Times New Roman" w:hAnsi="Times New Roman" w:cs="Times New Roman"/>
          <w:sz w:val="24"/>
          <w:szCs w:val="24"/>
        </w:rPr>
      </w:pPr>
    </w:p>
    <w:p w14:paraId="35FF7385" w14:textId="77777777" w:rsidR="00C95401" w:rsidRPr="00D97086" w:rsidRDefault="00F653AC"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lastRenderedPageBreak/>
        <w:t>Përmbajtja</w:t>
      </w:r>
      <w:proofErr w:type="spellEnd"/>
    </w:p>
    <w:sdt>
      <w:sdtPr>
        <w:rPr>
          <w:rFonts w:ascii="Times New Roman" w:eastAsiaTheme="minorEastAsia" w:hAnsi="Times New Roman" w:cs="Times New Roman"/>
          <w:b w:val="0"/>
          <w:bCs w:val="0"/>
          <w:color w:val="auto"/>
          <w:sz w:val="24"/>
          <w:szCs w:val="24"/>
        </w:rPr>
        <w:id w:val="614415788"/>
        <w:docPartObj>
          <w:docPartGallery w:val="Table of Contents"/>
          <w:docPartUnique/>
        </w:docPartObj>
      </w:sdtPr>
      <w:sdtEndPr>
        <w:rPr>
          <w:noProof/>
        </w:rPr>
      </w:sdtEndPr>
      <w:sdtContent>
        <w:p w14:paraId="23FF7CCD" w14:textId="77777777" w:rsidR="00F91424" w:rsidRPr="00D97086" w:rsidRDefault="00F91424" w:rsidP="00B06CA4">
          <w:pPr>
            <w:pStyle w:val="TOCHeading"/>
            <w:jc w:val="both"/>
            <w:rPr>
              <w:rFonts w:ascii="Times New Roman" w:hAnsi="Times New Roman" w:cs="Times New Roman"/>
              <w:sz w:val="24"/>
              <w:szCs w:val="24"/>
            </w:rPr>
          </w:pPr>
          <w:r w:rsidRPr="00D97086">
            <w:rPr>
              <w:rFonts w:ascii="Times New Roman" w:hAnsi="Times New Roman" w:cs="Times New Roman"/>
              <w:sz w:val="24"/>
              <w:szCs w:val="24"/>
            </w:rPr>
            <w:t>Contents</w:t>
          </w:r>
        </w:p>
        <w:p w14:paraId="1B6382E4" w14:textId="77777777" w:rsidR="00D97086" w:rsidRDefault="00F91424">
          <w:pPr>
            <w:pStyle w:val="TOC1"/>
            <w:tabs>
              <w:tab w:val="right" w:leader="dot" w:pos="8630"/>
            </w:tabs>
            <w:rPr>
              <w:noProof/>
            </w:rPr>
          </w:pPr>
          <w:r w:rsidRPr="00D97086">
            <w:rPr>
              <w:rFonts w:ascii="Times New Roman" w:hAnsi="Times New Roman" w:cs="Times New Roman"/>
              <w:sz w:val="24"/>
              <w:szCs w:val="24"/>
            </w:rPr>
            <w:fldChar w:fldCharType="begin"/>
          </w:r>
          <w:r w:rsidRPr="00D97086">
            <w:rPr>
              <w:rFonts w:ascii="Times New Roman" w:hAnsi="Times New Roman" w:cs="Times New Roman"/>
              <w:sz w:val="24"/>
              <w:szCs w:val="24"/>
            </w:rPr>
            <w:instrText xml:space="preserve"> TOC \o "1-3" \h \z \u </w:instrText>
          </w:r>
          <w:r w:rsidRPr="00D97086">
            <w:rPr>
              <w:rFonts w:ascii="Times New Roman" w:hAnsi="Times New Roman" w:cs="Times New Roman"/>
              <w:sz w:val="24"/>
              <w:szCs w:val="24"/>
            </w:rPr>
            <w:fldChar w:fldCharType="separate"/>
          </w:r>
          <w:hyperlink w:anchor="_Toc209703427" w:history="1">
            <w:r w:rsidR="00D97086" w:rsidRPr="00AB0F09">
              <w:rPr>
                <w:rStyle w:val="Hyperlink"/>
                <w:rFonts w:ascii="Times New Roman" w:hAnsi="Times New Roman" w:cs="Times New Roman"/>
                <w:noProof/>
              </w:rPr>
              <w:t>Përmbledhje ekzekutive</w:t>
            </w:r>
            <w:r w:rsidR="00D97086">
              <w:rPr>
                <w:noProof/>
                <w:webHidden/>
              </w:rPr>
              <w:tab/>
            </w:r>
            <w:r w:rsidR="00D97086">
              <w:rPr>
                <w:noProof/>
                <w:webHidden/>
              </w:rPr>
              <w:fldChar w:fldCharType="begin"/>
            </w:r>
            <w:r w:rsidR="00D97086">
              <w:rPr>
                <w:noProof/>
                <w:webHidden/>
              </w:rPr>
              <w:instrText xml:space="preserve"> PAGEREF _Toc209703427 \h </w:instrText>
            </w:r>
            <w:r w:rsidR="00D97086">
              <w:rPr>
                <w:noProof/>
                <w:webHidden/>
              </w:rPr>
            </w:r>
            <w:r w:rsidR="00D97086">
              <w:rPr>
                <w:noProof/>
                <w:webHidden/>
              </w:rPr>
              <w:fldChar w:fldCharType="separate"/>
            </w:r>
            <w:r w:rsidR="00204566">
              <w:rPr>
                <w:noProof/>
                <w:webHidden/>
              </w:rPr>
              <w:t>2</w:t>
            </w:r>
            <w:r w:rsidR="00D97086">
              <w:rPr>
                <w:noProof/>
                <w:webHidden/>
              </w:rPr>
              <w:fldChar w:fldCharType="end"/>
            </w:r>
          </w:hyperlink>
        </w:p>
        <w:p w14:paraId="53A12411" w14:textId="77777777" w:rsidR="00D97086" w:rsidRDefault="00D97086">
          <w:pPr>
            <w:pStyle w:val="TOC1"/>
            <w:tabs>
              <w:tab w:val="left" w:pos="440"/>
              <w:tab w:val="right" w:leader="dot" w:pos="8630"/>
            </w:tabs>
            <w:rPr>
              <w:noProof/>
            </w:rPr>
          </w:pPr>
          <w:hyperlink w:anchor="_Toc209703428" w:history="1">
            <w:r w:rsidRPr="00AB0F09">
              <w:rPr>
                <w:rStyle w:val="Hyperlink"/>
                <w:rFonts w:ascii="Times New Roman" w:hAnsi="Times New Roman" w:cs="Times New Roman"/>
                <w:noProof/>
              </w:rPr>
              <w:t>1.</w:t>
            </w:r>
            <w:r>
              <w:rPr>
                <w:noProof/>
              </w:rPr>
              <w:tab/>
            </w:r>
            <w:r w:rsidRPr="00AB0F09">
              <w:rPr>
                <w:rStyle w:val="Hyperlink"/>
                <w:rFonts w:ascii="Times New Roman" w:hAnsi="Times New Roman" w:cs="Times New Roman"/>
                <w:noProof/>
              </w:rPr>
              <w:t>Hyrje</w:t>
            </w:r>
            <w:r>
              <w:rPr>
                <w:noProof/>
                <w:webHidden/>
              </w:rPr>
              <w:tab/>
            </w:r>
            <w:r>
              <w:rPr>
                <w:noProof/>
                <w:webHidden/>
              </w:rPr>
              <w:fldChar w:fldCharType="begin"/>
            </w:r>
            <w:r>
              <w:rPr>
                <w:noProof/>
                <w:webHidden/>
              </w:rPr>
              <w:instrText xml:space="preserve"> PAGEREF _Toc209703428 \h </w:instrText>
            </w:r>
            <w:r>
              <w:rPr>
                <w:noProof/>
                <w:webHidden/>
              </w:rPr>
            </w:r>
            <w:r>
              <w:rPr>
                <w:noProof/>
                <w:webHidden/>
              </w:rPr>
              <w:fldChar w:fldCharType="separate"/>
            </w:r>
            <w:r w:rsidR="00204566">
              <w:rPr>
                <w:noProof/>
                <w:webHidden/>
              </w:rPr>
              <w:t>5</w:t>
            </w:r>
            <w:r>
              <w:rPr>
                <w:noProof/>
                <w:webHidden/>
              </w:rPr>
              <w:fldChar w:fldCharType="end"/>
            </w:r>
          </w:hyperlink>
        </w:p>
        <w:p w14:paraId="67F185B4" w14:textId="77777777" w:rsidR="00D97086" w:rsidRDefault="00D97086">
          <w:pPr>
            <w:pStyle w:val="TOC1"/>
            <w:tabs>
              <w:tab w:val="left" w:pos="440"/>
              <w:tab w:val="right" w:leader="dot" w:pos="8630"/>
            </w:tabs>
            <w:rPr>
              <w:noProof/>
            </w:rPr>
          </w:pPr>
          <w:hyperlink w:anchor="_Toc209703429" w:history="1">
            <w:r w:rsidRPr="00AB0F09">
              <w:rPr>
                <w:rStyle w:val="Hyperlink"/>
                <w:rFonts w:ascii="Times New Roman" w:hAnsi="Times New Roman" w:cs="Times New Roman"/>
                <w:noProof/>
              </w:rPr>
              <w:t>2.</w:t>
            </w:r>
            <w:r>
              <w:rPr>
                <w:noProof/>
              </w:rPr>
              <w:tab/>
            </w:r>
            <w:r w:rsidRPr="00AB0F09">
              <w:rPr>
                <w:rStyle w:val="Hyperlink"/>
                <w:rFonts w:ascii="Times New Roman" w:hAnsi="Times New Roman" w:cs="Times New Roman"/>
                <w:noProof/>
              </w:rPr>
              <w:t>Kuadri ligjor dhe strategjik</w:t>
            </w:r>
            <w:r>
              <w:rPr>
                <w:noProof/>
                <w:webHidden/>
              </w:rPr>
              <w:tab/>
            </w:r>
            <w:r>
              <w:rPr>
                <w:noProof/>
                <w:webHidden/>
              </w:rPr>
              <w:fldChar w:fldCharType="begin"/>
            </w:r>
            <w:r>
              <w:rPr>
                <w:noProof/>
                <w:webHidden/>
              </w:rPr>
              <w:instrText xml:space="preserve"> PAGEREF _Toc209703429 \h </w:instrText>
            </w:r>
            <w:r>
              <w:rPr>
                <w:noProof/>
                <w:webHidden/>
              </w:rPr>
            </w:r>
            <w:r>
              <w:rPr>
                <w:noProof/>
                <w:webHidden/>
              </w:rPr>
              <w:fldChar w:fldCharType="separate"/>
            </w:r>
            <w:r w:rsidR="00204566">
              <w:rPr>
                <w:noProof/>
                <w:webHidden/>
              </w:rPr>
              <w:t>6</w:t>
            </w:r>
            <w:r>
              <w:rPr>
                <w:noProof/>
                <w:webHidden/>
              </w:rPr>
              <w:fldChar w:fldCharType="end"/>
            </w:r>
          </w:hyperlink>
        </w:p>
        <w:p w14:paraId="37A328F3" w14:textId="77777777" w:rsidR="00D97086" w:rsidRDefault="00D97086">
          <w:pPr>
            <w:pStyle w:val="TOC1"/>
            <w:tabs>
              <w:tab w:val="left" w:pos="440"/>
              <w:tab w:val="right" w:leader="dot" w:pos="8630"/>
            </w:tabs>
            <w:rPr>
              <w:noProof/>
            </w:rPr>
          </w:pPr>
          <w:hyperlink w:anchor="_Toc209703430" w:history="1">
            <w:r w:rsidRPr="00AB0F09">
              <w:rPr>
                <w:rStyle w:val="Hyperlink"/>
                <w:rFonts w:ascii="Times New Roman" w:hAnsi="Times New Roman" w:cs="Times New Roman"/>
                <w:noProof/>
              </w:rPr>
              <w:t>3.</w:t>
            </w:r>
            <w:r>
              <w:rPr>
                <w:noProof/>
              </w:rPr>
              <w:tab/>
            </w:r>
            <w:r w:rsidRPr="00AB0F09">
              <w:rPr>
                <w:rStyle w:val="Hyperlink"/>
                <w:rFonts w:ascii="Times New Roman" w:hAnsi="Times New Roman" w:cs="Times New Roman"/>
                <w:noProof/>
              </w:rPr>
              <w:t>Metodologjia dhe pjesëmarrja</w:t>
            </w:r>
            <w:r>
              <w:rPr>
                <w:noProof/>
                <w:webHidden/>
              </w:rPr>
              <w:tab/>
            </w:r>
            <w:r>
              <w:rPr>
                <w:noProof/>
                <w:webHidden/>
              </w:rPr>
              <w:fldChar w:fldCharType="begin"/>
            </w:r>
            <w:r>
              <w:rPr>
                <w:noProof/>
                <w:webHidden/>
              </w:rPr>
              <w:instrText xml:space="preserve"> PAGEREF _Toc209703430 \h </w:instrText>
            </w:r>
            <w:r>
              <w:rPr>
                <w:noProof/>
                <w:webHidden/>
              </w:rPr>
            </w:r>
            <w:r>
              <w:rPr>
                <w:noProof/>
                <w:webHidden/>
              </w:rPr>
              <w:fldChar w:fldCharType="separate"/>
            </w:r>
            <w:r w:rsidR="00204566">
              <w:rPr>
                <w:noProof/>
                <w:webHidden/>
              </w:rPr>
              <w:t>7</w:t>
            </w:r>
            <w:r>
              <w:rPr>
                <w:noProof/>
                <w:webHidden/>
              </w:rPr>
              <w:fldChar w:fldCharType="end"/>
            </w:r>
          </w:hyperlink>
        </w:p>
        <w:p w14:paraId="0966D4F6" w14:textId="77777777" w:rsidR="00D97086" w:rsidRDefault="00D97086">
          <w:pPr>
            <w:pStyle w:val="TOC1"/>
            <w:tabs>
              <w:tab w:val="left" w:pos="440"/>
              <w:tab w:val="right" w:leader="dot" w:pos="8630"/>
            </w:tabs>
            <w:rPr>
              <w:noProof/>
            </w:rPr>
          </w:pPr>
          <w:hyperlink w:anchor="_Toc209703431" w:history="1">
            <w:r w:rsidRPr="00AB0F09">
              <w:rPr>
                <w:rStyle w:val="Hyperlink"/>
                <w:rFonts w:ascii="Times New Roman" w:hAnsi="Times New Roman" w:cs="Times New Roman"/>
                <w:noProof/>
              </w:rPr>
              <w:t>4.</w:t>
            </w:r>
            <w:r>
              <w:rPr>
                <w:noProof/>
              </w:rPr>
              <w:tab/>
            </w:r>
            <w:r w:rsidRPr="00AB0F09">
              <w:rPr>
                <w:rStyle w:val="Hyperlink"/>
                <w:rFonts w:ascii="Times New Roman" w:hAnsi="Times New Roman" w:cs="Times New Roman"/>
                <w:noProof/>
              </w:rPr>
              <w:t>Diagnoza e gjendjes së strehimit</w:t>
            </w:r>
            <w:r>
              <w:rPr>
                <w:noProof/>
                <w:webHidden/>
              </w:rPr>
              <w:tab/>
            </w:r>
            <w:r>
              <w:rPr>
                <w:noProof/>
                <w:webHidden/>
              </w:rPr>
              <w:fldChar w:fldCharType="begin"/>
            </w:r>
            <w:r>
              <w:rPr>
                <w:noProof/>
                <w:webHidden/>
              </w:rPr>
              <w:instrText xml:space="preserve"> PAGEREF _Toc209703431 \h </w:instrText>
            </w:r>
            <w:r>
              <w:rPr>
                <w:noProof/>
                <w:webHidden/>
              </w:rPr>
            </w:r>
            <w:r>
              <w:rPr>
                <w:noProof/>
                <w:webHidden/>
              </w:rPr>
              <w:fldChar w:fldCharType="separate"/>
            </w:r>
            <w:r w:rsidR="00204566">
              <w:rPr>
                <w:noProof/>
                <w:webHidden/>
              </w:rPr>
              <w:t>8</w:t>
            </w:r>
            <w:r>
              <w:rPr>
                <w:noProof/>
                <w:webHidden/>
              </w:rPr>
              <w:fldChar w:fldCharType="end"/>
            </w:r>
          </w:hyperlink>
        </w:p>
        <w:p w14:paraId="49049D4F" w14:textId="77777777" w:rsidR="00D97086" w:rsidRDefault="00D97086">
          <w:pPr>
            <w:pStyle w:val="TOC2"/>
            <w:tabs>
              <w:tab w:val="right" w:leader="dot" w:pos="8630"/>
            </w:tabs>
            <w:rPr>
              <w:noProof/>
            </w:rPr>
          </w:pPr>
          <w:hyperlink w:anchor="_Toc209703432" w:history="1">
            <w:r w:rsidRPr="00AB0F09">
              <w:rPr>
                <w:rStyle w:val="Hyperlink"/>
                <w:rFonts w:ascii="Times New Roman" w:hAnsi="Times New Roman" w:cs="Times New Roman"/>
                <w:noProof/>
              </w:rPr>
              <w:t>4.1 Përshkrimi i grupit dhe sfidat kryesore</w:t>
            </w:r>
            <w:r>
              <w:rPr>
                <w:noProof/>
                <w:webHidden/>
              </w:rPr>
              <w:tab/>
            </w:r>
            <w:r>
              <w:rPr>
                <w:noProof/>
                <w:webHidden/>
              </w:rPr>
              <w:fldChar w:fldCharType="begin"/>
            </w:r>
            <w:r>
              <w:rPr>
                <w:noProof/>
                <w:webHidden/>
              </w:rPr>
              <w:instrText xml:space="preserve"> PAGEREF _Toc209703432 \h </w:instrText>
            </w:r>
            <w:r>
              <w:rPr>
                <w:noProof/>
                <w:webHidden/>
              </w:rPr>
            </w:r>
            <w:r>
              <w:rPr>
                <w:noProof/>
                <w:webHidden/>
              </w:rPr>
              <w:fldChar w:fldCharType="separate"/>
            </w:r>
            <w:r w:rsidR="00204566">
              <w:rPr>
                <w:noProof/>
                <w:webHidden/>
              </w:rPr>
              <w:t>9</w:t>
            </w:r>
            <w:r>
              <w:rPr>
                <w:noProof/>
                <w:webHidden/>
              </w:rPr>
              <w:fldChar w:fldCharType="end"/>
            </w:r>
          </w:hyperlink>
        </w:p>
        <w:p w14:paraId="5113C587" w14:textId="77777777" w:rsidR="00D97086" w:rsidRDefault="00D97086">
          <w:pPr>
            <w:pStyle w:val="TOC2"/>
            <w:tabs>
              <w:tab w:val="right" w:leader="dot" w:pos="8630"/>
            </w:tabs>
            <w:rPr>
              <w:noProof/>
            </w:rPr>
          </w:pPr>
          <w:hyperlink w:anchor="_Toc209703433" w:history="1">
            <w:r w:rsidRPr="00AB0F09">
              <w:rPr>
                <w:rStyle w:val="Hyperlink"/>
                <w:rFonts w:ascii="Times New Roman" w:hAnsi="Times New Roman" w:cs="Times New Roman"/>
                <w:noProof/>
              </w:rPr>
              <w:t>4.2 Të dhënat ekzistuese dhe boshllëqet</w:t>
            </w:r>
            <w:r>
              <w:rPr>
                <w:noProof/>
                <w:webHidden/>
              </w:rPr>
              <w:tab/>
            </w:r>
            <w:r>
              <w:rPr>
                <w:noProof/>
                <w:webHidden/>
              </w:rPr>
              <w:fldChar w:fldCharType="begin"/>
            </w:r>
            <w:r>
              <w:rPr>
                <w:noProof/>
                <w:webHidden/>
              </w:rPr>
              <w:instrText xml:space="preserve"> PAGEREF _Toc209703433 \h </w:instrText>
            </w:r>
            <w:r>
              <w:rPr>
                <w:noProof/>
                <w:webHidden/>
              </w:rPr>
            </w:r>
            <w:r>
              <w:rPr>
                <w:noProof/>
                <w:webHidden/>
              </w:rPr>
              <w:fldChar w:fldCharType="separate"/>
            </w:r>
            <w:r w:rsidR="00204566">
              <w:rPr>
                <w:noProof/>
                <w:webHidden/>
              </w:rPr>
              <w:t>15</w:t>
            </w:r>
            <w:r>
              <w:rPr>
                <w:noProof/>
                <w:webHidden/>
              </w:rPr>
              <w:fldChar w:fldCharType="end"/>
            </w:r>
          </w:hyperlink>
        </w:p>
        <w:p w14:paraId="7E8DA01C" w14:textId="77777777" w:rsidR="00D97086" w:rsidRDefault="00D97086">
          <w:pPr>
            <w:pStyle w:val="TOC2"/>
            <w:tabs>
              <w:tab w:val="right" w:leader="dot" w:pos="8630"/>
            </w:tabs>
            <w:rPr>
              <w:noProof/>
            </w:rPr>
          </w:pPr>
          <w:hyperlink w:anchor="_Toc209703434" w:history="1">
            <w:r w:rsidRPr="00AB0F09">
              <w:rPr>
                <w:rStyle w:val="Hyperlink"/>
                <w:rFonts w:ascii="Times New Roman" w:hAnsi="Times New Roman" w:cs="Times New Roman"/>
                <w:noProof/>
              </w:rPr>
              <w:t>4.3 Shërbimet ekzistuese dhe mbulimi</w:t>
            </w:r>
            <w:r>
              <w:rPr>
                <w:noProof/>
                <w:webHidden/>
              </w:rPr>
              <w:tab/>
            </w:r>
            <w:r>
              <w:rPr>
                <w:noProof/>
                <w:webHidden/>
              </w:rPr>
              <w:fldChar w:fldCharType="begin"/>
            </w:r>
            <w:r>
              <w:rPr>
                <w:noProof/>
                <w:webHidden/>
              </w:rPr>
              <w:instrText xml:space="preserve"> PAGEREF _Toc209703434 \h </w:instrText>
            </w:r>
            <w:r>
              <w:rPr>
                <w:noProof/>
                <w:webHidden/>
              </w:rPr>
            </w:r>
            <w:r>
              <w:rPr>
                <w:noProof/>
                <w:webHidden/>
              </w:rPr>
              <w:fldChar w:fldCharType="separate"/>
            </w:r>
            <w:r w:rsidR="00204566">
              <w:rPr>
                <w:noProof/>
                <w:webHidden/>
              </w:rPr>
              <w:t>20</w:t>
            </w:r>
            <w:r>
              <w:rPr>
                <w:noProof/>
                <w:webHidden/>
              </w:rPr>
              <w:fldChar w:fldCharType="end"/>
            </w:r>
          </w:hyperlink>
        </w:p>
        <w:p w14:paraId="1A444ABC" w14:textId="77777777" w:rsidR="00D97086" w:rsidRDefault="00D97086">
          <w:pPr>
            <w:pStyle w:val="TOC2"/>
            <w:tabs>
              <w:tab w:val="right" w:leader="dot" w:pos="8630"/>
            </w:tabs>
            <w:rPr>
              <w:noProof/>
            </w:rPr>
          </w:pPr>
          <w:hyperlink w:anchor="_Toc209703435" w:history="1">
            <w:r w:rsidRPr="00AB0F09">
              <w:rPr>
                <w:rStyle w:val="Hyperlink"/>
                <w:rFonts w:ascii="Times New Roman" w:hAnsi="Times New Roman" w:cs="Times New Roman"/>
                <w:noProof/>
              </w:rPr>
              <w:t>4.4 Nevojat për ndërhyrje prioritare</w:t>
            </w:r>
            <w:r>
              <w:rPr>
                <w:noProof/>
                <w:webHidden/>
              </w:rPr>
              <w:tab/>
            </w:r>
            <w:r>
              <w:rPr>
                <w:noProof/>
                <w:webHidden/>
              </w:rPr>
              <w:fldChar w:fldCharType="begin"/>
            </w:r>
            <w:r>
              <w:rPr>
                <w:noProof/>
                <w:webHidden/>
              </w:rPr>
              <w:instrText xml:space="preserve"> PAGEREF _Toc209703435 \h </w:instrText>
            </w:r>
            <w:r>
              <w:rPr>
                <w:noProof/>
                <w:webHidden/>
              </w:rPr>
            </w:r>
            <w:r>
              <w:rPr>
                <w:noProof/>
                <w:webHidden/>
              </w:rPr>
              <w:fldChar w:fldCharType="separate"/>
            </w:r>
            <w:r w:rsidR="00204566">
              <w:rPr>
                <w:noProof/>
                <w:webHidden/>
              </w:rPr>
              <w:t>22</w:t>
            </w:r>
            <w:r>
              <w:rPr>
                <w:noProof/>
                <w:webHidden/>
              </w:rPr>
              <w:fldChar w:fldCharType="end"/>
            </w:r>
          </w:hyperlink>
        </w:p>
        <w:p w14:paraId="48F3CBD0" w14:textId="77777777" w:rsidR="00D97086" w:rsidRDefault="00D97086">
          <w:pPr>
            <w:pStyle w:val="TOC1"/>
            <w:tabs>
              <w:tab w:val="left" w:pos="440"/>
              <w:tab w:val="right" w:leader="dot" w:pos="8630"/>
            </w:tabs>
            <w:rPr>
              <w:noProof/>
            </w:rPr>
          </w:pPr>
          <w:hyperlink w:anchor="_Toc209703436" w:history="1">
            <w:r w:rsidRPr="00AB0F09">
              <w:rPr>
                <w:rStyle w:val="Hyperlink"/>
                <w:rFonts w:ascii="Times New Roman" w:hAnsi="Times New Roman" w:cs="Times New Roman"/>
                <w:noProof/>
              </w:rPr>
              <w:t>5.</w:t>
            </w:r>
            <w:r>
              <w:rPr>
                <w:noProof/>
              </w:rPr>
              <w:tab/>
            </w:r>
            <w:r w:rsidRPr="00AB0F09">
              <w:rPr>
                <w:rStyle w:val="Hyperlink"/>
                <w:rFonts w:ascii="Times New Roman" w:hAnsi="Times New Roman" w:cs="Times New Roman"/>
                <w:noProof/>
              </w:rPr>
              <w:t>Burimet Njerëzore për Strehimin</w:t>
            </w:r>
            <w:r>
              <w:rPr>
                <w:noProof/>
                <w:webHidden/>
              </w:rPr>
              <w:tab/>
            </w:r>
            <w:r>
              <w:rPr>
                <w:noProof/>
                <w:webHidden/>
              </w:rPr>
              <w:fldChar w:fldCharType="begin"/>
            </w:r>
            <w:r>
              <w:rPr>
                <w:noProof/>
                <w:webHidden/>
              </w:rPr>
              <w:instrText xml:space="preserve"> PAGEREF _Toc209703436 \h </w:instrText>
            </w:r>
            <w:r>
              <w:rPr>
                <w:noProof/>
                <w:webHidden/>
              </w:rPr>
            </w:r>
            <w:r>
              <w:rPr>
                <w:noProof/>
                <w:webHidden/>
              </w:rPr>
              <w:fldChar w:fldCharType="separate"/>
            </w:r>
            <w:r w:rsidR="00204566">
              <w:rPr>
                <w:noProof/>
                <w:webHidden/>
              </w:rPr>
              <w:t>25</w:t>
            </w:r>
            <w:r>
              <w:rPr>
                <w:noProof/>
                <w:webHidden/>
              </w:rPr>
              <w:fldChar w:fldCharType="end"/>
            </w:r>
          </w:hyperlink>
        </w:p>
        <w:p w14:paraId="4BDEC945" w14:textId="77777777" w:rsidR="00D97086" w:rsidRDefault="00D97086">
          <w:pPr>
            <w:pStyle w:val="TOC1"/>
            <w:tabs>
              <w:tab w:val="left" w:pos="440"/>
              <w:tab w:val="right" w:leader="dot" w:pos="8630"/>
            </w:tabs>
            <w:rPr>
              <w:noProof/>
            </w:rPr>
          </w:pPr>
          <w:hyperlink w:anchor="_Toc209703437" w:history="1">
            <w:r w:rsidRPr="00AB0F09">
              <w:rPr>
                <w:rStyle w:val="Hyperlink"/>
                <w:rFonts w:ascii="Times New Roman" w:hAnsi="Times New Roman" w:cs="Times New Roman"/>
                <w:noProof/>
              </w:rPr>
              <w:t>6.</w:t>
            </w:r>
            <w:r>
              <w:rPr>
                <w:noProof/>
              </w:rPr>
              <w:tab/>
            </w:r>
            <w:r w:rsidRPr="00AB0F09">
              <w:rPr>
                <w:rStyle w:val="Hyperlink"/>
                <w:rFonts w:ascii="Times New Roman" w:hAnsi="Times New Roman" w:cs="Times New Roman"/>
                <w:noProof/>
              </w:rPr>
              <w:t>Analiza e kapacitetit financiar për strehimin në Bashkinë Prrenjas</w:t>
            </w:r>
            <w:r>
              <w:rPr>
                <w:noProof/>
                <w:webHidden/>
              </w:rPr>
              <w:tab/>
            </w:r>
            <w:r>
              <w:rPr>
                <w:noProof/>
                <w:webHidden/>
              </w:rPr>
              <w:fldChar w:fldCharType="begin"/>
            </w:r>
            <w:r>
              <w:rPr>
                <w:noProof/>
                <w:webHidden/>
              </w:rPr>
              <w:instrText xml:space="preserve"> PAGEREF _Toc209703437 \h </w:instrText>
            </w:r>
            <w:r>
              <w:rPr>
                <w:noProof/>
                <w:webHidden/>
              </w:rPr>
            </w:r>
            <w:r>
              <w:rPr>
                <w:noProof/>
                <w:webHidden/>
              </w:rPr>
              <w:fldChar w:fldCharType="separate"/>
            </w:r>
            <w:r w:rsidR="00204566">
              <w:rPr>
                <w:noProof/>
                <w:webHidden/>
              </w:rPr>
              <w:t>26</w:t>
            </w:r>
            <w:r>
              <w:rPr>
                <w:noProof/>
                <w:webHidden/>
              </w:rPr>
              <w:fldChar w:fldCharType="end"/>
            </w:r>
          </w:hyperlink>
        </w:p>
        <w:p w14:paraId="3CDC4CAF" w14:textId="77777777" w:rsidR="00D97086" w:rsidRDefault="00D97086">
          <w:pPr>
            <w:pStyle w:val="TOC1"/>
            <w:tabs>
              <w:tab w:val="left" w:pos="440"/>
              <w:tab w:val="right" w:leader="dot" w:pos="8630"/>
            </w:tabs>
            <w:rPr>
              <w:noProof/>
            </w:rPr>
          </w:pPr>
          <w:hyperlink w:anchor="_Toc209703438" w:history="1">
            <w:r w:rsidRPr="00AB0F09">
              <w:rPr>
                <w:rStyle w:val="Hyperlink"/>
                <w:rFonts w:ascii="Times New Roman" w:hAnsi="Times New Roman" w:cs="Times New Roman"/>
                <w:noProof/>
              </w:rPr>
              <w:t>7.</w:t>
            </w:r>
            <w:r>
              <w:rPr>
                <w:noProof/>
              </w:rPr>
              <w:tab/>
            </w:r>
            <w:r w:rsidRPr="00AB0F09">
              <w:rPr>
                <w:rStyle w:val="Hyperlink"/>
                <w:rFonts w:ascii="Times New Roman" w:hAnsi="Times New Roman" w:cs="Times New Roman"/>
                <w:noProof/>
              </w:rPr>
              <w:t>Vizioni dhe parimet udhëheqëse</w:t>
            </w:r>
            <w:r>
              <w:rPr>
                <w:noProof/>
                <w:webHidden/>
              </w:rPr>
              <w:tab/>
            </w:r>
            <w:r>
              <w:rPr>
                <w:noProof/>
                <w:webHidden/>
              </w:rPr>
              <w:fldChar w:fldCharType="begin"/>
            </w:r>
            <w:r>
              <w:rPr>
                <w:noProof/>
                <w:webHidden/>
              </w:rPr>
              <w:instrText xml:space="preserve"> PAGEREF _Toc209703438 \h </w:instrText>
            </w:r>
            <w:r>
              <w:rPr>
                <w:noProof/>
                <w:webHidden/>
              </w:rPr>
            </w:r>
            <w:r>
              <w:rPr>
                <w:noProof/>
                <w:webHidden/>
              </w:rPr>
              <w:fldChar w:fldCharType="separate"/>
            </w:r>
            <w:r w:rsidR="00204566">
              <w:rPr>
                <w:noProof/>
                <w:webHidden/>
              </w:rPr>
              <w:t>28</w:t>
            </w:r>
            <w:r>
              <w:rPr>
                <w:noProof/>
                <w:webHidden/>
              </w:rPr>
              <w:fldChar w:fldCharType="end"/>
            </w:r>
          </w:hyperlink>
        </w:p>
        <w:p w14:paraId="6A76AFA3" w14:textId="77777777" w:rsidR="00D97086" w:rsidRDefault="00D97086">
          <w:pPr>
            <w:pStyle w:val="TOC1"/>
            <w:tabs>
              <w:tab w:val="left" w:pos="440"/>
              <w:tab w:val="right" w:leader="dot" w:pos="8630"/>
            </w:tabs>
            <w:rPr>
              <w:noProof/>
            </w:rPr>
          </w:pPr>
          <w:hyperlink w:anchor="_Toc209703439" w:history="1">
            <w:r w:rsidRPr="00AB0F09">
              <w:rPr>
                <w:rStyle w:val="Hyperlink"/>
                <w:rFonts w:ascii="Times New Roman" w:hAnsi="Times New Roman" w:cs="Times New Roman"/>
                <w:noProof/>
              </w:rPr>
              <w:t>8.</w:t>
            </w:r>
            <w:r>
              <w:rPr>
                <w:noProof/>
              </w:rPr>
              <w:tab/>
            </w:r>
            <w:r w:rsidRPr="00AB0F09">
              <w:rPr>
                <w:rStyle w:val="Hyperlink"/>
                <w:rFonts w:ascii="Times New Roman" w:hAnsi="Times New Roman" w:cs="Times New Roman"/>
                <w:noProof/>
              </w:rPr>
              <w:t>Prioritetet dhe objektivat strategjikë 2025–2029</w:t>
            </w:r>
            <w:r>
              <w:rPr>
                <w:noProof/>
                <w:webHidden/>
              </w:rPr>
              <w:tab/>
            </w:r>
            <w:r>
              <w:rPr>
                <w:noProof/>
                <w:webHidden/>
              </w:rPr>
              <w:fldChar w:fldCharType="begin"/>
            </w:r>
            <w:r>
              <w:rPr>
                <w:noProof/>
                <w:webHidden/>
              </w:rPr>
              <w:instrText xml:space="preserve"> PAGEREF _Toc209703439 \h </w:instrText>
            </w:r>
            <w:r>
              <w:rPr>
                <w:noProof/>
                <w:webHidden/>
              </w:rPr>
            </w:r>
            <w:r>
              <w:rPr>
                <w:noProof/>
                <w:webHidden/>
              </w:rPr>
              <w:fldChar w:fldCharType="separate"/>
            </w:r>
            <w:r w:rsidR="00204566">
              <w:rPr>
                <w:noProof/>
                <w:webHidden/>
              </w:rPr>
              <w:t>29</w:t>
            </w:r>
            <w:r>
              <w:rPr>
                <w:noProof/>
                <w:webHidden/>
              </w:rPr>
              <w:fldChar w:fldCharType="end"/>
            </w:r>
          </w:hyperlink>
        </w:p>
        <w:p w14:paraId="663CE6CA" w14:textId="77777777" w:rsidR="00D97086" w:rsidRDefault="00D97086">
          <w:pPr>
            <w:pStyle w:val="TOC1"/>
            <w:tabs>
              <w:tab w:val="left" w:pos="440"/>
              <w:tab w:val="right" w:leader="dot" w:pos="8630"/>
            </w:tabs>
            <w:rPr>
              <w:noProof/>
            </w:rPr>
          </w:pPr>
          <w:hyperlink w:anchor="_Toc209703440" w:history="1">
            <w:r w:rsidRPr="00AB0F09">
              <w:rPr>
                <w:rStyle w:val="Hyperlink"/>
                <w:rFonts w:ascii="Times New Roman" w:hAnsi="Times New Roman" w:cs="Times New Roman"/>
                <w:noProof/>
              </w:rPr>
              <w:t>9.</w:t>
            </w:r>
            <w:r>
              <w:rPr>
                <w:noProof/>
              </w:rPr>
              <w:tab/>
            </w:r>
            <w:r w:rsidRPr="00AB0F09">
              <w:rPr>
                <w:rStyle w:val="Hyperlink"/>
                <w:rFonts w:ascii="Times New Roman" w:hAnsi="Times New Roman" w:cs="Times New Roman"/>
                <w:noProof/>
              </w:rPr>
              <w:t>Programet, masat dhe aktivitetet</w:t>
            </w:r>
            <w:r>
              <w:rPr>
                <w:noProof/>
                <w:webHidden/>
              </w:rPr>
              <w:tab/>
            </w:r>
            <w:r>
              <w:rPr>
                <w:noProof/>
                <w:webHidden/>
              </w:rPr>
              <w:fldChar w:fldCharType="begin"/>
            </w:r>
            <w:r>
              <w:rPr>
                <w:noProof/>
                <w:webHidden/>
              </w:rPr>
              <w:instrText xml:space="preserve"> PAGEREF _Toc209703440 \h </w:instrText>
            </w:r>
            <w:r>
              <w:rPr>
                <w:noProof/>
                <w:webHidden/>
              </w:rPr>
            </w:r>
            <w:r>
              <w:rPr>
                <w:noProof/>
                <w:webHidden/>
              </w:rPr>
              <w:fldChar w:fldCharType="separate"/>
            </w:r>
            <w:r w:rsidR="00204566">
              <w:rPr>
                <w:noProof/>
                <w:webHidden/>
              </w:rPr>
              <w:t>31</w:t>
            </w:r>
            <w:r>
              <w:rPr>
                <w:noProof/>
                <w:webHidden/>
              </w:rPr>
              <w:fldChar w:fldCharType="end"/>
            </w:r>
          </w:hyperlink>
        </w:p>
        <w:p w14:paraId="496EC6C6" w14:textId="77777777" w:rsidR="00D97086" w:rsidRDefault="00D97086">
          <w:pPr>
            <w:pStyle w:val="TOC1"/>
            <w:tabs>
              <w:tab w:val="left" w:pos="660"/>
              <w:tab w:val="right" w:leader="dot" w:pos="8630"/>
            </w:tabs>
            <w:rPr>
              <w:noProof/>
            </w:rPr>
          </w:pPr>
          <w:hyperlink w:anchor="_Toc209703441" w:history="1">
            <w:r w:rsidRPr="00AB0F09">
              <w:rPr>
                <w:rStyle w:val="Hyperlink"/>
                <w:rFonts w:ascii="Times New Roman" w:hAnsi="Times New Roman" w:cs="Times New Roman"/>
                <w:noProof/>
              </w:rPr>
              <w:t>10.</w:t>
            </w:r>
            <w:r>
              <w:rPr>
                <w:noProof/>
              </w:rPr>
              <w:tab/>
            </w:r>
            <w:r w:rsidRPr="00AB0F09">
              <w:rPr>
                <w:rStyle w:val="Hyperlink"/>
                <w:rFonts w:ascii="Times New Roman" w:hAnsi="Times New Roman" w:cs="Times New Roman"/>
                <w:noProof/>
              </w:rPr>
              <w:t>Korniza financiare dhe modalitetet</w:t>
            </w:r>
            <w:r>
              <w:rPr>
                <w:noProof/>
                <w:webHidden/>
              </w:rPr>
              <w:tab/>
            </w:r>
            <w:r>
              <w:rPr>
                <w:noProof/>
                <w:webHidden/>
              </w:rPr>
              <w:fldChar w:fldCharType="begin"/>
            </w:r>
            <w:r>
              <w:rPr>
                <w:noProof/>
                <w:webHidden/>
              </w:rPr>
              <w:instrText xml:space="preserve"> PAGEREF _Toc209703441 \h </w:instrText>
            </w:r>
            <w:r>
              <w:rPr>
                <w:noProof/>
                <w:webHidden/>
              </w:rPr>
            </w:r>
            <w:r>
              <w:rPr>
                <w:noProof/>
                <w:webHidden/>
              </w:rPr>
              <w:fldChar w:fldCharType="separate"/>
            </w:r>
            <w:r w:rsidR="00204566">
              <w:rPr>
                <w:noProof/>
                <w:webHidden/>
              </w:rPr>
              <w:t>33</w:t>
            </w:r>
            <w:r>
              <w:rPr>
                <w:noProof/>
                <w:webHidden/>
              </w:rPr>
              <w:fldChar w:fldCharType="end"/>
            </w:r>
          </w:hyperlink>
        </w:p>
        <w:p w14:paraId="39CC6948" w14:textId="77777777" w:rsidR="00D97086" w:rsidRDefault="00D97086">
          <w:pPr>
            <w:pStyle w:val="TOC1"/>
            <w:tabs>
              <w:tab w:val="left" w:pos="660"/>
              <w:tab w:val="right" w:leader="dot" w:pos="8630"/>
            </w:tabs>
            <w:rPr>
              <w:noProof/>
            </w:rPr>
          </w:pPr>
          <w:hyperlink w:anchor="_Toc209703442" w:history="1">
            <w:r w:rsidRPr="00AB0F09">
              <w:rPr>
                <w:rStyle w:val="Hyperlink"/>
                <w:rFonts w:ascii="Times New Roman" w:hAnsi="Times New Roman" w:cs="Times New Roman"/>
                <w:noProof/>
              </w:rPr>
              <w:t>11.</w:t>
            </w:r>
            <w:r>
              <w:rPr>
                <w:noProof/>
              </w:rPr>
              <w:tab/>
            </w:r>
            <w:r w:rsidRPr="00AB0F09">
              <w:rPr>
                <w:rStyle w:val="Hyperlink"/>
                <w:rFonts w:ascii="Times New Roman" w:hAnsi="Times New Roman" w:cs="Times New Roman"/>
                <w:noProof/>
              </w:rPr>
              <w:t>Qeverisja dhe zbatimi</w:t>
            </w:r>
            <w:r>
              <w:rPr>
                <w:noProof/>
                <w:webHidden/>
              </w:rPr>
              <w:tab/>
            </w:r>
            <w:r>
              <w:rPr>
                <w:noProof/>
                <w:webHidden/>
              </w:rPr>
              <w:fldChar w:fldCharType="begin"/>
            </w:r>
            <w:r>
              <w:rPr>
                <w:noProof/>
                <w:webHidden/>
              </w:rPr>
              <w:instrText xml:space="preserve"> PAGEREF _Toc209703442 \h </w:instrText>
            </w:r>
            <w:r>
              <w:rPr>
                <w:noProof/>
                <w:webHidden/>
              </w:rPr>
            </w:r>
            <w:r>
              <w:rPr>
                <w:noProof/>
                <w:webHidden/>
              </w:rPr>
              <w:fldChar w:fldCharType="separate"/>
            </w:r>
            <w:r w:rsidR="00204566">
              <w:rPr>
                <w:noProof/>
                <w:webHidden/>
              </w:rPr>
              <w:t>34</w:t>
            </w:r>
            <w:r>
              <w:rPr>
                <w:noProof/>
                <w:webHidden/>
              </w:rPr>
              <w:fldChar w:fldCharType="end"/>
            </w:r>
          </w:hyperlink>
        </w:p>
        <w:p w14:paraId="71EFB057" w14:textId="77777777" w:rsidR="00D97086" w:rsidRDefault="00D97086">
          <w:pPr>
            <w:pStyle w:val="TOC1"/>
            <w:tabs>
              <w:tab w:val="left" w:pos="660"/>
              <w:tab w:val="right" w:leader="dot" w:pos="8630"/>
            </w:tabs>
            <w:rPr>
              <w:noProof/>
            </w:rPr>
          </w:pPr>
          <w:hyperlink w:anchor="_Toc209703443" w:history="1">
            <w:r w:rsidRPr="00AB0F09">
              <w:rPr>
                <w:rStyle w:val="Hyperlink"/>
                <w:rFonts w:ascii="Times New Roman" w:hAnsi="Times New Roman" w:cs="Times New Roman"/>
                <w:noProof/>
              </w:rPr>
              <w:t>12.</w:t>
            </w:r>
            <w:r>
              <w:rPr>
                <w:noProof/>
              </w:rPr>
              <w:tab/>
            </w:r>
            <w:r w:rsidRPr="00AB0F09">
              <w:rPr>
                <w:rStyle w:val="Hyperlink"/>
                <w:rFonts w:ascii="Times New Roman" w:hAnsi="Times New Roman" w:cs="Times New Roman"/>
                <w:noProof/>
              </w:rPr>
              <w:t>Monitorimi, vlerësimi dhe mësimi (MVM)</w:t>
            </w:r>
            <w:r>
              <w:rPr>
                <w:noProof/>
                <w:webHidden/>
              </w:rPr>
              <w:tab/>
            </w:r>
            <w:r>
              <w:rPr>
                <w:noProof/>
                <w:webHidden/>
              </w:rPr>
              <w:fldChar w:fldCharType="begin"/>
            </w:r>
            <w:r>
              <w:rPr>
                <w:noProof/>
                <w:webHidden/>
              </w:rPr>
              <w:instrText xml:space="preserve"> PAGEREF _Toc209703443 \h </w:instrText>
            </w:r>
            <w:r>
              <w:rPr>
                <w:noProof/>
                <w:webHidden/>
              </w:rPr>
            </w:r>
            <w:r>
              <w:rPr>
                <w:noProof/>
                <w:webHidden/>
              </w:rPr>
              <w:fldChar w:fldCharType="separate"/>
            </w:r>
            <w:r w:rsidR="00204566">
              <w:rPr>
                <w:noProof/>
                <w:webHidden/>
              </w:rPr>
              <w:t>36</w:t>
            </w:r>
            <w:r>
              <w:rPr>
                <w:noProof/>
                <w:webHidden/>
              </w:rPr>
              <w:fldChar w:fldCharType="end"/>
            </w:r>
          </w:hyperlink>
        </w:p>
        <w:p w14:paraId="134CFADC" w14:textId="77777777" w:rsidR="00D97086" w:rsidRDefault="00D97086">
          <w:pPr>
            <w:pStyle w:val="TOC1"/>
            <w:tabs>
              <w:tab w:val="left" w:pos="660"/>
              <w:tab w:val="right" w:leader="dot" w:pos="8630"/>
            </w:tabs>
            <w:rPr>
              <w:noProof/>
            </w:rPr>
          </w:pPr>
          <w:hyperlink w:anchor="_Toc209703444" w:history="1">
            <w:r w:rsidRPr="00AB0F09">
              <w:rPr>
                <w:rStyle w:val="Hyperlink"/>
                <w:rFonts w:ascii="Times New Roman" w:hAnsi="Times New Roman" w:cs="Times New Roman"/>
                <w:noProof/>
              </w:rPr>
              <w:t>13.</w:t>
            </w:r>
            <w:r>
              <w:rPr>
                <w:noProof/>
              </w:rPr>
              <w:tab/>
            </w:r>
            <w:r w:rsidRPr="00AB0F09">
              <w:rPr>
                <w:rStyle w:val="Hyperlink"/>
                <w:rFonts w:ascii="Times New Roman" w:hAnsi="Times New Roman" w:cs="Times New Roman"/>
                <w:noProof/>
              </w:rPr>
              <w:t>Plani i punës dhe afatet</w:t>
            </w:r>
            <w:r>
              <w:rPr>
                <w:noProof/>
                <w:webHidden/>
              </w:rPr>
              <w:tab/>
            </w:r>
            <w:r>
              <w:rPr>
                <w:noProof/>
                <w:webHidden/>
              </w:rPr>
              <w:fldChar w:fldCharType="begin"/>
            </w:r>
            <w:r>
              <w:rPr>
                <w:noProof/>
                <w:webHidden/>
              </w:rPr>
              <w:instrText xml:space="preserve"> PAGEREF _Toc209703444 \h </w:instrText>
            </w:r>
            <w:r>
              <w:rPr>
                <w:noProof/>
                <w:webHidden/>
              </w:rPr>
            </w:r>
            <w:r>
              <w:rPr>
                <w:noProof/>
                <w:webHidden/>
              </w:rPr>
              <w:fldChar w:fldCharType="separate"/>
            </w:r>
            <w:r w:rsidR="00204566">
              <w:rPr>
                <w:noProof/>
                <w:webHidden/>
              </w:rPr>
              <w:t>37</w:t>
            </w:r>
            <w:r>
              <w:rPr>
                <w:noProof/>
                <w:webHidden/>
              </w:rPr>
              <w:fldChar w:fldCharType="end"/>
            </w:r>
          </w:hyperlink>
        </w:p>
        <w:p w14:paraId="0B408A24" w14:textId="77777777" w:rsidR="00D97086" w:rsidRDefault="00D97086">
          <w:pPr>
            <w:pStyle w:val="TOC1"/>
            <w:tabs>
              <w:tab w:val="left" w:pos="660"/>
              <w:tab w:val="right" w:leader="dot" w:pos="8630"/>
            </w:tabs>
            <w:rPr>
              <w:noProof/>
            </w:rPr>
          </w:pPr>
          <w:hyperlink w:anchor="_Toc209703445" w:history="1">
            <w:r w:rsidRPr="00AB0F09">
              <w:rPr>
                <w:rStyle w:val="Hyperlink"/>
                <w:rFonts w:ascii="Times New Roman" w:hAnsi="Times New Roman" w:cs="Times New Roman"/>
                <w:noProof/>
              </w:rPr>
              <w:t>14.</w:t>
            </w:r>
            <w:r>
              <w:rPr>
                <w:noProof/>
              </w:rPr>
              <w:tab/>
            </w:r>
            <w:r w:rsidRPr="00AB0F09">
              <w:rPr>
                <w:rStyle w:val="Hyperlink"/>
                <w:rFonts w:ascii="Times New Roman" w:hAnsi="Times New Roman" w:cs="Times New Roman"/>
                <w:noProof/>
              </w:rPr>
              <w:t>Menaxhimi i rrezikut</w:t>
            </w:r>
            <w:r>
              <w:rPr>
                <w:noProof/>
                <w:webHidden/>
              </w:rPr>
              <w:tab/>
            </w:r>
            <w:r>
              <w:rPr>
                <w:noProof/>
                <w:webHidden/>
              </w:rPr>
              <w:fldChar w:fldCharType="begin"/>
            </w:r>
            <w:r>
              <w:rPr>
                <w:noProof/>
                <w:webHidden/>
              </w:rPr>
              <w:instrText xml:space="preserve"> PAGEREF _Toc209703445 \h </w:instrText>
            </w:r>
            <w:r>
              <w:rPr>
                <w:noProof/>
                <w:webHidden/>
              </w:rPr>
            </w:r>
            <w:r>
              <w:rPr>
                <w:noProof/>
                <w:webHidden/>
              </w:rPr>
              <w:fldChar w:fldCharType="separate"/>
            </w:r>
            <w:r w:rsidR="00204566">
              <w:rPr>
                <w:noProof/>
                <w:webHidden/>
              </w:rPr>
              <w:t>38</w:t>
            </w:r>
            <w:r>
              <w:rPr>
                <w:noProof/>
                <w:webHidden/>
              </w:rPr>
              <w:fldChar w:fldCharType="end"/>
            </w:r>
          </w:hyperlink>
        </w:p>
        <w:p w14:paraId="46002DBE" w14:textId="77777777" w:rsidR="00D97086" w:rsidRDefault="00D97086">
          <w:pPr>
            <w:pStyle w:val="TOC1"/>
            <w:tabs>
              <w:tab w:val="left" w:pos="660"/>
              <w:tab w:val="right" w:leader="dot" w:pos="8630"/>
            </w:tabs>
            <w:rPr>
              <w:noProof/>
            </w:rPr>
          </w:pPr>
          <w:hyperlink w:anchor="_Toc209703446" w:history="1">
            <w:r w:rsidRPr="00AB0F09">
              <w:rPr>
                <w:rStyle w:val="Hyperlink"/>
                <w:rFonts w:ascii="Times New Roman" w:hAnsi="Times New Roman" w:cs="Times New Roman"/>
                <w:noProof/>
              </w:rPr>
              <w:t>15.</w:t>
            </w:r>
            <w:r>
              <w:rPr>
                <w:noProof/>
              </w:rPr>
              <w:tab/>
            </w:r>
            <w:r w:rsidRPr="00AB0F09">
              <w:rPr>
                <w:rStyle w:val="Hyperlink"/>
                <w:rFonts w:ascii="Times New Roman" w:hAnsi="Times New Roman" w:cs="Times New Roman"/>
                <w:noProof/>
              </w:rPr>
              <w:t>Plani i komunikimit dhe përfshirjes qytetare</w:t>
            </w:r>
            <w:r>
              <w:rPr>
                <w:noProof/>
                <w:webHidden/>
              </w:rPr>
              <w:tab/>
            </w:r>
            <w:r>
              <w:rPr>
                <w:noProof/>
                <w:webHidden/>
              </w:rPr>
              <w:fldChar w:fldCharType="begin"/>
            </w:r>
            <w:r>
              <w:rPr>
                <w:noProof/>
                <w:webHidden/>
              </w:rPr>
              <w:instrText xml:space="preserve"> PAGEREF _Toc209703446 \h </w:instrText>
            </w:r>
            <w:r>
              <w:rPr>
                <w:noProof/>
                <w:webHidden/>
              </w:rPr>
            </w:r>
            <w:r>
              <w:rPr>
                <w:noProof/>
                <w:webHidden/>
              </w:rPr>
              <w:fldChar w:fldCharType="separate"/>
            </w:r>
            <w:r w:rsidR="00204566">
              <w:rPr>
                <w:noProof/>
                <w:webHidden/>
              </w:rPr>
              <w:t>41</w:t>
            </w:r>
            <w:r>
              <w:rPr>
                <w:noProof/>
                <w:webHidden/>
              </w:rPr>
              <w:fldChar w:fldCharType="end"/>
            </w:r>
          </w:hyperlink>
        </w:p>
        <w:p w14:paraId="0FE7A160" w14:textId="77777777" w:rsidR="00D97086" w:rsidRDefault="00D97086">
          <w:pPr>
            <w:pStyle w:val="TOC1"/>
            <w:tabs>
              <w:tab w:val="left" w:pos="660"/>
              <w:tab w:val="right" w:leader="dot" w:pos="8630"/>
            </w:tabs>
            <w:rPr>
              <w:noProof/>
            </w:rPr>
          </w:pPr>
          <w:hyperlink w:anchor="_Toc209703447" w:history="1">
            <w:r w:rsidRPr="00AB0F09">
              <w:rPr>
                <w:rStyle w:val="Hyperlink"/>
                <w:rFonts w:ascii="Times New Roman" w:hAnsi="Times New Roman" w:cs="Times New Roman"/>
                <w:noProof/>
              </w:rPr>
              <w:t>16.</w:t>
            </w:r>
            <w:r>
              <w:rPr>
                <w:noProof/>
              </w:rPr>
              <w:tab/>
            </w:r>
            <w:r w:rsidRPr="00AB0F09">
              <w:rPr>
                <w:rStyle w:val="Hyperlink"/>
                <w:rFonts w:ascii="Times New Roman" w:hAnsi="Times New Roman" w:cs="Times New Roman"/>
                <w:noProof/>
              </w:rPr>
              <w:t>Anekse</w:t>
            </w:r>
            <w:r>
              <w:rPr>
                <w:noProof/>
                <w:webHidden/>
              </w:rPr>
              <w:tab/>
            </w:r>
            <w:r>
              <w:rPr>
                <w:noProof/>
                <w:webHidden/>
              </w:rPr>
              <w:fldChar w:fldCharType="begin"/>
            </w:r>
            <w:r>
              <w:rPr>
                <w:noProof/>
                <w:webHidden/>
              </w:rPr>
              <w:instrText xml:space="preserve"> PAGEREF _Toc209703447 \h </w:instrText>
            </w:r>
            <w:r>
              <w:rPr>
                <w:noProof/>
                <w:webHidden/>
              </w:rPr>
            </w:r>
            <w:r>
              <w:rPr>
                <w:noProof/>
                <w:webHidden/>
              </w:rPr>
              <w:fldChar w:fldCharType="separate"/>
            </w:r>
            <w:r w:rsidR="00204566">
              <w:rPr>
                <w:noProof/>
                <w:webHidden/>
              </w:rPr>
              <w:t>43</w:t>
            </w:r>
            <w:r>
              <w:rPr>
                <w:noProof/>
                <w:webHidden/>
              </w:rPr>
              <w:fldChar w:fldCharType="end"/>
            </w:r>
          </w:hyperlink>
        </w:p>
        <w:p w14:paraId="4426A110" w14:textId="77777777" w:rsidR="00D97086" w:rsidRDefault="00D97086">
          <w:pPr>
            <w:pStyle w:val="TOC2"/>
            <w:tabs>
              <w:tab w:val="right" w:leader="dot" w:pos="8630"/>
            </w:tabs>
            <w:rPr>
              <w:noProof/>
            </w:rPr>
          </w:pPr>
          <w:hyperlink w:anchor="_Toc209703448" w:history="1">
            <w:r w:rsidRPr="00AB0F09">
              <w:rPr>
                <w:rStyle w:val="Hyperlink"/>
                <w:rFonts w:ascii="Times New Roman" w:hAnsi="Times New Roman" w:cs="Times New Roman"/>
                <w:noProof/>
              </w:rPr>
              <w:t>Aneksi 1 Kuadri ligjor</w:t>
            </w:r>
            <w:r>
              <w:rPr>
                <w:noProof/>
                <w:webHidden/>
              </w:rPr>
              <w:tab/>
            </w:r>
            <w:r>
              <w:rPr>
                <w:noProof/>
                <w:webHidden/>
              </w:rPr>
              <w:fldChar w:fldCharType="begin"/>
            </w:r>
            <w:r>
              <w:rPr>
                <w:noProof/>
                <w:webHidden/>
              </w:rPr>
              <w:instrText xml:space="preserve"> PAGEREF _Toc209703448 \h </w:instrText>
            </w:r>
            <w:r>
              <w:rPr>
                <w:noProof/>
                <w:webHidden/>
              </w:rPr>
            </w:r>
            <w:r>
              <w:rPr>
                <w:noProof/>
                <w:webHidden/>
              </w:rPr>
              <w:fldChar w:fldCharType="separate"/>
            </w:r>
            <w:r w:rsidR="00204566">
              <w:rPr>
                <w:noProof/>
                <w:webHidden/>
              </w:rPr>
              <w:t>43</w:t>
            </w:r>
            <w:r>
              <w:rPr>
                <w:noProof/>
                <w:webHidden/>
              </w:rPr>
              <w:fldChar w:fldCharType="end"/>
            </w:r>
          </w:hyperlink>
        </w:p>
        <w:p w14:paraId="18FDBDB4" w14:textId="77777777" w:rsidR="00D97086" w:rsidRDefault="00D97086">
          <w:pPr>
            <w:pStyle w:val="TOC2"/>
            <w:tabs>
              <w:tab w:val="right" w:leader="dot" w:pos="8630"/>
            </w:tabs>
            <w:rPr>
              <w:noProof/>
            </w:rPr>
          </w:pPr>
          <w:hyperlink w:anchor="_Toc209703449" w:history="1">
            <w:r w:rsidRPr="00AB0F09">
              <w:rPr>
                <w:rStyle w:val="Hyperlink"/>
                <w:rFonts w:ascii="Times New Roman" w:hAnsi="Times New Roman" w:cs="Times New Roman"/>
                <w:noProof/>
              </w:rPr>
              <w:t>Aneks 2 Raporti i varësisë</w:t>
            </w:r>
            <w:r>
              <w:rPr>
                <w:noProof/>
                <w:webHidden/>
              </w:rPr>
              <w:tab/>
            </w:r>
            <w:r>
              <w:rPr>
                <w:noProof/>
                <w:webHidden/>
              </w:rPr>
              <w:fldChar w:fldCharType="begin"/>
            </w:r>
            <w:r>
              <w:rPr>
                <w:noProof/>
                <w:webHidden/>
              </w:rPr>
              <w:instrText xml:space="preserve"> PAGEREF _Toc209703449 \h </w:instrText>
            </w:r>
            <w:r>
              <w:rPr>
                <w:noProof/>
                <w:webHidden/>
              </w:rPr>
            </w:r>
            <w:r>
              <w:rPr>
                <w:noProof/>
                <w:webHidden/>
              </w:rPr>
              <w:fldChar w:fldCharType="separate"/>
            </w:r>
            <w:r w:rsidR="00204566">
              <w:rPr>
                <w:noProof/>
                <w:webHidden/>
              </w:rPr>
              <w:t>46</w:t>
            </w:r>
            <w:r>
              <w:rPr>
                <w:noProof/>
                <w:webHidden/>
              </w:rPr>
              <w:fldChar w:fldCharType="end"/>
            </w:r>
          </w:hyperlink>
        </w:p>
        <w:p w14:paraId="59636287" w14:textId="77777777" w:rsidR="00D97086" w:rsidRDefault="00D97086">
          <w:pPr>
            <w:pStyle w:val="TOC2"/>
            <w:tabs>
              <w:tab w:val="right" w:leader="dot" w:pos="8630"/>
            </w:tabs>
            <w:rPr>
              <w:noProof/>
            </w:rPr>
          </w:pPr>
          <w:hyperlink w:anchor="_Toc209703450" w:history="1">
            <w:r w:rsidRPr="00AB0F09">
              <w:rPr>
                <w:rStyle w:val="Hyperlink"/>
                <w:rFonts w:ascii="Times New Roman" w:hAnsi="Times New Roman" w:cs="Times New Roman"/>
                <w:noProof/>
              </w:rPr>
              <w:t>Ankesi 3 Të dhëna statistikore dhe struktura e përfituesve nga programet e strehimit në Bashkinë Prrenjas (2022–2025)</w:t>
            </w:r>
            <w:r>
              <w:rPr>
                <w:noProof/>
                <w:webHidden/>
              </w:rPr>
              <w:tab/>
            </w:r>
            <w:r>
              <w:rPr>
                <w:noProof/>
                <w:webHidden/>
              </w:rPr>
              <w:fldChar w:fldCharType="begin"/>
            </w:r>
            <w:r>
              <w:rPr>
                <w:noProof/>
                <w:webHidden/>
              </w:rPr>
              <w:instrText xml:space="preserve"> PAGEREF _Toc209703450 \h </w:instrText>
            </w:r>
            <w:r>
              <w:rPr>
                <w:noProof/>
                <w:webHidden/>
              </w:rPr>
            </w:r>
            <w:r>
              <w:rPr>
                <w:noProof/>
                <w:webHidden/>
              </w:rPr>
              <w:fldChar w:fldCharType="separate"/>
            </w:r>
            <w:r w:rsidR="00204566">
              <w:rPr>
                <w:noProof/>
                <w:webHidden/>
              </w:rPr>
              <w:t>47</w:t>
            </w:r>
            <w:r>
              <w:rPr>
                <w:noProof/>
                <w:webHidden/>
              </w:rPr>
              <w:fldChar w:fldCharType="end"/>
            </w:r>
          </w:hyperlink>
        </w:p>
        <w:p w14:paraId="54C7C177" w14:textId="77777777" w:rsidR="00F91424" w:rsidRPr="00D97086" w:rsidRDefault="00F91424" w:rsidP="00B06CA4">
          <w:pPr>
            <w:jc w:val="both"/>
            <w:rPr>
              <w:rFonts w:ascii="Times New Roman" w:hAnsi="Times New Roman" w:cs="Times New Roman"/>
              <w:sz w:val="24"/>
              <w:szCs w:val="24"/>
            </w:rPr>
          </w:pPr>
          <w:r w:rsidRPr="00D97086">
            <w:rPr>
              <w:rFonts w:ascii="Times New Roman" w:hAnsi="Times New Roman" w:cs="Times New Roman"/>
              <w:b/>
              <w:bCs/>
              <w:noProof/>
              <w:sz w:val="24"/>
              <w:szCs w:val="24"/>
            </w:rPr>
            <w:fldChar w:fldCharType="end"/>
          </w:r>
        </w:p>
      </w:sdtContent>
    </w:sdt>
    <w:p w14:paraId="0E55C5B4" w14:textId="77777777" w:rsidR="002B4AFD" w:rsidRPr="00D97086" w:rsidRDefault="002B4AFD" w:rsidP="00B06CA4">
      <w:pPr>
        <w:jc w:val="both"/>
        <w:rPr>
          <w:rFonts w:ascii="Times New Roman" w:hAnsi="Times New Roman" w:cs="Times New Roman"/>
          <w:sz w:val="24"/>
          <w:szCs w:val="24"/>
        </w:rPr>
      </w:pPr>
    </w:p>
    <w:p w14:paraId="0B8E4B35" w14:textId="77777777" w:rsidR="002B4AFD" w:rsidRPr="00D97086" w:rsidRDefault="002B4AFD" w:rsidP="00B06CA4">
      <w:pPr>
        <w:jc w:val="both"/>
        <w:rPr>
          <w:rFonts w:ascii="Times New Roman" w:hAnsi="Times New Roman" w:cs="Times New Roman"/>
          <w:sz w:val="24"/>
          <w:szCs w:val="24"/>
        </w:rPr>
      </w:pPr>
    </w:p>
    <w:p w14:paraId="6CE7E84C" w14:textId="77777777" w:rsidR="003413C5" w:rsidRPr="00D97086" w:rsidRDefault="003413C5" w:rsidP="0020237D">
      <w:pPr>
        <w:pStyle w:val="Heading1"/>
        <w:numPr>
          <w:ilvl w:val="0"/>
          <w:numId w:val="22"/>
        </w:numPr>
        <w:rPr>
          <w:rFonts w:ascii="Times New Roman" w:hAnsi="Times New Roman" w:cs="Times New Roman"/>
        </w:rPr>
      </w:pPr>
      <w:bookmarkStart w:id="1" w:name="_Toc209703428"/>
      <w:proofErr w:type="spellStart"/>
      <w:r w:rsidRPr="00D97086">
        <w:rPr>
          <w:rFonts w:ascii="Times New Roman" w:hAnsi="Times New Roman" w:cs="Times New Roman"/>
        </w:rPr>
        <w:lastRenderedPageBreak/>
        <w:t>Hyrje</w:t>
      </w:r>
      <w:bookmarkEnd w:id="1"/>
      <w:proofErr w:type="spellEnd"/>
      <w:r w:rsidR="00712ECB" w:rsidRPr="00D97086">
        <w:rPr>
          <w:rFonts w:ascii="Times New Roman" w:hAnsi="Times New Roman" w:cs="Times New Roman"/>
        </w:rPr>
        <w:t xml:space="preserve"> </w:t>
      </w:r>
    </w:p>
    <w:p w14:paraId="17C7A6B8" w14:textId="77777777" w:rsidR="00410FE5" w:rsidRPr="00D97086" w:rsidRDefault="00410FE5" w:rsidP="0020237D">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Strehimi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është</w:t>
      </w:r>
      <w:proofErr w:type="spellEnd"/>
      <w:r w:rsidRPr="00D97086">
        <w:rPr>
          <w:rFonts w:ascii="Times New Roman" w:hAnsi="Times New Roman" w:cs="Times New Roman"/>
          <w:sz w:val="24"/>
          <w:szCs w:val="24"/>
        </w:rPr>
        <w:t xml:space="preserve"> një e </w:t>
      </w:r>
      <w:proofErr w:type="spellStart"/>
      <w:r w:rsidRPr="00D97086">
        <w:rPr>
          <w:rFonts w:ascii="Times New Roman" w:hAnsi="Times New Roman" w:cs="Times New Roman"/>
          <w:sz w:val="24"/>
          <w:szCs w:val="24"/>
        </w:rPr>
        <w:t>drejtë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themelore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shtyllat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kryesore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mirëqenies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sociale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Bashkinë</w:t>
      </w:r>
      <w:proofErr w:type="spellEnd"/>
      <w:r w:rsidRPr="00D97086">
        <w:rPr>
          <w:rFonts w:ascii="Times New Roman" w:hAnsi="Times New Roman" w:cs="Times New Roman"/>
          <w:sz w:val="24"/>
          <w:szCs w:val="24"/>
        </w:rPr>
        <w:t xml:space="preserve"> Prrenjas, </w:t>
      </w:r>
      <w:proofErr w:type="spellStart"/>
      <w:r w:rsidRPr="00D97086">
        <w:rPr>
          <w:rFonts w:ascii="Times New Roman" w:hAnsi="Times New Roman" w:cs="Times New Roman"/>
          <w:sz w:val="24"/>
          <w:szCs w:val="24"/>
        </w:rPr>
        <w:t>sigurimi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banesave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sigurta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përballueshme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përshtatshme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çdo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qytetar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përfaqëson</w:t>
      </w:r>
      <w:proofErr w:type="spellEnd"/>
      <w:r w:rsidRPr="00D97086">
        <w:rPr>
          <w:rFonts w:ascii="Times New Roman" w:hAnsi="Times New Roman" w:cs="Times New Roman"/>
          <w:sz w:val="24"/>
          <w:szCs w:val="24"/>
        </w:rPr>
        <w:t xml:space="preserve"> jo </w:t>
      </w:r>
      <w:proofErr w:type="spellStart"/>
      <w:r w:rsidRPr="00D97086">
        <w:rPr>
          <w:rFonts w:ascii="Times New Roman" w:hAnsi="Times New Roman" w:cs="Times New Roman"/>
          <w:sz w:val="24"/>
          <w:szCs w:val="24"/>
        </w:rPr>
        <w:t>vetëm</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domosdoshmëri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sociale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edhe</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kusht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thelbësor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zhvillimin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ekonomik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qëndrueshmërinë</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komunitetit</w:t>
      </w:r>
      <w:proofErr w:type="spellEnd"/>
      <w:r w:rsidRPr="00D97086">
        <w:rPr>
          <w:rFonts w:ascii="Times New Roman" w:hAnsi="Times New Roman" w:cs="Times New Roman"/>
          <w:sz w:val="24"/>
          <w:szCs w:val="24"/>
        </w:rPr>
        <w:t xml:space="preserve">. Ky Plan Vendor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periudhën</w:t>
      </w:r>
      <w:proofErr w:type="spellEnd"/>
      <w:r w:rsidRPr="00D97086">
        <w:rPr>
          <w:rFonts w:ascii="Times New Roman" w:hAnsi="Times New Roman" w:cs="Times New Roman"/>
          <w:sz w:val="24"/>
          <w:szCs w:val="24"/>
        </w:rPr>
        <w:t xml:space="preserve"> 2025–2029 </w:t>
      </w:r>
      <w:proofErr w:type="spellStart"/>
      <w:r w:rsidRPr="00D97086">
        <w:rPr>
          <w:rFonts w:ascii="Times New Roman" w:hAnsi="Times New Roman" w:cs="Times New Roman"/>
          <w:sz w:val="24"/>
          <w:szCs w:val="24"/>
        </w:rPr>
        <w:t>është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dokumenti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parë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strategjik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këtij</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lloji</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bashki</w:t>
      </w:r>
      <w:proofErr w:type="spellEnd"/>
      <w:r w:rsidRPr="00D97086">
        <w:rPr>
          <w:rFonts w:ascii="Times New Roman" w:hAnsi="Times New Roman" w:cs="Times New Roman"/>
          <w:sz w:val="24"/>
          <w:szCs w:val="24"/>
        </w:rPr>
        <w:t xml:space="preserve">, duke </w:t>
      </w:r>
      <w:proofErr w:type="spellStart"/>
      <w:r w:rsidRPr="00D97086">
        <w:rPr>
          <w:rFonts w:ascii="Times New Roman" w:hAnsi="Times New Roman" w:cs="Times New Roman"/>
          <w:sz w:val="24"/>
          <w:szCs w:val="24"/>
        </w:rPr>
        <w:t>vendosur</w:t>
      </w:r>
      <w:proofErr w:type="spellEnd"/>
      <w:r w:rsidRPr="00D97086">
        <w:rPr>
          <w:rFonts w:ascii="Times New Roman" w:hAnsi="Times New Roman" w:cs="Times New Roman"/>
          <w:sz w:val="24"/>
          <w:szCs w:val="24"/>
        </w:rPr>
        <w:t xml:space="preserve"> një standard të </w:t>
      </w:r>
      <w:proofErr w:type="spellStart"/>
      <w:r w:rsidRPr="00D97086">
        <w:rPr>
          <w:rFonts w:ascii="Times New Roman" w:hAnsi="Times New Roman" w:cs="Times New Roman"/>
          <w:sz w:val="24"/>
          <w:szCs w:val="24"/>
        </w:rPr>
        <w:t>ri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planifikimin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menaxhimin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politikave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nivel</w:t>
      </w:r>
      <w:proofErr w:type="spellEnd"/>
      <w:r w:rsidRPr="00D97086">
        <w:rPr>
          <w:rFonts w:ascii="Times New Roman" w:hAnsi="Times New Roman" w:cs="Times New Roman"/>
          <w:sz w:val="24"/>
          <w:szCs w:val="24"/>
        </w:rPr>
        <w:t xml:space="preserve"> vendor.</w:t>
      </w:r>
    </w:p>
    <w:p w14:paraId="6153A51A" w14:textId="77777777" w:rsidR="00410FE5" w:rsidRPr="00D97086" w:rsidRDefault="00410FE5" w:rsidP="0020237D">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Ligji</w:t>
      </w:r>
      <w:proofErr w:type="spellEnd"/>
      <w:r w:rsidRPr="00D97086">
        <w:rPr>
          <w:rFonts w:ascii="Times New Roman" w:hAnsi="Times New Roman" w:cs="Times New Roman"/>
          <w:sz w:val="24"/>
          <w:szCs w:val="24"/>
        </w:rPr>
        <w:t xml:space="preserve"> nr. 22/2018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strehimin</w:t>
      </w:r>
      <w:proofErr w:type="spellEnd"/>
      <w:r w:rsidRPr="00D97086">
        <w:rPr>
          <w:rFonts w:ascii="Times New Roman" w:hAnsi="Times New Roman" w:cs="Times New Roman"/>
          <w:sz w:val="24"/>
          <w:szCs w:val="24"/>
        </w:rPr>
        <w:t xml:space="preserve"> social”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ndryshuar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zbatimi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Strategjisë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Kombëtare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Social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Strategjisë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Kombëtare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Mbrojtjes</w:t>
      </w:r>
      <w:proofErr w:type="spellEnd"/>
      <w:r w:rsidRPr="00D97086">
        <w:rPr>
          <w:rFonts w:ascii="Times New Roman" w:hAnsi="Times New Roman" w:cs="Times New Roman"/>
          <w:sz w:val="24"/>
          <w:szCs w:val="24"/>
        </w:rPr>
        <w:t xml:space="preserve"> Sociale 2024–2030, </w:t>
      </w:r>
      <w:proofErr w:type="spellStart"/>
      <w:r w:rsidRPr="00D97086">
        <w:rPr>
          <w:rFonts w:ascii="Times New Roman" w:hAnsi="Times New Roman" w:cs="Times New Roman"/>
          <w:sz w:val="24"/>
          <w:szCs w:val="24"/>
        </w:rPr>
        <w:t>kërkojnë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bashkitë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hartojnë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zbatojnë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politika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gjithëpërfshirëse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bazuara</w:t>
      </w:r>
      <w:proofErr w:type="spellEnd"/>
      <w:r w:rsidRPr="00D97086">
        <w:rPr>
          <w:rFonts w:ascii="Times New Roman" w:hAnsi="Times New Roman" w:cs="Times New Roman"/>
          <w:sz w:val="24"/>
          <w:szCs w:val="24"/>
        </w:rPr>
        <w:t xml:space="preserve"> në të </w:t>
      </w:r>
      <w:proofErr w:type="spellStart"/>
      <w:r w:rsidRPr="00D97086">
        <w:rPr>
          <w:rFonts w:ascii="Times New Roman" w:hAnsi="Times New Roman" w:cs="Times New Roman"/>
          <w:sz w:val="24"/>
          <w:szCs w:val="24"/>
        </w:rPr>
        <w:t>dhëna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në një </w:t>
      </w:r>
      <w:proofErr w:type="spellStart"/>
      <w:r w:rsidRPr="00D97086">
        <w:rPr>
          <w:rFonts w:ascii="Times New Roman" w:hAnsi="Times New Roman" w:cs="Times New Roman"/>
          <w:sz w:val="24"/>
          <w:szCs w:val="24"/>
        </w:rPr>
        <w:t>vizion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afatgjatë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Plani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Bashkisë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është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mbi</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analizë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detajuar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situatës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demografike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sociale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ekonomike</w:t>
      </w:r>
      <w:proofErr w:type="spellEnd"/>
      <w:r w:rsidRPr="00D97086">
        <w:rPr>
          <w:rFonts w:ascii="Times New Roman" w:hAnsi="Times New Roman" w:cs="Times New Roman"/>
          <w:sz w:val="24"/>
          <w:szCs w:val="24"/>
        </w:rPr>
        <w:t xml:space="preserve">, duke </w:t>
      </w:r>
      <w:proofErr w:type="spellStart"/>
      <w:r w:rsidRPr="00D97086">
        <w:rPr>
          <w:rFonts w:ascii="Times New Roman" w:hAnsi="Times New Roman" w:cs="Times New Roman"/>
          <w:sz w:val="24"/>
          <w:szCs w:val="24"/>
        </w:rPr>
        <w:t>evidentuar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sfidat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kryesore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plakjen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popullsisë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rënien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lindshmërisë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depopullimin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zonave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rurale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kushte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amortizuara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banesave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varësinë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tregu</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privat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qirasë</w:t>
      </w:r>
      <w:proofErr w:type="spellEnd"/>
      <w:r w:rsidRPr="00D97086">
        <w:rPr>
          <w:rFonts w:ascii="Times New Roman" w:hAnsi="Times New Roman" w:cs="Times New Roman"/>
          <w:sz w:val="24"/>
          <w:szCs w:val="24"/>
        </w:rPr>
        <w:t>.</w:t>
      </w:r>
    </w:p>
    <w:p w14:paraId="60F1C27D" w14:textId="77777777" w:rsidR="00410FE5" w:rsidRPr="00D97086" w:rsidRDefault="00410FE5" w:rsidP="0020237D">
      <w:pPr>
        <w:jc w:val="both"/>
        <w:rPr>
          <w:rFonts w:ascii="Times New Roman" w:hAnsi="Times New Roman" w:cs="Times New Roman"/>
        </w:rPr>
      </w:pPr>
      <w:r w:rsidRPr="00D97086">
        <w:rPr>
          <w:rFonts w:ascii="Times New Roman" w:hAnsi="Times New Roman" w:cs="Times New Roman"/>
        </w:rPr>
        <w:t xml:space="preserve">Bashkia </w:t>
      </w:r>
      <w:proofErr w:type="spellStart"/>
      <w:r w:rsidRPr="00D97086">
        <w:rPr>
          <w:rFonts w:ascii="Times New Roman" w:hAnsi="Times New Roman" w:cs="Times New Roman"/>
        </w:rPr>
        <w:t>Prrenjas</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ndodhet</w:t>
      </w:r>
      <w:proofErr w:type="spellEnd"/>
      <w:r w:rsidRPr="00D97086">
        <w:rPr>
          <w:rFonts w:ascii="Times New Roman" w:hAnsi="Times New Roman" w:cs="Times New Roman"/>
        </w:rPr>
        <w:t xml:space="preserve"> në </w:t>
      </w:r>
      <w:proofErr w:type="spellStart"/>
      <w:r w:rsidRPr="00D97086">
        <w:rPr>
          <w:rFonts w:ascii="Times New Roman" w:hAnsi="Times New Roman" w:cs="Times New Roman"/>
        </w:rPr>
        <w:t>lindje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Qarkut</w:t>
      </w:r>
      <w:proofErr w:type="spellEnd"/>
      <w:r w:rsidRPr="00D97086">
        <w:rPr>
          <w:rFonts w:ascii="Times New Roman" w:hAnsi="Times New Roman" w:cs="Times New Roman"/>
        </w:rPr>
        <w:t xml:space="preserve"> Elbasan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kufizohet</w:t>
      </w:r>
      <w:proofErr w:type="spellEnd"/>
      <w:r w:rsidRPr="00D97086">
        <w:rPr>
          <w:rFonts w:ascii="Times New Roman" w:hAnsi="Times New Roman" w:cs="Times New Roman"/>
        </w:rPr>
        <w:t xml:space="preserve"> me </w:t>
      </w:r>
      <w:proofErr w:type="spellStart"/>
      <w:r w:rsidRPr="00D97086">
        <w:rPr>
          <w:rFonts w:ascii="Times New Roman" w:hAnsi="Times New Roman" w:cs="Times New Roman"/>
        </w:rPr>
        <w:t>bashkitë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Librazhd</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Gramsh</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Pogradec</w:t>
      </w:r>
      <w:proofErr w:type="spellEnd"/>
      <w:r w:rsidRPr="00D97086">
        <w:rPr>
          <w:rFonts w:ascii="Times New Roman" w:hAnsi="Times New Roman" w:cs="Times New Roman"/>
        </w:rPr>
        <w:t xml:space="preserve">, duke </w:t>
      </w:r>
      <w:proofErr w:type="spellStart"/>
      <w:r w:rsidRPr="00D97086">
        <w:rPr>
          <w:rFonts w:ascii="Times New Roman" w:hAnsi="Times New Roman" w:cs="Times New Roman"/>
        </w:rPr>
        <w:t>qenë</w:t>
      </w:r>
      <w:proofErr w:type="spellEnd"/>
      <w:r w:rsidRPr="00D97086">
        <w:rPr>
          <w:rFonts w:ascii="Times New Roman" w:hAnsi="Times New Roman" w:cs="Times New Roman"/>
        </w:rPr>
        <w:t xml:space="preserve"> një </w:t>
      </w:r>
      <w:proofErr w:type="spellStart"/>
      <w:r w:rsidRPr="00D97086">
        <w:rPr>
          <w:rFonts w:ascii="Times New Roman" w:hAnsi="Times New Roman" w:cs="Times New Roman"/>
        </w:rPr>
        <w:t>pikë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lidhëse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mes</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Shqipërisë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qendrore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juglindore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Sipërfaqja</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saj</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është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rreth</w:t>
      </w:r>
      <w:proofErr w:type="spellEnd"/>
      <w:r w:rsidRPr="00D97086">
        <w:rPr>
          <w:rFonts w:ascii="Times New Roman" w:hAnsi="Times New Roman" w:cs="Times New Roman"/>
        </w:rPr>
        <w:t xml:space="preserve"> 322 km², </w:t>
      </w:r>
      <w:proofErr w:type="spellStart"/>
      <w:r w:rsidRPr="00D97086">
        <w:rPr>
          <w:rFonts w:ascii="Times New Roman" w:hAnsi="Times New Roman" w:cs="Times New Roman"/>
        </w:rPr>
        <w:t>ku</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pjesa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më</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madhe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përbëhet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nga</w:t>
      </w:r>
      <w:proofErr w:type="spellEnd"/>
      <w:r w:rsidRPr="00D97086">
        <w:rPr>
          <w:rFonts w:ascii="Times New Roman" w:hAnsi="Times New Roman" w:cs="Times New Roman"/>
        </w:rPr>
        <w:t xml:space="preserve"> zona </w:t>
      </w:r>
      <w:proofErr w:type="spellStart"/>
      <w:r w:rsidRPr="00D97086">
        <w:rPr>
          <w:rFonts w:ascii="Times New Roman" w:hAnsi="Times New Roman" w:cs="Times New Roman"/>
        </w:rPr>
        <w:t>kodrinore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malore</w:t>
      </w:r>
      <w:proofErr w:type="spellEnd"/>
      <w:r w:rsidRPr="00D97086">
        <w:rPr>
          <w:rFonts w:ascii="Times New Roman" w:hAnsi="Times New Roman" w:cs="Times New Roman"/>
        </w:rPr>
        <w:t xml:space="preserve"> me </w:t>
      </w:r>
      <w:proofErr w:type="spellStart"/>
      <w:r w:rsidRPr="00D97086">
        <w:rPr>
          <w:rFonts w:ascii="Times New Roman" w:hAnsi="Times New Roman" w:cs="Times New Roman"/>
        </w:rPr>
        <w:t>potencial</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lartë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natyror</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turistik</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Struktura</w:t>
      </w:r>
      <w:proofErr w:type="spellEnd"/>
      <w:r w:rsidRPr="00D97086">
        <w:rPr>
          <w:rFonts w:ascii="Times New Roman" w:hAnsi="Times New Roman" w:cs="Times New Roman"/>
        </w:rPr>
        <w:t xml:space="preserve"> administrative </w:t>
      </w:r>
      <w:proofErr w:type="spellStart"/>
      <w:r w:rsidRPr="00D97086">
        <w:rPr>
          <w:rFonts w:ascii="Times New Roman" w:hAnsi="Times New Roman" w:cs="Times New Roman"/>
        </w:rPr>
        <w:t>përbëhet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nga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katër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Njësi</w:t>
      </w:r>
      <w:proofErr w:type="spellEnd"/>
      <w:r w:rsidRPr="00D97086">
        <w:rPr>
          <w:rFonts w:ascii="Times New Roman" w:hAnsi="Times New Roman" w:cs="Times New Roman"/>
        </w:rPr>
        <w:t xml:space="preserve"> Administrative: </w:t>
      </w:r>
      <w:proofErr w:type="spellStart"/>
      <w:r w:rsidRPr="00D97086">
        <w:rPr>
          <w:rFonts w:ascii="Times New Roman" w:hAnsi="Times New Roman" w:cs="Times New Roman"/>
        </w:rPr>
        <w:t>Prrenjas</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Qukës</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Rrajcë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Stravaj</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cilat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përfshijnë</w:t>
      </w:r>
      <w:proofErr w:type="spellEnd"/>
      <w:r w:rsidRPr="00D97086">
        <w:rPr>
          <w:rFonts w:ascii="Times New Roman" w:hAnsi="Times New Roman" w:cs="Times New Roman"/>
        </w:rPr>
        <w:t xml:space="preserve"> 61 </w:t>
      </w:r>
      <w:proofErr w:type="spellStart"/>
      <w:r w:rsidRPr="00D97086">
        <w:rPr>
          <w:rFonts w:ascii="Times New Roman" w:hAnsi="Times New Roman" w:cs="Times New Roman"/>
        </w:rPr>
        <w:t>fshatra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qytetin</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Prrenjasit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qendër</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bashkisë</w:t>
      </w:r>
      <w:proofErr w:type="spellEnd"/>
      <w:r w:rsidRPr="00D97086">
        <w:rPr>
          <w:rFonts w:ascii="Times New Roman" w:hAnsi="Times New Roman" w:cs="Times New Roman"/>
        </w:rPr>
        <w:t xml:space="preserve">. Ky </w:t>
      </w:r>
      <w:proofErr w:type="spellStart"/>
      <w:r w:rsidRPr="00D97086">
        <w:rPr>
          <w:rFonts w:ascii="Times New Roman" w:hAnsi="Times New Roman" w:cs="Times New Roman"/>
        </w:rPr>
        <w:t>pozicion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gjeografik</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shpërndarja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territoriale</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popullsisë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ku</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mbi</w:t>
      </w:r>
      <w:proofErr w:type="spellEnd"/>
      <w:r w:rsidRPr="00D97086">
        <w:rPr>
          <w:rFonts w:ascii="Times New Roman" w:hAnsi="Times New Roman" w:cs="Times New Roman"/>
        </w:rPr>
        <w:t xml:space="preserve"> 70% jeton në </w:t>
      </w:r>
      <w:proofErr w:type="spellStart"/>
      <w:r w:rsidRPr="00D97086">
        <w:rPr>
          <w:rFonts w:ascii="Times New Roman" w:hAnsi="Times New Roman" w:cs="Times New Roman"/>
        </w:rPr>
        <w:t>zonat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rurale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ndikojnë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drejtpërdrejt</w:t>
      </w:r>
      <w:proofErr w:type="spellEnd"/>
      <w:r w:rsidRPr="00D97086">
        <w:rPr>
          <w:rFonts w:ascii="Times New Roman" w:hAnsi="Times New Roman" w:cs="Times New Roman"/>
        </w:rPr>
        <w:t xml:space="preserve"> në </w:t>
      </w:r>
      <w:proofErr w:type="spellStart"/>
      <w:r w:rsidRPr="00D97086">
        <w:rPr>
          <w:rFonts w:ascii="Times New Roman" w:hAnsi="Times New Roman" w:cs="Times New Roman"/>
        </w:rPr>
        <w:t>sfidat</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aksesit</w:t>
      </w:r>
      <w:proofErr w:type="spellEnd"/>
      <w:r w:rsidRPr="00D97086">
        <w:rPr>
          <w:rFonts w:ascii="Times New Roman" w:hAnsi="Times New Roman" w:cs="Times New Roman"/>
        </w:rPr>
        <w:t xml:space="preserve"> në </w:t>
      </w:r>
      <w:proofErr w:type="spellStart"/>
      <w:r w:rsidRPr="00D97086">
        <w:rPr>
          <w:rFonts w:ascii="Times New Roman" w:hAnsi="Times New Roman" w:cs="Times New Roman"/>
        </w:rPr>
        <w:t>strehim</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shërbime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infrastrukturë</w:t>
      </w:r>
      <w:proofErr w:type="spellEnd"/>
      <w:r w:rsidRPr="00D97086">
        <w:rPr>
          <w:rFonts w:ascii="Times New Roman" w:hAnsi="Times New Roman" w:cs="Times New Roman"/>
        </w:rPr>
        <w:t xml:space="preserve">, duke e </w:t>
      </w:r>
      <w:proofErr w:type="spellStart"/>
      <w:r w:rsidRPr="00D97086">
        <w:rPr>
          <w:rFonts w:ascii="Times New Roman" w:hAnsi="Times New Roman" w:cs="Times New Roman"/>
        </w:rPr>
        <w:t>bërë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planifikimin</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politikave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strehimit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edhe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më</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domosdoshëm</w:t>
      </w:r>
      <w:proofErr w:type="spellEnd"/>
      <w:r w:rsidRPr="00D97086">
        <w:rPr>
          <w:rFonts w:ascii="Times New Roman" w:hAnsi="Times New Roman" w:cs="Times New Roman"/>
        </w:rPr>
        <w:t>.</w:t>
      </w:r>
    </w:p>
    <w:p w14:paraId="35BF32C4" w14:textId="77777777" w:rsidR="0020237D" w:rsidRPr="00D97086" w:rsidRDefault="00410FE5" w:rsidP="0020237D">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Plani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vendos</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qendër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tij</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kategoritë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vulnerabël</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ndihmë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ekonomike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personat</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aftësi</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kufizuara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gratë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kryefamiljare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moshuarit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komunitetet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rome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egjiptiane</w:t>
      </w:r>
      <w:proofErr w:type="spellEnd"/>
      <w:r w:rsidRPr="00D97086">
        <w:rPr>
          <w:rFonts w:ascii="Times New Roman" w:hAnsi="Times New Roman" w:cs="Times New Roman"/>
          <w:sz w:val="24"/>
          <w:szCs w:val="24"/>
        </w:rPr>
        <w:t xml:space="preserve">) duke </w:t>
      </w:r>
      <w:proofErr w:type="spellStart"/>
      <w:r w:rsidRPr="00D97086">
        <w:rPr>
          <w:rFonts w:ascii="Times New Roman" w:hAnsi="Times New Roman" w:cs="Times New Roman"/>
          <w:sz w:val="24"/>
          <w:szCs w:val="24"/>
        </w:rPr>
        <w:t>siguruar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zgjidhjet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propozuara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jenë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personalizuara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drejtëpërdrejta</w:t>
      </w:r>
      <w:proofErr w:type="spellEnd"/>
      <w:r w:rsidRPr="00D97086">
        <w:rPr>
          <w:rFonts w:ascii="Times New Roman" w:hAnsi="Times New Roman" w:cs="Times New Roman"/>
          <w:sz w:val="24"/>
          <w:szCs w:val="24"/>
        </w:rPr>
        <w:t xml:space="preserve">. Ai </w:t>
      </w:r>
      <w:proofErr w:type="spellStart"/>
      <w:r w:rsidRPr="00D97086">
        <w:rPr>
          <w:rFonts w:ascii="Times New Roman" w:hAnsi="Times New Roman" w:cs="Times New Roman"/>
          <w:sz w:val="24"/>
          <w:szCs w:val="24"/>
        </w:rPr>
        <w:t>synon</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krijojë</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balancë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ndërhyrjeve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emergjente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subvencione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qiraje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përkohshëm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ndërhyrjeve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afatmesme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përmirësim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kushteve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banimit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formalizimi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tregut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qirasë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ndërhyrjeve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afatgjata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ndërtimi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banesave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sociale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truallin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prej</w:t>
      </w:r>
      <w:proofErr w:type="spellEnd"/>
      <w:r w:rsidRPr="00D97086">
        <w:rPr>
          <w:rFonts w:ascii="Times New Roman" w:hAnsi="Times New Roman" w:cs="Times New Roman"/>
          <w:sz w:val="24"/>
          <w:szCs w:val="24"/>
        </w:rPr>
        <w:t xml:space="preserve"> 3.64 ha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krijimi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fondi</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qëndrueshëm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strehimin</w:t>
      </w:r>
      <w:proofErr w:type="spellEnd"/>
      <w:r w:rsidRPr="00D97086">
        <w:rPr>
          <w:rFonts w:ascii="Times New Roman" w:hAnsi="Times New Roman" w:cs="Times New Roman"/>
          <w:sz w:val="24"/>
          <w:szCs w:val="24"/>
        </w:rPr>
        <w:t xml:space="preserve"> social).</w:t>
      </w:r>
    </w:p>
    <w:p w14:paraId="030B5EA0" w14:textId="77777777" w:rsidR="00410FE5" w:rsidRPr="00D97086" w:rsidRDefault="00410FE5" w:rsidP="0020237D">
      <w:pPr>
        <w:jc w:val="both"/>
        <w:rPr>
          <w:rFonts w:ascii="Times New Roman" w:hAnsi="Times New Roman" w:cs="Times New Roman"/>
          <w:sz w:val="24"/>
          <w:szCs w:val="24"/>
        </w:rPr>
      </w:pPr>
      <w:r w:rsidRPr="00D97086">
        <w:rPr>
          <w:rFonts w:ascii="Times New Roman" w:hAnsi="Times New Roman" w:cs="Times New Roman"/>
          <w:sz w:val="24"/>
          <w:szCs w:val="24"/>
        </w:rPr>
        <w:t xml:space="preserve">Ky plan </w:t>
      </w:r>
      <w:proofErr w:type="spellStart"/>
      <w:r w:rsidRPr="00D97086">
        <w:rPr>
          <w:rFonts w:ascii="Times New Roman" w:hAnsi="Times New Roman" w:cs="Times New Roman"/>
          <w:sz w:val="24"/>
          <w:szCs w:val="24"/>
        </w:rPr>
        <w:t>nuk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është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thjesht</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dokument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teknik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por</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angazhim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Bashkisë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ofruar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siguri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dinjitet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stabilitet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qytetarët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saj</w:t>
      </w:r>
      <w:proofErr w:type="spellEnd"/>
      <w:r w:rsidRPr="00D97086">
        <w:rPr>
          <w:rFonts w:ascii="Times New Roman" w:hAnsi="Times New Roman" w:cs="Times New Roman"/>
          <w:sz w:val="24"/>
          <w:szCs w:val="24"/>
        </w:rPr>
        <w:t xml:space="preserve">. Ai </w:t>
      </w:r>
      <w:proofErr w:type="spellStart"/>
      <w:r w:rsidRPr="00D97086">
        <w:rPr>
          <w:rFonts w:ascii="Times New Roman" w:hAnsi="Times New Roman" w:cs="Times New Roman"/>
          <w:sz w:val="24"/>
          <w:szCs w:val="24"/>
        </w:rPr>
        <w:t>përfaqëson</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vizion</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përbashkët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një të </w:t>
      </w:r>
      <w:proofErr w:type="spellStart"/>
      <w:r w:rsidRPr="00D97086">
        <w:rPr>
          <w:rFonts w:ascii="Times New Roman" w:hAnsi="Times New Roman" w:cs="Times New Roman"/>
          <w:sz w:val="24"/>
          <w:szCs w:val="24"/>
        </w:rPr>
        <w:t>ardhme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drejtë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qëndrueshme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gjithëpërfshirëse</w:t>
      </w:r>
      <w:proofErr w:type="spellEnd"/>
      <w:r w:rsidRPr="00D97086">
        <w:rPr>
          <w:rFonts w:ascii="Times New Roman" w:hAnsi="Times New Roman" w:cs="Times New Roman"/>
          <w:sz w:val="24"/>
          <w:szCs w:val="24"/>
        </w:rPr>
        <w:t xml:space="preserve">, duke u </w:t>
      </w:r>
      <w:proofErr w:type="spellStart"/>
      <w:r w:rsidRPr="00D97086">
        <w:rPr>
          <w:rFonts w:ascii="Times New Roman" w:hAnsi="Times New Roman" w:cs="Times New Roman"/>
          <w:sz w:val="24"/>
          <w:szCs w:val="24"/>
        </w:rPr>
        <w:t>shndërruar</w:t>
      </w:r>
      <w:proofErr w:type="spellEnd"/>
      <w:r w:rsidRPr="00D97086">
        <w:rPr>
          <w:rFonts w:ascii="Times New Roman" w:hAnsi="Times New Roman" w:cs="Times New Roman"/>
          <w:sz w:val="24"/>
          <w:szCs w:val="24"/>
        </w:rPr>
        <w:t xml:space="preserve"> në një instrument </w:t>
      </w:r>
      <w:proofErr w:type="spellStart"/>
      <w:r w:rsidRPr="00D97086">
        <w:rPr>
          <w:rFonts w:ascii="Times New Roman" w:hAnsi="Times New Roman" w:cs="Times New Roman"/>
          <w:sz w:val="24"/>
          <w:szCs w:val="24"/>
        </w:rPr>
        <w:t>udhëheqës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politikat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sociale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zhvillimore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territorit</w:t>
      </w:r>
      <w:proofErr w:type="spellEnd"/>
      <w:r w:rsidRPr="00D97086">
        <w:rPr>
          <w:rFonts w:ascii="Times New Roman" w:hAnsi="Times New Roman" w:cs="Times New Roman"/>
          <w:sz w:val="24"/>
          <w:szCs w:val="24"/>
        </w:rPr>
        <w:t>.</w:t>
      </w:r>
    </w:p>
    <w:p w14:paraId="6639D64C" w14:textId="77777777" w:rsidR="00D97086" w:rsidRDefault="00410FE5" w:rsidP="00D97086">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Plani</w:t>
      </w:r>
      <w:proofErr w:type="spellEnd"/>
      <w:r w:rsidRPr="00D97086">
        <w:rPr>
          <w:rFonts w:ascii="Times New Roman" w:hAnsi="Times New Roman" w:cs="Times New Roman"/>
          <w:sz w:val="24"/>
          <w:szCs w:val="24"/>
        </w:rPr>
        <w:t xml:space="preserve"> Vendor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2025–2029 </w:t>
      </w:r>
      <w:proofErr w:type="spellStart"/>
      <w:r w:rsidRPr="00D97086">
        <w:rPr>
          <w:rFonts w:ascii="Times New Roman" w:hAnsi="Times New Roman" w:cs="Times New Roman"/>
          <w:sz w:val="24"/>
          <w:szCs w:val="24"/>
        </w:rPr>
        <w:t>është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organizuar</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disa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kapituj</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kryesorë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cilët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ndërtojnë</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rrugëtim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logjik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analiza</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gjendjes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aktuale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drejt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masave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parashikuara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ardhmen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Fillimisht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paraqitet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diagnoza</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situatës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Bashkinë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lastRenderedPageBreak/>
        <w:t>ku</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evidentohen</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dhënat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boshllëqet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nevojat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grupeve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situatë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vulnerabël</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pas </w:t>
      </w:r>
      <w:proofErr w:type="spellStart"/>
      <w:r w:rsidRPr="00D97086">
        <w:rPr>
          <w:rFonts w:ascii="Times New Roman" w:hAnsi="Times New Roman" w:cs="Times New Roman"/>
          <w:sz w:val="24"/>
          <w:szCs w:val="24"/>
        </w:rPr>
        <w:t>vijojnë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objektivat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strategjikë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masat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përkatëse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cilat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lidhen</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programet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ekzistuese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ndërhyrjet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reja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Kapitujt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pasues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përfshijnë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kornizën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financiare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modalitetet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zbatimit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mekanizmat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qeverisjes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monitorimit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vlerësimit</w:t>
      </w:r>
      <w:proofErr w:type="spellEnd"/>
      <w:r w:rsidRPr="00D97086">
        <w:rPr>
          <w:rFonts w:ascii="Times New Roman" w:hAnsi="Times New Roman" w:cs="Times New Roman"/>
          <w:sz w:val="24"/>
          <w:szCs w:val="24"/>
        </w:rPr>
        <w:t xml:space="preserve">. Në fund, </w:t>
      </w:r>
      <w:proofErr w:type="spellStart"/>
      <w:r w:rsidRPr="00D97086">
        <w:rPr>
          <w:rFonts w:ascii="Times New Roman" w:hAnsi="Times New Roman" w:cs="Times New Roman"/>
          <w:sz w:val="24"/>
          <w:szCs w:val="24"/>
        </w:rPr>
        <w:t>anekset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paraqesin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kuadrin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ligjor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strategjik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tabelat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përputhshmërisë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dokumentacionin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mbështetës</w:t>
      </w:r>
      <w:proofErr w:type="spellEnd"/>
      <w:r w:rsidRPr="00D97086">
        <w:rPr>
          <w:rFonts w:ascii="Times New Roman" w:hAnsi="Times New Roman" w:cs="Times New Roman"/>
          <w:sz w:val="24"/>
          <w:szCs w:val="24"/>
        </w:rPr>
        <w:t>.</w:t>
      </w:r>
      <w:bookmarkStart w:id="2" w:name="_Toc209703429"/>
    </w:p>
    <w:p w14:paraId="53DF07F6" w14:textId="77777777" w:rsidR="00D97086" w:rsidRDefault="00D97086" w:rsidP="00D97086">
      <w:pPr>
        <w:jc w:val="both"/>
        <w:rPr>
          <w:rFonts w:ascii="Times New Roman" w:hAnsi="Times New Roman" w:cs="Times New Roman"/>
          <w:sz w:val="24"/>
          <w:szCs w:val="24"/>
        </w:rPr>
      </w:pPr>
    </w:p>
    <w:p w14:paraId="2E415DDB" w14:textId="77777777" w:rsidR="0028222A" w:rsidRPr="00D97086" w:rsidRDefault="00F653AC" w:rsidP="00D97086">
      <w:pPr>
        <w:pStyle w:val="Heading2"/>
        <w:numPr>
          <w:ilvl w:val="0"/>
          <w:numId w:val="22"/>
        </w:numPr>
      </w:pPr>
      <w:proofErr w:type="spellStart"/>
      <w:r w:rsidRPr="00D97086">
        <w:t>Kuadri</w:t>
      </w:r>
      <w:proofErr w:type="spellEnd"/>
      <w:r w:rsidRPr="00D97086">
        <w:t xml:space="preserve"> </w:t>
      </w:r>
      <w:proofErr w:type="spellStart"/>
      <w:r w:rsidRPr="00D97086">
        <w:t>ligjor</w:t>
      </w:r>
      <w:proofErr w:type="spellEnd"/>
      <w:r w:rsidRPr="00D97086">
        <w:t xml:space="preserve"> </w:t>
      </w:r>
      <w:proofErr w:type="spellStart"/>
      <w:r w:rsidRPr="00D97086">
        <w:t>dhe</w:t>
      </w:r>
      <w:proofErr w:type="spellEnd"/>
      <w:r w:rsidRPr="00D97086">
        <w:t xml:space="preserve"> </w:t>
      </w:r>
      <w:proofErr w:type="spellStart"/>
      <w:r w:rsidRPr="00D97086">
        <w:t>strategjik</w:t>
      </w:r>
      <w:bookmarkEnd w:id="2"/>
      <w:proofErr w:type="spellEnd"/>
      <w:r w:rsidR="002A3AC9" w:rsidRPr="00D97086">
        <w:t xml:space="preserve"> </w:t>
      </w:r>
    </w:p>
    <w:p w14:paraId="1CBA6D35" w14:textId="77777777" w:rsidR="00D97086" w:rsidRDefault="00D97086" w:rsidP="0028222A">
      <w:pPr>
        <w:jc w:val="both"/>
        <w:rPr>
          <w:rFonts w:ascii="Times New Roman" w:hAnsi="Times New Roman" w:cs="Times New Roman"/>
          <w:sz w:val="24"/>
          <w:szCs w:val="24"/>
        </w:rPr>
      </w:pPr>
    </w:p>
    <w:p w14:paraId="36FC4B25" w14:textId="77777777" w:rsidR="0028222A" w:rsidRPr="00D97086" w:rsidRDefault="0028222A" w:rsidP="0028222A">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Plani</w:t>
      </w:r>
      <w:proofErr w:type="spellEnd"/>
      <w:r w:rsidRPr="00D97086">
        <w:rPr>
          <w:rFonts w:ascii="Times New Roman" w:hAnsi="Times New Roman" w:cs="Times New Roman"/>
          <w:sz w:val="24"/>
          <w:szCs w:val="24"/>
        </w:rPr>
        <w:t xml:space="preserve"> Vendor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Bashkisë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mbështetet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mbi</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kuadër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gjerë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ligjor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nënligjor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strategjik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cili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përcakton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standardet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kompetencat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instrumentet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nevojshme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zbatimin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politikave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nivel</w:t>
      </w:r>
      <w:proofErr w:type="spellEnd"/>
      <w:r w:rsidRPr="00D97086">
        <w:rPr>
          <w:rFonts w:ascii="Times New Roman" w:hAnsi="Times New Roman" w:cs="Times New Roman"/>
          <w:sz w:val="24"/>
          <w:szCs w:val="24"/>
        </w:rPr>
        <w:t xml:space="preserve"> vendor. Ky </w:t>
      </w:r>
      <w:proofErr w:type="spellStart"/>
      <w:r w:rsidRPr="00D97086">
        <w:rPr>
          <w:rFonts w:ascii="Times New Roman" w:hAnsi="Times New Roman" w:cs="Times New Roman"/>
          <w:sz w:val="24"/>
          <w:szCs w:val="24"/>
        </w:rPr>
        <w:t>kuadër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siguron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masat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programet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parashikuara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jenë</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përputhje</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legjislacionin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kombëtar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harmonizuara</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strategjitë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kombëtare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orientojnë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ndërhyrje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afatgjata</w:t>
      </w:r>
      <w:proofErr w:type="spellEnd"/>
      <w:r w:rsidRPr="00D97086">
        <w:rPr>
          <w:rFonts w:ascii="Times New Roman" w:hAnsi="Times New Roman" w:cs="Times New Roman"/>
          <w:sz w:val="24"/>
          <w:szCs w:val="24"/>
        </w:rPr>
        <w:t xml:space="preserve"> e të </w:t>
      </w:r>
      <w:proofErr w:type="spellStart"/>
      <w:r w:rsidRPr="00D97086">
        <w:rPr>
          <w:rFonts w:ascii="Times New Roman" w:hAnsi="Times New Roman" w:cs="Times New Roman"/>
          <w:sz w:val="24"/>
          <w:szCs w:val="24"/>
        </w:rPr>
        <w:t>qëndrueshme</w:t>
      </w:r>
      <w:proofErr w:type="spellEnd"/>
      <w:r w:rsidRPr="00D97086">
        <w:rPr>
          <w:rFonts w:ascii="Times New Roman" w:hAnsi="Times New Roman" w:cs="Times New Roman"/>
          <w:sz w:val="24"/>
          <w:szCs w:val="24"/>
        </w:rPr>
        <w:t>.</w:t>
      </w:r>
    </w:p>
    <w:p w14:paraId="07DB8976" w14:textId="77777777" w:rsidR="0028222A" w:rsidRPr="00D97086" w:rsidRDefault="0028222A" w:rsidP="0028222A">
      <w:pPr>
        <w:jc w:val="both"/>
        <w:rPr>
          <w:rFonts w:ascii="Times New Roman" w:hAnsi="Times New Roman" w:cs="Times New Roman"/>
          <w:sz w:val="24"/>
          <w:szCs w:val="24"/>
        </w:rPr>
      </w:pPr>
      <w:r w:rsidRPr="00D97086">
        <w:rPr>
          <w:rFonts w:ascii="Times New Roman" w:hAnsi="Times New Roman" w:cs="Times New Roman"/>
          <w:sz w:val="24"/>
          <w:szCs w:val="24"/>
        </w:rPr>
        <w:t xml:space="preserve">Në </w:t>
      </w:r>
      <w:proofErr w:type="spellStart"/>
      <w:r w:rsidRPr="00D97086">
        <w:rPr>
          <w:rFonts w:ascii="Times New Roman" w:hAnsi="Times New Roman" w:cs="Times New Roman"/>
          <w:sz w:val="24"/>
          <w:szCs w:val="24"/>
        </w:rPr>
        <w:t>bazë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tij</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qëndron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Ligji</w:t>
      </w:r>
      <w:proofErr w:type="spellEnd"/>
      <w:r w:rsidRPr="00D97086">
        <w:rPr>
          <w:rFonts w:ascii="Times New Roman" w:hAnsi="Times New Roman" w:cs="Times New Roman"/>
          <w:sz w:val="24"/>
          <w:szCs w:val="24"/>
        </w:rPr>
        <w:t xml:space="preserve"> nr. 22/2018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strehimin</w:t>
      </w:r>
      <w:proofErr w:type="spellEnd"/>
      <w:r w:rsidRPr="00D97086">
        <w:rPr>
          <w:rFonts w:ascii="Times New Roman" w:hAnsi="Times New Roman" w:cs="Times New Roman"/>
          <w:sz w:val="24"/>
          <w:szCs w:val="24"/>
        </w:rPr>
        <w:t xml:space="preserve"> social”,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ndryshuar</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ligjin</w:t>
      </w:r>
      <w:proofErr w:type="spellEnd"/>
      <w:r w:rsidRPr="00D97086">
        <w:rPr>
          <w:rFonts w:ascii="Times New Roman" w:hAnsi="Times New Roman" w:cs="Times New Roman"/>
          <w:sz w:val="24"/>
          <w:szCs w:val="24"/>
        </w:rPr>
        <w:t xml:space="preserve"> nr. 48/2023,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cili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përcakton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kriteret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përfitimit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programet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kompetencat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bashkive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zbatimin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tyre</w:t>
      </w:r>
      <w:proofErr w:type="spellEnd"/>
      <w:r w:rsidRPr="00D97086">
        <w:rPr>
          <w:rFonts w:ascii="Times New Roman" w:hAnsi="Times New Roman" w:cs="Times New Roman"/>
          <w:sz w:val="24"/>
          <w:szCs w:val="24"/>
        </w:rPr>
        <w:t xml:space="preserve">. Ky </w:t>
      </w:r>
      <w:proofErr w:type="spellStart"/>
      <w:r w:rsidRPr="00D97086">
        <w:rPr>
          <w:rFonts w:ascii="Times New Roman" w:hAnsi="Times New Roman" w:cs="Times New Roman"/>
          <w:sz w:val="24"/>
          <w:szCs w:val="24"/>
        </w:rPr>
        <w:t>ligj</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shoqërohet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akte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nënligjore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rëndësishme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w:t>
      </w:r>
      <w:proofErr w:type="spellEnd"/>
      <w:r w:rsidRPr="00D97086">
        <w:rPr>
          <w:rFonts w:ascii="Times New Roman" w:hAnsi="Times New Roman" w:cs="Times New Roman"/>
          <w:sz w:val="24"/>
          <w:szCs w:val="24"/>
        </w:rPr>
        <w:t xml:space="preserve">: VKM nr. 362/2019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subvencionin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qirasë</w:t>
      </w:r>
      <w:proofErr w:type="spellEnd"/>
      <w:r w:rsidRPr="00D97086">
        <w:rPr>
          <w:rFonts w:ascii="Times New Roman" w:hAnsi="Times New Roman" w:cs="Times New Roman"/>
          <w:sz w:val="24"/>
          <w:szCs w:val="24"/>
        </w:rPr>
        <w:t xml:space="preserve">, VKM nr. 301/2020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standardet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banesave</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qira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sociale</w:t>
      </w:r>
      <w:proofErr w:type="spellEnd"/>
      <w:r w:rsidRPr="00D97086">
        <w:rPr>
          <w:rFonts w:ascii="Times New Roman" w:hAnsi="Times New Roman" w:cs="Times New Roman"/>
          <w:sz w:val="24"/>
          <w:szCs w:val="24"/>
        </w:rPr>
        <w:t xml:space="preserve"> (BSQ)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banesave</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kosto</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ulët</w:t>
      </w:r>
      <w:proofErr w:type="spellEnd"/>
      <w:r w:rsidRPr="00D97086">
        <w:rPr>
          <w:rFonts w:ascii="Times New Roman" w:hAnsi="Times New Roman" w:cs="Times New Roman"/>
          <w:sz w:val="24"/>
          <w:szCs w:val="24"/>
        </w:rPr>
        <w:t xml:space="preserve"> (BKU), </w:t>
      </w:r>
      <w:proofErr w:type="spellStart"/>
      <w:r w:rsidRPr="00D97086">
        <w:rPr>
          <w:rFonts w:ascii="Times New Roman" w:hAnsi="Times New Roman" w:cs="Times New Roman"/>
          <w:sz w:val="24"/>
          <w:szCs w:val="24"/>
        </w:rPr>
        <w:t>si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VKM nr. 579/2020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administrimin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strehëve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përkohshme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përcakton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standardet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minimale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koordinimin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ndërinstitucional</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raste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emergjente</w:t>
      </w:r>
      <w:proofErr w:type="spellEnd"/>
      <w:r w:rsidRPr="00D97086">
        <w:rPr>
          <w:rFonts w:ascii="Times New Roman" w:hAnsi="Times New Roman" w:cs="Times New Roman"/>
          <w:sz w:val="24"/>
          <w:szCs w:val="24"/>
        </w:rPr>
        <w:t xml:space="preserve">. Po </w:t>
      </w:r>
      <w:proofErr w:type="spellStart"/>
      <w:r w:rsidRPr="00D97086">
        <w:rPr>
          <w:rFonts w:ascii="Times New Roman" w:hAnsi="Times New Roman" w:cs="Times New Roman"/>
          <w:sz w:val="24"/>
          <w:szCs w:val="24"/>
        </w:rPr>
        <w:t>ashtu</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Ligji</w:t>
      </w:r>
      <w:proofErr w:type="spellEnd"/>
      <w:r w:rsidRPr="00D97086">
        <w:rPr>
          <w:rFonts w:ascii="Times New Roman" w:hAnsi="Times New Roman" w:cs="Times New Roman"/>
          <w:sz w:val="24"/>
          <w:szCs w:val="24"/>
        </w:rPr>
        <w:t xml:space="preserve"> nr. 121/2016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shërbimet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kujdesit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shoqëror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ndryshuar</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ligjin</w:t>
      </w:r>
      <w:proofErr w:type="spellEnd"/>
      <w:r w:rsidRPr="00D97086">
        <w:rPr>
          <w:rFonts w:ascii="Times New Roman" w:hAnsi="Times New Roman" w:cs="Times New Roman"/>
          <w:sz w:val="24"/>
          <w:szCs w:val="24"/>
        </w:rPr>
        <w:t xml:space="preserve"> nr. 99/2024, </w:t>
      </w:r>
      <w:proofErr w:type="spellStart"/>
      <w:r w:rsidRPr="00D97086">
        <w:rPr>
          <w:rFonts w:ascii="Times New Roman" w:hAnsi="Times New Roman" w:cs="Times New Roman"/>
          <w:sz w:val="24"/>
          <w:szCs w:val="24"/>
        </w:rPr>
        <w:t>lidhet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drejtpërdrejt</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mbështetjen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përkohshëm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shërbimet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sociale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ndërsa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Ligji</w:t>
      </w:r>
      <w:proofErr w:type="spellEnd"/>
      <w:r w:rsidRPr="00D97086">
        <w:rPr>
          <w:rFonts w:ascii="Times New Roman" w:hAnsi="Times New Roman" w:cs="Times New Roman"/>
          <w:sz w:val="24"/>
          <w:szCs w:val="24"/>
        </w:rPr>
        <w:t xml:space="preserve"> nr. 45/2019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mbrojtjen</w:t>
      </w:r>
      <w:proofErr w:type="spellEnd"/>
      <w:r w:rsidRPr="00D97086">
        <w:rPr>
          <w:rFonts w:ascii="Times New Roman" w:hAnsi="Times New Roman" w:cs="Times New Roman"/>
          <w:sz w:val="24"/>
          <w:szCs w:val="24"/>
        </w:rPr>
        <w:t xml:space="preserve"> civile” </w:t>
      </w:r>
      <w:proofErr w:type="spellStart"/>
      <w:r w:rsidRPr="00D97086">
        <w:rPr>
          <w:rFonts w:ascii="Times New Roman" w:hAnsi="Times New Roman" w:cs="Times New Roman"/>
          <w:sz w:val="24"/>
          <w:szCs w:val="24"/>
        </w:rPr>
        <w:t>përcakton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detyrimet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sigurimin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emergjent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raste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fatkeqësish</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natyrore</w:t>
      </w:r>
      <w:proofErr w:type="spellEnd"/>
      <w:r w:rsidRPr="00D97086">
        <w:rPr>
          <w:rFonts w:ascii="Times New Roman" w:hAnsi="Times New Roman" w:cs="Times New Roman"/>
          <w:sz w:val="24"/>
          <w:szCs w:val="24"/>
        </w:rPr>
        <w:t xml:space="preserve"> apo </w:t>
      </w:r>
      <w:proofErr w:type="spellStart"/>
      <w:r w:rsidRPr="00D97086">
        <w:rPr>
          <w:rFonts w:ascii="Times New Roman" w:hAnsi="Times New Roman" w:cs="Times New Roman"/>
          <w:sz w:val="24"/>
          <w:szCs w:val="24"/>
        </w:rPr>
        <w:t>krize</w:t>
      </w:r>
      <w:proofErr w:type="spellEnd"/>
      <w:r w:rsidRPr="00D97086">
        <w:rPr>
          <w:rFonts w:ascii="Times New Roman" w:hAnsi="Times New Roman" w:cs="Times New Roman"/>
          <w:sz w:val="24"/>
          <w:szCs w:val="24"/>
        </w:rPr>
        <w:t>.</w:t>
      </w:r>
    </w:p>
    <w:p w14:paraId="0C351E21" w14:textId="77777777" w:rsidR="0028222A" w:rsidRPr="00D97086" w:rsidRDefault="0028222A" w:rsidP="0028222A">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Këto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dispozita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plotësohen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ligje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tjera</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natyrë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horizontale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Ligji</w:t>
      </w:r>
      <w:proofErr w:type="spellEnd"/>
      <w:r w:rsidRPr="00D97086">
        <w:rPr>
          <w:rFonts w:ascii="Times New Roman" w:hAnsi="Times New Roman" w:cs="Times New Roman"/>
          <w:sz w:val="24"/>
          <w:szCs w:val="24"/>
        </w:rPr>
        <w:t xml:space="preserve"> nr. 139/2015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vetëqeverisjen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vendore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njeh</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funksionet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bashkisë</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fushën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shërbimeve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sociale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Ligji</w:t>
      </w:r>
      <w:proofErr w:type="spellEnd"/>
      <w:r w:rsidRPr="00D97086">
        <w:rPr>
          <w:rFonts w:ascii="Times New Roman" w:hAnsi="Times New Roman" w:cs="Times New Roman"/>
          <w:sz w:val="24"/>
          <w:szCs w:val="24"/>
        </w:rPr>
        <w:t xml:space="preserve"> nr. 107/2014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planifikimin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zhvillimin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territorit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garanton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lidhjen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politikave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dokumentet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planifikimit</w:t>
      </w:r>
      <w:proofErr w:type="spellEnd"/>
      <w:r w:rsidRPr="00D97086">
        <w:rPr>
          <w:rFonts w:ascii="Times New Roman" w:hAnsi="Times New Roman" w:cs="Times New Roman"/>
          <w:sz w:val="24"/>
          <w:szCs w:val="24"/>
        </w:rPr>
        <w:t xml:space="preserve"> territorial vendor.</w:t>
      </w:r>
      <w:r w:rsidRPr="00D97086">
        <w:rPr>
          <w:rFonts w:ascii="Times New Roman" w:hAnsi="Times New Roman" w:cs="Times New Roman"/>
          <w:sz w:val="24"/>
          <w:szCs w:val="24"/>
        </w:rPr>
        <w:br/>
      </w:r>
      <w:r w:rsidRPr="00D97086">
        <w:rPr>
          <w:rFonts w:ascii="Times New Roman" w:hAnsi="Times New Roman" w:cs="Times New Roman"/>
          <w:sz w:val="24"/>
          <w:szCs w:val="24"/>
        </w:rPr>
        <w:br/>
        <w:t xml:space="preserve">Në </w:t>
      </w:r>
      <w:proofErr w:type="spellStart"/>
      <w:r w:rsidRPr="00D97086">
        <w:rPr>
          <w:rFonts w:ascii="Times New Roman" w:hAnsi="Times New Roman" w:cs="Times New Roman"/>
          <w:sz w:val="24"/>
          <w:szCs w:val="24"/>
        </w:rPr>
        <w:t>planin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strategjik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dokumenti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është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harmonizuar</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Strategjinë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Kombëtare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Social 2016–2025 (</w:t>
      </w:r>
      <w:proofErr w:type="spellStart"/>
      <w:r w:rsidRPr="00D97086">
        <w:rPr>
          <w:rFonts w:ascii="Times New Roman" w:hAnsi="Times New Roman" w:cs="Times New Roman"/>
          <w:sz w:val="24"/>
          <w:szCs w:val="24"/>
        </w:rPr>
        <w:t>miratuar</w:t>
      </w:r>
      <w:proofErr w:type="spellEnd"/>
      <w:r w:rsidRPr="00D97086">
        <w:rPr>
          <w:rFonts w:ascii="Times New Roman" w:hAnsi="Times New Roman" w:cs="Times New Roman"/>
          <w:sz w:val="24"/>
          <w:szCs w:val="24"/>
        </w:rPr>
        <w:t xml:space="preserve"> me VKM nr. 405/2016), e </w:t>
      </w:r>
      <w:proofErr w:type="spellStart"/>
      <w:r w:rsidRPr="00D97086">
        <w:rPr>
          <w:rFonts w:ascii="Times New Roman" w:hAnsi="Times New Roman" w:cs="Times New Roman"/>
          <w:sz w:val="24"/>
          <w:szCs w:val="24"/>
        </w:rPr>
        <w:t>cila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përcakton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objektivat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rritjen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aksesit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strehim</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përballueshëm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përmirësimin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kushteve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banimit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nxitjen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partneriteteve</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sektorin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privat</w:t>
      </w:r>
      <w:proofErr w:type="spellEnd"/>
      <w:r w:rsidRPr="00D97086">
        <w:rPr>
          <w:rFonts w:ascii="Times New Roman" w:hAnsi="Times New Roman" w:cs="Times New Roman"/>
          <w:sz w:val="24"/>
          <w:szCs w:val="24"/>
        </w:rPr>
        <w:t xml:space="preserve">. Duke </w:t>
      </w:r>
      <w:proofErr w:type="spellStart"/>
      <w:r w:rsidRPr="00D97086">
        <w:rPr>
          <w:rFonts w:ascii="Times New Roman" w:hAnsi="Times New Roman" w:cs="Times New Roman"/>
          <w:sz w:val="24"/>
          <w:szCs w:val="24"/>
        </w:rPr>
        <w:t>qenë</w:t>
      </w:r>
      <w:proofErr w:type="spellEnd"/>
      <w:r w:rsidRPr="00D97086">
        <w:rPr>
          <w:rFonts w:ascii="Times New Roman" w:hAnsi="Times New Roman" w:cs="Times New Roman"/>
          <w:sz w:val="24"/>
          <w:szCs w:val="24"/>
        </w:rPr>
        <w:t xml:space="preserve"> se </w:t>
      </w:r>
      <w:proofErr w:type="spellStart"/>
      <w:r w:rsidRPr="00D97086">
        <w:rPr>
          <w:rFonts w:ascii="Times New Roman" w:hAnsi="Times New Roman" w:cs="Times New Roman"/>
          <w:sz w:val="24"/>
          <w:szCs w:val="24"/>
        </w:rPr>
        <w:t>kjo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strategji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përfundon</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vitin</w:t>
      </w:r>
      <w:proofErr w:type="spellEnd"/>
      <w:r w:rsidRPr="00D97086">
        <w:rPr>
          <w:rFonts w:ascii="Times New Roman" w:hAnsi="Times New Roman" w:cs="Times New Roman"/>
          <w:sz w:val="24"/>
          <w:szCs w:val="24"/>
        </w:rPr>
        <w:t xml:space="preserve"> 2025, </w:t>
      </w:r>
      <w:proofErr w:type="spellStart"/>
      <w:r w:rsidRPr="00D97086">
        <w:rPr>
          <w:rFonts w:ascii="Times New Roman" w:hAnsi="Times New Roman" w:cs="Times New Roman"/>
          <w:sz w:val="24"/>
          <w:szCs w:val="24"/>
        </w:rPr>
        <w:t>plani</w:t>
      </w:r>
      <w:proofErr w:type="spellEnd"/>
      <w:r w:rsidRPr="00D97086">
        <w:rPr>
          <w:rFonts w:ascii="Times New Roman" w:hAnsi="Times New Roman" w:cs="Times New Roman"/>
          <w:sz w:val="24"/>
          <w:szCs w:val="24"/>
        </w:rPr>
        <w:t xml:space="preserve"> vendor </w:t>
      </w:r>
      <w:proofErr w:type="spellStart"/>
      <w:r w:rsidRPr="00D97086">
        <w:rPr>
          <w:rFonts w:ascii="Times New Roman" w:hAnsi="Times New Roman" w:cs="Times New Roman"/>
          <w:sz w:val="24"/>
          <w:szCs w:val="24"/>
        </w:rPr>
        <w:t>merr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parasysh</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nevojën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vijimësinë</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saj</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kuadrin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ri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strategjik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kombëtar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lastRenderedPageBreak/>
        <w:t>që</w:t>
      </w:r>
      <w:proofErr w:type="spellEnd"/>
      <w:r w:rsidRPr="00D97086">
        <w:rPr>
          <w:rFonts w:ascii="Times New Roman" w:hAnsi="Times New Roman" w:cs="Times New Roman"/>
          <w:sz w:val="24"/>
          <w:szCs w:val="24"/>
        </w:rPr>
        <w:t xml:space="preserve"> do të </w:t>
      </w:r>
      <w:proofErr w:type="spellStart"/>
      <w:r w:rsidRPr="00D97086">
        <w:rPr>
          <w:rFonts w:ascii="Times New Roman" w:hAnsi="Times New Roman" w:cs="Times New Roman"/>
          <w:sz w:val="24"/>
          <w:szCs w:val="24"/>
        </w:rPr>
        <w:t>miratohet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periudhën</w:t>
      </w:r>
      <w:proofErr w:type="spellEnd"/>
      <w:r w:rsidRPr="00D97086">
        <w:rPr>
          <w:rFonts w:ascii="Times New Roman" w:hAnsi="Times New Roman" w:cs="Times New Roman"/>
          <w:sz w:val="24"/>
          <w:szCs w:val="24"/>
        </w:rPr>
        <w:t xml:space="preserve"> 2026–2035. Po </w:t>
      </w:r>
      <w:proofErr w:type="spellStart"/>
      <w:r w:rsidRPr="00D97086">
        <w:rPr>
          <w:rFonts w:ascii="Times New Roman" w:hAnsi="Times New Roman" w:cs="Times New Roman"/>
          <w:sz w:val="24"/>
          <w:szCs w:val="24"/>
        </w:rPr>
        <w:t>ashtu</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plani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lidhet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ngushtësisht</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Strategjinë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Kombëtare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Mbrojtjes</w:t>
      </w:r>
      <w:proofErr w:type="spellEnd"/>
      <w:r w:rsidRPr="00D97086">
        <w:rPr>
          <w:rFonts w:ascii="Times New Roman" w:hAnsi="Times New Roman" w:cs="Times New Roman"/>
          <w:sz w:val="24"/>
          <w:szCs w:val="24"/>
        </w:rPr>
        <w:t xml:space="preserve"> Sociale 2024–2030,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synon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mbrojtje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gjithëpërfshirëse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trajtim</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prioritet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grupeve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vulnerabël</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edhe</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Planin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Kombëtar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Veprimit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Integrimin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Romëve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Egjiptianëve</w:t>
      </w:r>
      <w:proofErr w:type="spellEnd"/>
      <w:r w:rsidRPr="00D97086">
        <w:rPr>
          <w:rFonts w:ascii="Times New Roman" w:hAnsi="Times New Roman" w:cs="Times New Roman"/>
          <w:sz w:val="24"/>
          <w:szCs w:val="24"/>
        </w:rPr>
        <w:t xml:space="preserve"> 2021–2025,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adreson</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mënyrë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posaçme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pasiguritë</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strehim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komunitetet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rome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egjiptiane</w:t>
      </w:r>
      <w:proofErr w:type="spellEnd"/>
      <w:r w:rsidRPr="00D97086">
        <w:rPr>
          <w:rFonts w:ascii="Times New Roman" w:hAnsi="Times New Roman" w:cs="Times New Roman"/>
          <w:sz w:val="24"/>
          <w:szCs w:val="24"/>
        </w:rPr>
        <w:t>.</w:t>
      </w:r>
      <w:r w:rsidRPr="00D97086">
        <w:rPr>
          <w:rFonts w:ascii="Times New Roman" w:hAnsi="Times New Roman" w:cs="Times New Roman"/>
          <w:sz w:val="24"/>
          <w:szCs w:val="24"/>
        </w:rPr>
        <w:br/>
      </w:r>
      <w:r w:rsidRPr="00D97086">
        <w:rPr>
          <w:rFonts w:ascii="Times New Roman" w:hAnsi="Times New Roman" w:cs="Times New Roman"/>
          <w:sz w:val="24"/>
          <w:szCs w:val="24"/>
        </w:rPr>
        <w:br/>
        <w:t xml:space="preserve">Ky </w:t>
      </w:r>
      <w:proofErr w:type="spellStart"/>
      <w:r w:rsidRPr="00D97086">
        <w:rPr>
          <w:rFonts w:ascii="Times New Roman" w:hAnsi="Times New Roman" w:cs="Times New Roman"/>
          <w:sz w:val="24"/>
          <w:szCs w:val="24"/>
        </w:rPr>
        <w:t>kuadër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ligjor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strategjik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është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përmbledhur</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Aneksin</w:t>
      </w:r>
      <w:proofErr w:type="spellEnd"/>
      <w:r w:rsidRPr="00D97086">
        <w:rPr>
          <w:rFonts w:ascii="Times New Roman" w:hAnsi="Times New Roman" w:cs="Times New Roman"/>
          <w:sz w:val="24"/>
          <w:szCs w:val="24"/>
        </w:rPr>
        <w:t xml:space="preserve"> 1, </w:t>
      </w:r>
      <w:proofErr w:type="spellStart"/>
      <w:r w:rsidRPr="00D97086">
        <w:rPr>
          <w:rFonts w:ascii="Times New Roman" w:hAnsi="Times New Roman" w:cs="Times New Roman"/>
          <w:sz w:val="24"/>
          <w:szCs w:val="24"/>
        </w:rPr>
        <w:t>ku</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përmes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tabelave</w:t>
      </w:r>
      <w:proofErr w:type="spellEnd"/>
      <w:r w:rsidRPr="00D97086">
        <w:rPr>
          <w:rFonts w:ascii="Times New Roman" w:hAnsi="Times New Roman" w:cs="Times New Roman"/>
          <w:sz w:val="24"/>
          <w:szCs w:val="24"/>
        </w:rPr>
        <w:t xml:space="preserve"> A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B </w:t>
      </w:r>
      <w:proofErr w:type="spellStart"/>
      <w:r w:rsidRPr="00D97086">
        <w:rPr>
          <w:rFonts w:ascii="Times New Roman" w:hAnsi="Times New Roman" w:cs="Times New Roman"/>
          <w:sz w:val="24"/>
          <w:szCs w:val="24"/>
        </w:rPr>
        <w:t>paraqiten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aktet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kryesore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mënyra</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adresimit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tyre</w:t>
      </w:r>
      <w:proofErr w:type="spellEnd"/>
      <w:r w:rsidRPr="00D97086">
        <w:rPr>
          <w:rFonts w:ascii="Times New Roman" w:hAnsi="Times New Roman" w:cs="Times New Roman"/>
          <w:sz w:val="24"/>
          <w:szCs w:val="24"/>
        </w:rPr>
        <w:t xml:space="preserve"> në plan. Ky </w:t>
      </w:r>
      <w:proofErr w:type="spellStart"/>
      <w:r w:rsidRPr="00D97086">
        <w:rPr>
          <w:rFonts w:ascii="Times New Roman" w:hAnsi="Times New Roman" w:cs="Times New Roman"/>
          <w:sz w:val="24"/>
          <w:szCs w:val="24"/>
        </w:rPr>
        <w:t>integrim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siguron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transparencë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koherencë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bazë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fortë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monitorimin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zbatimit</w:t>
      </w:r>
      <w:proofErr w:type="spellEnd"/>
      <w:r w:rsidRPr="00D97086">
        <w:rPr>
          <w:rFonts w:ascii="Times New Roman" w:hAnsi="Times New Roman" w:cs="Times New Roman"/>
          <w:sz w:val="24"/>
          <w:szCs w:val="24"/>
        </w:rPr>
        <w:t xml:space="preserve"> të Planit Vendor të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Bashkisë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periudhën</w:t>
      </w:r>
      <w:proofErr w:type="spellEnd"/>
      <w:r w:rsidRPr="00D97086">
        <w:rPr>
          <w:rFonts w:ascii="Times New Roman" w:hAnsi="Times New Roman" w:cs="Times New Roman"/>
          <w:sz w:val="24"/>
          <w:szCs w:val="24"/>
        </w:rPr>
        <w:t xml:space="preserve"> 2025–2029.</w:t>
      </w:r>
    </w:p>
    <w:p w14:paraId="6CD19C8C" w14:textId="77777777" w:rsidR="00C95401" w:rsidRPr="00D97086" w:rsidRDefault="00F653AC" w:rsidP="0020237D">
      <w:pPr>
        <w:pStyle w:val="Heading1"/>
        <w:numPr>
          <w:ilvl w:val="0"/>
          <w:numId w:val="22"/>
        </w:numPr>
        <w:rPr>
          <w:rFonts w:ascii="Times New Roman" w:hAnsi="Times New Roman" w:cs="Times New Roman"/>
        </w:rPr>
      </w:pPr>
      <w:bookmarkStart w:id="3" w:name="_Toc209703430"/>
      <w:proofErr w:type="spellStart"/>
      <w:r w:rsidRPr="00D97086">
        <w:rPr>
          <w:rFonts w:ascii="Times New Roman" w:hAnsi="Times New Roman" w:cs="Times New Roman"/>
        </w:rPr>
        <w:t>Metodologjia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pjesëmarrja</w:t>
      </w:r>
      <w:bookmarkEnd w:id="3"/>
      <w:proofErr w:type="spellEnd"/>
      <w:r w:rsidR="002A3AC9" w:rsidRPr="00D97086">
        <w:rPr>
          <w:rFonts w:ascii="Times New Roman" w:hAnsi="Times New Roman" w:cs="Times New Roman"/>
        </w:rPr>
        <w:t xml:space="preserve"> </w:t>
      </w:r>
    </w:p>
    <w:p w14:paraId="406F886B" w14:textId="77777777" w:rsidR="00D97086" w:rsidRDefault="00D97086" w:rsidP="00B06CA4">
      <w:pPr>
        <w:spacing w:line="240" w:lineRule="auto"/>
        <w:jc w:val="both"/>
        <w:rPr>
          <w:rFonts w:ascii="Times New Roman" w:hAnsi="Times New Roman" w:cs="Times New Roman"/>
          <w:sz w:val="24"/>
          <w:szCs w:val="24"/>
        </w:rPr>
      </w:pPr>
    </w:p>
    <w:p w14:paraId="11D13788" w14:textId="77777777" w:rsidR="00B333C3" w:rsidRPr="00D97086" w:rsidRDefault="00F653AC" w:rsidP="00B06CA4">
      <w:pPr>
        <w:spacing w:line="240" w:lineRule="auto"/>
        <w:jc w:val="both"/>
        <w:rPr>
          <w:rFonts w:ascii="Times New Roman" w:hAnsi="Times New Roman" w:cs="Times New Roman"/>
          <w:sz w:val="24"/>
          <w:szCs w:val="24"/>
        </w:rPr>
      </w:pPr>
      <w:proofErr w:type="spellStart"/>
      <w:r w:rsidRPr="00D97086">
        <w:rPr>
          <w:rFonts w:ascii="Times New Roman" w:hAnsi="Times New Roman" w:cs="Times New Roman"/>
          <w:sz w:val="24"/>
          <w:szCs w:val="24"/>
        </w:rPr>
        <w:t>Hartimi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planit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mbështetet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mbledhjen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verifikimin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administrativ</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dhënave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analizën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dokumentare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intervista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takime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fokus</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palët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interesuara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konsultime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publike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çdo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fazë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kyçe</w:t>
      </w:r>
      <w:proofErr w:type="spellEnd"/>
      <w:r w:rsidRPr="00D97086">
        <w:rPr>
          <w:rFonts w:ascii="Times New Roman" w:hAnsi="Times New Roman" w:cs="Times New Roman"/>
          <w:sz w:val="24"/>
          <w:szCs w:val="24"/>
        </w:rPr>
        <w:t>.</w:t>
      </w:r>
      <w:r w:rsidR="00B333C3" w:rsidRPr="00D97086">
        <w:rPr>
          <w:rFonts w:ascii="Times New Roman" w:hAnsi="Times New Roman" w:cs="Times New Roman"/>
          <w:sz w:val="24"/>
          <w:szCs w:val="24"/>
        </w:rPr>
        <w:t xml:space="preserve"> </w:t>
      </w:r>
      <w:proofErr w:type="spellStart"/>
      <w:r w:rsidR="00B333C3" w:rsidRPr="00D97086">
        <w:rPr>
          <w:rFonts w:ascii="Times New Roman" w:hAnsi="Times New Roman" w:cs="Times New Roman"/>
          <w:sz w:val="24"/>
          <w:szCs w:val="24"/>
        </w:rPr>
        <w:t>Që</w:t>
      </w:r>
      <w:proofErr w:type="spellEnd"/>
      <w:r w:rsidR="00B333C3" w:rsidRPr="00D97086">
        <w:rPr>
          <w:rFonts w:ascii="Times New Roman" w:hAnsi="Times New Roman" w:cs="Times New Roman"/>
          <w:sz w:val="24"/>
          <w:szCs w:val="24"/>
        </w:rPr>
        <w:t xml:space="preserve"> në </w:t>
      </w:r>
      <w:proofErr w:type="spellStart"/>
      <w:r w:rsidR="00B333C3" w:rsidRPr="00D97086">
        <w:rPr>
          <w:rFonts w:ascii="Times New Roman" w:hAnsi="Times New Roman" w:cs="Times New Roman"/>
          <w:sz w:val="24"/>
          <w:szCs w:val="24"/>
        </w:rPr>
        <w:t>fillim</w:t>
      </w:r>
      <w:proofErr w:type="spellEnd"/>
      <w:r w:rsidR="00B333C3" w:rsidRPr="00D97086">
        <w:rPr>
          <w:rFonts w:ascii="Times New Roman" w:hAnsi="Times New Roman" w:cs="Times New Roman"/>
          <w:sz w:val="24"/>
          <w:szCs w:val="24"/>
        </w:rPr>
        <w:t xml:space="preserve"> </w:t>
      </w:r>
      <w:proofErr w:type="spellStart"/>
      <w:r w:rsidR="00B333C3" w:rsidRPr="00D97086">
        <w:rPr>
          <w:rFonts w:ascii="Times New Roman" w:hAnsi="Times New Roman" w:cs="Times New Roman"/>
          <w:sz w:val="24"/>
          <w:szCs w:val="24"/>
        </w:rPr>
        <w:t>vendosëm</w:t>
      </w:r>
      <w:proofErr w:type="spellEnd"/>
      <w:r w:rsidR="00B333C3" w:rsidRPr="00D97086">
        <w:rPr>
          <w:rFonts w:ascii="Times New Roman" w:hAnsi="Times New Roman" w:cs="Times New Roman"/>
          <w:sz w:val="24"/>
          <w:szCs w:val="24"/>
        </w:rPr>
        <w:t xml:space="preserve"> </w:t>
      </w:r>
      <w:proofErr w:type="spellStart"/>
      <w:r w:rsidR="00B333C3" w:rsidRPr="00D97086">
        <w:rPr>
          <w:rFonts w:ascii="Times New Roman" w:hAnsi="Times New Roman" w:cs="Times New Roman"/>
          <w:sz w:val="24"/>
          <w:szCs w:val="24"/>
        </w:rPr>
        <w:t>që</w:t>
      </w:r>
      <w:proofErr w:type="spellEnd"/>
      <w:r w:rsidR="00B333C3" w:rsidRPr="00D97086">
        <w:rPr>
          <w:rFonts w:ascii="Times New Roman" w:hAnsi="Times New Roman" w:cs="Times New Roman"/>
          <w:sz w:val="24"/>
          <w:szCs w:val="24"/>
        </w:rPr>
        <w:t xml:space="preserve"> </w:t>
      </w:r>
      <w:proofErr w:type="spellStart"/>
      <w:r w:rsidR="00B333C3" w:rsidRPr="00D97086">
        <w:rPr>
          <w:rFonts w:ascii="Times New Roman" w:hAnsi="Times New Roman" w:cs="Times New Roman"/>
          <w:sz w:val="24"/>
          <w:szCs w:val="24"/>
        </w:rPr>
        <w:t>procesi</w:t>
      </w:r>
      <w:proofErr w:type="spellEnd"/>
      <w:r w:rsidR="00B333C3" w:rsidRPr="00D97086">
        <w:rPr>
          <w:rFonts w:ascii="Times New Roman" w:hAnsi="Times New Roman" w:cs="Times New Roman"/>
          <w:sz w:val="24"/>
          <w:szCs w:val="24"/>
        </w:rPr>
        <w:t xml:space="preserve"> të </w:t>
      </w:r>
      <w:proofErr w:type="spellStart"/>
      <w:r w:rsidR="00B333C3" w:rsidRPr="00D97086">
        <w:rPr>
          <w:rFonts w:ascii="Times New Roman" w:hAnsi="Times New Roman" w:cs="Times New Roman"/>
          <w:sz w:val="24"/>
          <w:szCs w:val="24"/>
        </w:rPr>
        <w:t>ishte</w:t>
      </w:r>
      <w:proofErr w:type="spellEnd"/>
      <w:r w:rsidR="00B333C3" w:rsidRPr="00D97086">
        <w:rPr>
          <w:rFonts w:ascii="Times New Roman" w:hAnsi="Times New Roman" w:cs="Times New Roman"/>
          <w:sz w:val="24"/>
          <w:szCs w:val="24"/>
        </w:rPr>
        <w:t xml:space="preserve"> </w:t>
      </w:r>
      <w:proofErr w:type="spellStart"/>
      <w:r w:rsidR="00B333C3" w:rsidRPr="00D97086">
        <w:rPr>
          <w:rFonts w:ascii="Times New Roman" w:hAnsi="Times New Roman" w:cs="Times New Roman"/>
          <w:sz w:val="24"/>
          <w:szCs w:val="24"/>
        </w:rPr>
        <w:t>i</w:t>
      </w:r>
      <w:proofErr w:type="spellEnd"/>
      <w:r w:rsidR="00B333C3" w:rsidRPr="00D97086">
        <w:rPr>
          <w:rFonts w:ascii="Times New Roman" w:hAnsi="Times New Roman" w:cs="Times New Roman"/>
          <w:sz w:val="24"/>
          <w:szCs w:val="24"/>
        </w:rPr>
        <w:t xml:space="preserve"> </w:t>
      </w:r>
      <w:proofErr w:type="spellStart"/>
      <w:r w:rsidR="00B333C3" w:rsidRPr="00D97086">
        <w:rPr>
          <w:rFonts w:ascii="Times New Roman" w:hAnsi="Times New Roman" w:cs="Times New Roman"/>
          <w:sz w:val="24"/>
          <w:szCs w:val="24"/>
        </w:rPr>
        <w:t>hapur</w:t>
      </w:r>
      <w:proofErr w:type="spellEnd"/>
      <w:r w:rsidR="00B333C3" w:rsidRPr="00D97086">
        <w:rPr>
          <w:rFonts w:ascii="Times New Roman" w:hAnsi="Times New Roman" w:cs="Times New Roman"/>
          <w:sz w:val="24"/>
          <w:szCs w:val="24"/>
        </w:rPr>
        <w:t xml:space="preserve">, </w:t>
      </w:r>
      <w:proofErr w:type="spellStart"/>
      <w:r w:rsidR="00B333C3" w:rsidRPr="00D97086">
        <w:rPr>
          <w:rFonts w:ascii="Times New Roman" w:hAnsi="Times New Roman" w:cs="Times New Roman"/>
          <w:sz w:val="24"/>
          <w:szCs w:val="24"/>
        </w:rPr>
        <w:t>i</w:t>
      </w:r>
      <w:proofErr w:type="spellEnd"/>
      <w:r w:rsidR="00B333C3" w:rsidRPr="00D97086">
        <w:rPr>
          <w:rFonts w:ascii="Times New Roman" w:hAnsi="Times New Roman" w:cs="Times New Roman"/>
          <w:sz w:val="24"/>
          <w:szCs w:val="24"/>
        </w:rPr>
        <w:t xml:space="preserve"> </w:t>
      </w:r>
      <w:proofErr w:type="spellStart"/>
      <w:r w:rsidR="00B333C3" w:rsidRPr="00D97086">
        <w:rPr>
          <w:rFonts w:ascii="Times New Roman" w:hAnsi="Times New Roman" w:cs="Times New Roman"/>
          <w:sz w:val="24"/>
          <w:szCs w:val="24"/>
        </w:rPr>
        <w:t>kuptueshëm</w:t>
      </w:r>
      <w:proofErr w:type="spellEnd"/>
      <w:r w:rsidR="00B333C3" w:rsidRPr="00D97086">
        <w:rPr>
          <w:rFonts w:ascii="Times New Roman" w:hAnsi="Times New Roman" w:cs="Times New Roman"/>
          <w:sz w:val="24"/>
          <w:szCs w:val="24"/>
        </w:rPr>
        <w:t xml:space="preserve"> </w:t>
      </w:r>
      <w:proofErr w:type="spellStart"/>
      <w:r w:rsidR="00B333C3" w:rsidRPr="00D97086">
        <w:rPr>
          <w:rFonts w:ascii="Times New Roman" w:hAnsi="Times New Roman" w:cs="Times New Roman"/>
          <w:sz w:val="24"/>
          <w:szCs w:val="24"/>
        </w:rPr>
        <w:t>për</w:t>
      </w:r>
      <w:proofErr w:type="spellEnd"/>
      <w:r w:rsidR="00B333C3" w:rsidRPr="00D97086">
        <w:rPr>
          <w:rFonts w:ascii="Times New Roman" w:hAnsi="Times New Roman" w:cs="Times New Roman"/>
          <w:sz w:val="24"/>
          <w:szCs w:val="24"/>
        </w:rPr>
        <w:t xml:space="preserve"> </w:t>
      </w:r>
      <w:proofErr w:type="spellStart"/>
      <w:r w:rsidR="00B333C3" w:rsidRPr="00D97086">
        <w:rPr>
          <w:rFonts w:ascii="Times New Roman" w:hAnsi="Times New Roman" w:cs="Times New Roman"/>
          <w:sz w:val="24"/>
          <w:szCs w:val="24"/>
        </w:rPr>
        <w:t>çdo</w:t>
      </w:r>
      <w:proofErr w:type="spellEnd"/>
      <w:r w:rsidR="00B333C3" w:rsidRPr="00D97086">
        <w:rPr>
          <w:rFonts w:ascii="Times New Roman" w:hAnsi="Times New Roman" w:cs="Times New Roman"/>
          <w:sz w:val="24"/>
          <w:szCs w:val="24"/>
        </w:rPr>
        <w:t xml:space="preserve"> </w:t>
      </w:r>
      <w:proofErr w:type="spellStart"/>
      <w:r w:rsidR="00B333C3" w:rsidRPr="00D97086">
        <w:rPr>
          <w:rFonts w:ascii="Times New Roman" w:hAnsi="Times New Roman" w:cs="Times New Roman"/>
          <w:sz w:val="24"/>
          <w:szCs w:val="24"/>
        </w:rPr>
        <w:t>qytetar</w:t>
      </w:r>
      <w:proofErr w:type="spellEnd"/>
      <w:r w:rsidR="00B333C3" w:rsidRPr="00D97086">
        <w:rPr>
          <w:rFonts w:ascii="Times New Roman" w:hAnsi="Times New Roman" w:cs="Times New Roman"/>
          <w:sz w:val="24"/>
          <w:szCs w:val="24"/>
        </w:rPr>
        <w:t xml:space="preserve"> </w:t>
      </w:r>
      <w:proofErr w:type="spellStart"/>
      <w:r w:rsidR="00B333C3" w:rsidRPr="00D97086">
        <w:rPr>
          <w:rFonts w:ascii="Times New Roman" w:hAnsi="Times New Roman" w:cs="Times New Roman"/>
          <w:sz w:val="24"/>
          <w:szCs w:val="24"/>
        </w:rPr>
        <w:t>dhe</w:t>
      </w:r>
      <w:proofErr w:type="spellEnd"/>
      <w:r w:rsidR="00B333C3" w:rsidRPr="00D97086">
        <w:rPr>
          <w:rFonts w:ascii="Times New Roman" w:hAnsi="Times New Roman" w:cs="Times New Roman"/>
          <w:sz w:val="24"/>
          <w:szCs w:val="24"/>
        </w:rPr>
        <w:t xml:space="preserve"> </w:t>
      </w:r>
      <w:proofErr w:type="spellStart"/>
      <w:r w:rsidR="00B333C3" w:rsidRPr="00D97086">
        <w:rPr>
          <w:rFonts w:ascii="Times New Roman" w:hAnsi="Times New Roman" w:cs="Times New Roman"/>
          <w:sz w:val="24"/>
          <w:szCs w:val="24"/>
        </w:rPr>
        <w:t>i</w:t>
      </w:r>
      <w:proofErr w:type="spellEnd"/>
      <w:r w:rsidR="00B333C3" w:rsidRPr="00D97086">
        <w:rPr>
          <w:rFonts w:ascii="Times New Roman" w:hAnsi="Times New Roman" w:cs="Times New Roman"/>
          <w:sz w:val="24"/>
          <w:szCs w:val="24"/>
        </w:rPr>
        <w:t xml:space="preserve"> </w:t>
      </w:r>
      <w:proofErr w:type="spellStart"/>
      <w:r w:rsidR="00B333C3" w:rsidRPr="00D97086">
        <w:rPr>
          <w:rFonts w:ascii="Times New Roman" w:hAnsi="Times New Roman" w:cs="Times New Roman"/>
          <w:sz w:val="24"/>
          <w:szCs w:val="24"/>
        </w:rPr>
        <w:t>ndërtuar</w:t>
      </w:r>
      <w:proofErr w:type="spellEnd"/>
      <w:r w:rsidR="00B333C3" w:rsidRPr="00D97086">
        <w:rPr>
          <w:rFonts w:ascii="Times New Roman" w:hAnsi="Times New Roman" w:cs="Times New Roman"/>
          <w:sz w:val="24"/>
          <w:szCs w:val="24"/>
        </w:rPr>
        <w:t xml:space="preserve"> </w:t>
      </w:r>
      <w:proofErr w:type="spellStart"/>
      <w:r w:rsidR="00B333C3" w:rsidRPr="00D97086">
        <w:rPr>
          <w:rFonts w:ascii="Times New Roman" w:hAnsi="Times New Roman" w:cs="Times New Roman"/>
          <w:sz w:val="24"/>
          <w:szCs w:val="24"/>
        </w:rPr>
        <w:t>mbi</w:t>
      </w:r>
      <w:proofErr w:type="spellEnd"/>
      <w:r w:rsidR="00B333C3" w:rsidRPr="00D97086">
        <w:rPr>
          <w:rFonts w:ascii="Times New Roman" w:hAnsi="Times New Roman" w:cs="Times New Roman"/>
          <w:sz w:val="24"/>
          <w:szCs w:val="24"/>
        </w:rPr>
        <w:t xml:space="preserve"> të </w:t>
      </w:r>
      <w:proofErr w:type="spellStart"/>
      <w:r w:rsidR="00B333C3" w:rsidRPr="00D97086">
        <w:rPr>
          <w:rFonts w:ascii="Times New Roman" w:hAnsi="Times New Roman" w:cs="Times New Roman"/>
          <w:sz w:val="24"/>
          <w:szCs w:val="24"/>
        </w:rPr>
        <w:t>dhëna</w:t>
      </w:r>
      <w:proofErr w:type="spellEnd"/>
      <w:r w:rsidR="00B333C3" w:rsidRPr="00D97086">
        <w:rPr>
          <w:rFonts w:ascii="Times New Roman" w:hAnsi="Times New Roman" w:cs="Times New Roman"/>
          <w:sz w:val="24"/>
          <w:szCs w:val="24"/>
        </w:rPr>
        <w:t xml:space="preserve"> të </w:t>
      </w:r>
      <w:proofErr w:type="spellStart"/>
      <w:r w:rsidR="00B333C3" w:rsidRPr="00D97086">
        <w:rPr>
          <w:rFonts w:ascii="Times New Roman" w:hAnsi="Times New Roman" w:cs="Times New Roman"/>
          <w:sz w:val="24"/>
          <w:szCs w:val="24"/>
        </w:rPr>
        <w:t>verifikuara</w:t>
      </w:r>
      <w:proofErr w:type="spellEnd"/>
      <w:r w:rsidR="00B333C3" w:rsidRPr="00D97086">
        <w:rPr>
          <w:rFonts w:ascii="Times New Roman" w:hAnsi="Times New Roman" w:cs="Times New Roman"/>
          <w:sz w:val="24"/>
          <w:szCs w:val="24"/>
        </w:rPr>
        <w:t xml:space="preserve">. </w:t>
      </w:r>
      <w:proofErr w:type="spellStart"/>
      <w:r w:rsidR="00B333C3" w:rsidRPr="00D97086">
        <w:rPr>
          <w:rFonts w:ascii="Times New Roman" w:hAnsi="Times New Roman" w:cs="Times New Roman"/>
          <w:sz w:val="24"/>
          <w:szCs w:val="24"/>
        </w:rPr>
        <w:t>Për</w:t>
      </w:r>
      <w:proofErr w:type="spellEnd"/>
      <w:r w:rsidR="00B333C3" w:rsidRPr="00D97086">
        <w:rPr>
          <w:rFonts w:ascii="Times New Roman" w:hAnsi="Times New Roman" w:cs="Times New Roman"/>
          <w:sz w:val="24"/>
          <w:szCs w:val="24"/>
        </w:rPr>
        <w:t xml:space="preserve"> </w:t>
      </w:r>
      <w:proofErr w:type="spellStart"/>
      <w:r w:rsidR="00B333C3" w:rsidRPr="00D97086">
        <w:rPr>
          <w:rFonts w:ascii="Times New Roman" w:hAnsi="Times New Roman" w:cs="Times New Roman"/>
          <w:sz w:val="24"/>
          <w:szCs w:val="24"/>
        </w:rPr>
        <w:t>çdo</w:t>
      </w:r>
      <w:proofErr w:type="spellEnd"/>
      <w:r w:rsidR="00B333C3" w:rsidRPr="00D97086">
        <w:rPr>
          <w:rFonts w:ascii="Times New Roman" w:hAnsi="Times New Roman" w:cs="Times New Roman"/>
          <w:sz w:val="24"/>
          <w:szCs w:val="24"/>
        </w:rPr>
        <w:t xml:space="preserve"> hap </w:t>
      </w:r>
      <w:proofErr w:type="spellStart"/>
      <w:r w:rsidR="00B333C3" w:rsidRPr="00D97086">
        <w:rPr>
          <w:rFonts w:ascii="Times New Roman" w:hAnsi="Times New Roman" w:cs="Times New Roman"/>
          <w:sz w:val="24"/>
          <w:szCs w:val="24"/>
        </w:rPr>
        <w:t>kemi</w:t>
      </w:r>
      <w:proofErr w:type="spellEnd"/>
      <w:r w:rsidR="00B333C3" w:rsidRPr="00D97086">
        <w:rPr>
          <w:rFonts w:ascii="Times New Roman" w:hAnsi="Times New Roman" w:cs="Times New Roman"/>
          <w:sz w:val="24"/>
          <w:szCs w:val="24"/>
        </w:rPr>
        <w:t xml:space="preserve"> </w:t>
      </w:r>
      <w:proofErr w:type="spellStart"/>
      <w:r w:rsidR="00B333C3" w:rsidRPr="00D97086">
        <w:rPr>
          <w:rFonts w:ascii="Times New Roman" w:hAnsi="Times New Roman" w:cs="Times New Roman"/>
          <w:sz w:val="24"/>
          <w:szCs w:val="24"/>
        </w:rPr>
        <w:t>bërë</w:t>
      </w:r>
      <w:proofErr w:type="spellEnd"/>
      <w:r w:rsidR="00B333C3" w:rsidRPr="00D97086">
        <w:rPr>
          <w:rFonts w:ascii="Times New Roman" w:hAnsi="Times New Roman" w:cs="Times New Roman"/>
          <w:sz w:val="24"/>
          <w:szCs w:val="24"/>
        </w:rPr>
        <w:t xml:space="preserve"> </w:t>
      </w:r>
      <w:proofErr w:type="spellStart"/>
      <w:r w:rsidR="00B333C3" w:rsidRPr="00D97086">
        <w:rPr>
          <w:rFonts w:ascii="Times New Roman" w:hAnsi="Times New Roman" w:cs="Times New Roman"/>
          <w:sz w:val="24"/>
          <w:szCs w:val="24"/>
        </w:rPr>
        <w:t>njoftime</w:t>
      </w:r>
      <w:proofErr w:type="spellEnd"/>
      <w:r w:rsidR="00B333C3" w:rsidRPr="00D97086">
        <w:rPr>
          <w:rFonts w:ascii="Times New Roman" w:hAnsi="Times New Roman" w:cs="Times New Roman"/>
          <w:sz w:val="24"/>
          <w:szCs w:val="24"/>
        </w:rPr>
        <w:t xml:space="preserve"> </w:t>
      </w:r>
      <w:proofErr w:type="spellStart"/>
      <w:r w:rsidR="00B333C3" w:rsidRPr="00D97086">
        <w:rPr>
          <w:rFonts w:ascii="Times New Roman" w:hAnsi="Times New Roman" w:cs="Times New Roman"/>
          <w:sz w:val="24"/>
          <w:szCs w:val="24"/>
        </w:rPr>
        <w:t>publike</w:t>
      </w:r>
      <w:proofErr w:type="spellEnd"/>
      <w:r w:rsidR="00B333C3" w:rsidRPr="00D97086">
        <w:rPr>
          <w:rFonts w:ascii="Times New Roman" w:hAnsi="Times New Roman" w:cs="Times New Roman"/>
          <w:sz w:val="24"/>
          <w:szCs w:val="24"/>
        </w:rPr>
        <w:t xml:space="preserve"> </w:t>
      </w:r>
      <w:proofErr w:type="spellStart"/>
      <w:r w:rsidR="00B333C3" w:rsidRPr="00D97086">
        <w:rPr>
          <w:rFonts w:ascii="Times New Roman" w:hAnsi="Times New Roman" w:cs="Times New Roman"/>
          <w:sz w:val="24"/>
          <w:szCs w:val="24"/>
        </w:rPr>
        <w:t>dhe</w:t>
      </w:r>
      <w:proofErr w:type="spellEnd"/>
      <w:r w:rsidR="00B333C3" w:rsidRPr="00D97086">
        <w:rPr>
          <w:rFonts w:ascii="Times New Roman" w:hAnsi="Times New Roman" w:cs="Times New Roman"/>
          <w:sz w:val="24"/>
          <w:szCs w:val="24"/>
        </w:rPr>
        <w:t xml:space="preserve"> </w:t>
      </w:r>
      <w:proofErr w:type="spellStart"/>
      <w:r w:rsidR="00B333C3" w:rsidRPr="00D97086">
        <w:rPr>
          <w:rFonts w:ascii="Times New Roman" w:hAnsi="Times New Roman" w:cs="Times New Roman"/>
          <w:sz w:val="24"/>
          <w:szCs w:val="24"/>
        </w:rPr>
        <w:t>kemi</w:t>
      </w:r>
      <w:proofErr w:type="spellEnd"/>
      <w:r w:rsidR="00B333C3" w:rsidRPr="00D97086">
        <w:rPr>
          <w:rFonts w:ascii="Times New Roman" w:hAnsi="Times New Roman" w:cs="Times New Roman"/>
          <w:sz w:val="24"/>
          <w:szCs w:val="24"/>
        </w:rPr>
        <w:t xml:space="preserve"> </w:t>
      </w:r>
      <w:proofErr w:type="spellStart"/>
      <w:r w:rsidR="00B333C3" w:rsidRPr="00D97086">
        <w:rPr>
          <w:rFonts w:ascii="Times New Roman" w:hAnsi="Times New Roman" w:cs="Times New Roman"/>
          <w:sz w:val="24"/>
          <w:szCs w:val="24"/>
        </w:rPr>
        <w:t>mbajtur</w:t>
      </w:r>
      <w:proofErr w:type="spellEnd"/>
      <w:r w:rsidR="00B333C3" w:rsidRPr="00D97086">
        <w:rPr>
          <w:rFonts w:ascii="Times New Roman" w:hAnsi="Times New Roman" w:cs="Times New Roman"/>
          <w:sz w:val="24"/>
          <w:szCs w:val="24"/>
        </w:rPr>
        <w:t xml:space="preserve"> </w:t>
      </w:r>
      <w:proofErr w:type="spellStart"/>
      <w:r w:rsidR="00B333C3" w:rsidRPr="00D97086">
        <w:rPr>
          <w:rFonts w:ascii="Times New Roman" w:hAnsi="Times New Roman" w:cs="Times New Roman"/>
          <w:sz w:val="24"/>
          <w:szCs w:val="24"/>
        </w:rPr>
        <w:t>regjistër</w:t>
      </w:r>
      <w:proofErr w:type="spellEnd"/>
      <w:r w:rsidR="00B333C3" w:rsidRPr="00D97086">
        <w:rPr>
          <w:rFonts w:ascii="Times New Roman" w:hAnsi="Times New Roman" w:cs="Times New Roman"/>
          <w:sz w:val="24"/>
          <w:szCs w:val="24"/>
        </w:rPr>
        <w:t xml:space="preserve"> të </w:t>
      </w:r>
      <w:proofErr w:type="spellStart"/>
      <w:r w:rsidR="00B333C3" w:rsidRPr="00D97086">
        <w:rPr>
          <w:rFonts w:ascii="Times New Roman" w:hAnsi="Times New Roman" w:cs="Times New Roman"/>
          <w:sz w:val="24"/>
          <w:szCs w:val="24"/>
        </w:rPr>
        <w:t>komenteve</w:t>
      </w:r>
      <w:proofErr w:type="spellEnd"/>
      <w:r w:rsidR="00B333C3" w:rsidRPr="00D97086">
        <w:rPr>
          <w:rFonts w:ascii="Times New Roman" w:hAnsi="Times New Roman" w:cs="Times New Roman"/>
          <w:sz w:val="24"/>
          <w:szCs w:val="24"/>
        </w:rPr>
        <w:t xml:space="preserve"> </w:t>
      </w:r>
      <w:proofErr w:type="spellStart"/>
      <w:r w:rsidR="00B333C3" w:rsidRPr="00D97086">
        <w:rPr>
          <w:rFonts w:ascii="Times New Roman" w:hAnsi="Times New Roman" w:cs="Times New Roman"/>
          <w:sz w:val="24"/>
          <w:szCs w:val="24"/>
        </w:rPr>
        <w:t>dhe</w:t>
      </w:r>
      <w:proofErr w:type="spellEnd"/>
      <w:r w:rsidR="00B333C3" w:rsidRPr="00D97086">
        <w:rPr>
          <w:rFonts w:ascii="Times New Roman" w:hAnsi="Times New Roman" w:cs="Times New Roman"/>
          <w:sz w:val="24"/>
          <w:szCs w:val="24"/>
        </w:rPr>
        <w:t xml:space="preserve"> </w:t>
      </w:r>
      <w:proofErr w:type="spellStart"/>
      <w:r w:rsidR="00B333C3" w:rsidRPr="00D97086">
        <w:rPr>
          <w:rFonts w:ascii="Times New Roman" w:hAnsi="Times New Roman" w:cs="Times New Roman"/>
          <w:sz w:val="24"/>
          <w:szCs w:val="24"/>
        </w:rPr>
        <w:t>propozimeve</w:t>
      </w:r>
      <w:proofErr w:type="spellEnd"/>
      <w:r w:rsidR="00B333C3" w:rsidRPr="00D97086">
        <w:rPr>
          <w:rFonts w:ascii="Times New Roman" w:hAnsi="Times New Roman" w:cs="Times New Roman"/>
          <w:sz w:val="24"/>
          <w:szCs w:val="24"/>
        </w:rPr>
        <w:t xml:space="preserve"> të </w:t>
      </w:r>
      <w:proofErr w:type="spellStart"/>
      <w:r w:rsidR="00B333C3" w:rsidRPr="00D97086">
        <w:rPr>
          <w:rFonts w:ascii="Times New Roman" w:hAnsi="Times New Roman" w:cs="Times New Roman"/>
          <w:sz w:val="24"/>
          <w:szCs w:val="24"/>
        </w:rPr>
        <w:t>marra</w:t>
      </w:r>
      <w:proofErr w:type="spellEnd"/>
      <w:r w:rsidR="00B333C3" w:rsidRPr="00D97086">
        <w:rPr>
          <w:rFonts w:ascii="Times New Roman" w:hAnsi="Times New Roman" w:cs="Times New Roman"/>
          <w:sz w:val="24"/>
          <w:szCs w:val="24"/>
        </w:rPr>
        <w:t xml:space="preserve"> </w:t>
      </w:r>
      <w:proofErr w:type="spellStart"/>
      <w:r w:rsidR="00B333C3" w:rsidRPr="00D97086">
        <w:rPr>
          <w:rFonts w:ascii="Times New Roman" w:hAnsi="Times New Roman" w:cs="Times New Roman"/>
          <w:sz w:val="24"/>
          <w:szCs w:val="24"/>
        </w:rPr>
        <w:t>gjatë</w:t>
      </w:r>
      <w:proofErr w:type="spellEnd"/>
      <w:r w:rsidR="00B333C3" w:rsidRPr="00D97086">
        <w:rPr>
          <w:rFonts w:ascii="Times New Roman" w:hAnsi="Times New Roman" w:cs="Times New Roman"/>
          <w:sz w:val="24"/>
          <w:szCs w:val="24"/>
        </w:rPr>
        <w:t xml:space="preserve"> </w:t>
      </w:r>
      <w:proofErr w:type="spellStart"/>
      <w:r w:rsidR="00B333C3" w:rsidRPr="00D97086">
        <w:rPr>
          <w:rFonts w:ascii="Times New Roman" w:hAnsi="Times New Roman" w:cs="Times New Roman"/>
          <w:sz w:val="24"/>
          <w:szCs w:val="24"/>
        </w:rPr>
        <w:t>konsultimeve</w:t>
      </w:r>
      <w:proofErr w:type="spellEnd"/>
      <w:r w:rsidR="00B333C3" w:rsidRPr="00D97086">
        <w:rPr>
          <w:rFonts w:ascii="Times New Roman" w:hAnsi="Times New Roman" w:cs="Times New Roman"/>
          <w:sz w:val="24"/>
          <w:szCs w:val="24"/>
        </w:rPr>
        <w:t>.</w:t>
      </w:r>
    </w:p>
    <w:p w14:paraId="224C1AE6" w14:textId="77777777" w:rsidR="00C95401" w:rsidRPr="00D97086" w:rsidRDefault="00F653AC" w:rsidP="00B06CA4">
      <w:pPr>
        <w:spacing w:line="240" w:lineRule="auto"/>
        <w:jc w:val="both"/>
        <w:rPr>
          <w:rFonts w:ascii="Times New Roman" w:hAnsi="Times New Roman" w:cs="Times New Roman"/>
          <w:sz w:val="24"/>
          <w:szCs w:val="24"/>
        </w:rPr>
      </w:pPr>
      <w:r w:rsidRPr="00D97086">
        <w:rPr>
          <w:rFonts w:ascii="Times New Roman" w:hAnsi="Times New Roman" w:cs="Times New Roman"/>
          <w:sz w:val="24"/>
          <w:szCs w:val="24"/>
        </w:rPr>
        <w:t xml:space="preserve">Procesi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hartimit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zhvillohet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faza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qarta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nisin me </w:t>
      </w:r>
      <w:proofErr w:type="spellStart"/>
      <w:r w:rsidRPr="00D97086">
        <w:rPr>
          <w:rFonts w:ascii="Times New Roman" w:hAnsi="Times New Roman" w:cs="Times New Roman"/>
          <w:sz w:val="24"/>
          <w:szCs w:val="24"/>
        </w:rPr>
        <w:t>nisjen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formale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procesit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vijojnë</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diagnozën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dizajnin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programeve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konsultimet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rishikimet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përmbyllen</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miratimin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publikimin</w:t>
      </w:r>
      <w:proofErr w:type="spellEnd"/>
      <w:r w:rsidRPr="00D97086">
        <w:rPr>
          <w:rFonts w:ascii="Times New Roman" w:hAnsi="Times New Roman" w:cs="Times New Roman"/>
          <w:sz w:val="24"/>
          <w:szCs w:val="24"/>
        </w:rPr>
        <w:t>.</w:t>
      </w:r>
    </w:p>
    <w:p w14:paraId="5CB0AFC3" w14:textId="77777777" w:rsidR="006D5823" w:rsidRPr="00D97086" w:rsidRDefault="006D5823" w:rsidP="00B06CA4">
      <w:pPr>
        <w:spacing w:line="240" w:lineRule="auto"/>
        <w:jc w:val="both"/>
        <w:rPr>
          <w:rFonts w:ascii="Times New Roman" w:hAnsi="Times New Roman" w:cs="Times New Roman"/>
          <w:sz w:val="24"/>
          <w:szCs w:val="24"/>
        </w:rPr>
      </w:pPr>
      <w:r w:rsidRPr="00D97086">
        <w:rPr>
          <w:rFonts w:ascii="Times New Roman" w:hAnsi="Times New Roman" w:cs="Times New Roman"/>
          <w:sz w:val="24"/>
          <w:szCs w:val="24"/>
        </w:rPr>
        <w:t xml:space="preserve">U </w:t>
      </w:r>
      <w:proofErr w:type="spellStart"/>
      <w:r w:rsidRPr="00D97086">
        <w:rPr>
          <w:rFonts w:ascii="Times New Roman" w:hAnsi="Times New Roman" w:cs="Times New Roman"/>
          <w:sz w:val="24"/>
          <w:szCs w:val="24"/>
        </w:rPr>
        <w:t>ngrit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struktura</w:t>
      </w:r>
      <w:proofErr w:type="spellEnd"/>
      <w:r w:rsidRPr="00D97086">
        <w:rPr>
          <w:rFonts w:ascii="Times New Roman" w:hAnsi="Times New Roman" w:cs="Times New Roman"/>
          <w:sz w:val="24"/>
          <w:szCs w:val="24"/>
        </w:rPr>
        <w:t xml:space="preserve"> e të </w:t>
      </w:r>
      <w:proofErr w:type="spellStart"/>
      <w:r w:rsidRPr="00D97086">
        <w:rPr>
          <w:rFonts w:ascii="Times New Roman" w:hAnsi="Times New Roman" w:cs="Times New Roman"/>
          <w:sz w:val="24"/>
          <w:szCs w:val="24"/>
        </w:rPr>
        <w:t>dhënave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nevojshme</w:t>
      </w:r>
      <w:proofErr w:type="spellEnd"/>
      <w:r w:rsidRPr="00D97086">
        <w:rPr>
          <w:rFonts w:ascii="Times New Roman" w:hAnsi="Times New Roman" w:cs="Times New Roman"/>
          <w:sz w:val="24"/>
          <w:szCs w:val="24"/>
        </w:rPr>
        <w:t xml:space="preserve">; ajo u </w:t>
      </w:r>
      <w:proofErr w:type="spellStart"/>
      <w:r w:rsidRPr="00D97086">
        <w:rPr>
          <w:rFonts w:ascii="Times New Roman" w:hAnsi="Times New Roman" w:cs="Times New Roman"/>
          <w:sz w:val="24"/>
          <w:szCs w:val="24"/>
        </w:rPr>
        <w:t>plotësua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Bashkia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institucionet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tjera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publike</w:t>
      </w:r>
      <w:proofErr w:type="spellEnd"/>
      <w:r w:rsidRPr="00D97086">
        <w:rPr>
          <w:rFonts w:ascii="Times New Roman" w:hAnsi="Times New Roman" w:cs="Times New Roman"/>
          <w:sz w:val="24"/>
          <w:szCs w:val="24"/>
        </w:rPr>
        <w:t xml:space="preserve">, u </w:t>
      </w:r>
      <w:proofErr w:type="spellStart"/>
      <w:r w:rsidRPr="00D97086">
        <w:rPr>
          <w:rFonts w:ascii="Times New Roman" w:hAnsi="Times New Roman" w:cs="Times New Roman"/>
          <w:sz w:val="24"/>
          <w:szCs w:val="24"/>
        </w:rPr>
        <w:t>verifikua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administrativisht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u </w:t>
      </w:r>
      <w:proofErr w:type="spellStart"/>
      <w:r w:rsidRPr="00D97086">
        <w:rPr>
          <w:rFonts w:ascii="Times New Roman" w:hAnsi="Times New Roman" w:cs="Times New Roman"/>
          <w:sz w:val="24"/>
          <w:szCs w:val="24"/>
        </w:rPr>
        <w:t>harmonizua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përpara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analizës</w:t>
      </w:r>
      <w:proofErr w:type="spellEnd"/>
      <w:r w:rsidRPr="00D97086">
        <w:rPr>
          <w:rFonts w:ascii="Times New Roman" w:hAnsi="Times New Roman" w:cs="Times New Roman"/>
          <w:sz w:val="24"/>
          <w:szCs w:val="24"/>
        </w:rPr>
        <w:t>.</w:t>
      </w:r>
    </w:p>
    <w:p w14:paraId="0153AD40" w14:textId="77777777" w:rsidR="006D5823" w:rsidRPr="00D97086" w:rsidRDefault="00B333C3" w:rsidP="00B06CA4">
      <w:pPr>
        <w:spacing w:line="240" w:lineRule="auto"/>
        <w:jc w:val="both"/>
        <w:rPr>
          <w:rFonts w:ascii="Times New Roman" w:hAnsi="Times New Roman" w:cs="Times New Roman"/>
          <w:sz w:val="24"/>
          <w:szCs w:val="24"/>
        </w:rPr>
      </w:pPr>
      <w:r w:rsidRPr="00D97086">
        <w:rPr>
          <w:rFonts w:ascii="Times New Roman" w:hAnsi="Times New Roman" w:cs="Times New Roman"/>
          <w:sz w:val="24"/>
          <w:szCs w:val="24"/>
        </w:rPr>
        <w:t xml:space="preserve">U </w:t>
      </w:r>
      <w:proofErr w:type="spellStart"/>
      <w:r w:rsidRPr="00D97086">
        <w:rPr>
          <w:rFonts w:ascii="Times New Roman" w:hAnsi="Times New Roman" w:cs="Times New Roman"/>
          <w:sz w:val="24"/>
          <w:szCs w:val="24"/>
        </w:rPr>
        <w:t>krye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analiza</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dokumenteve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përkatëse</w:t>
      </w:r>
      <w:proofErr w:type="spellEnd"/>
      <w:r w:rsidRPr="00D97086">
        <w:rPr>
          <w:rFonts w:ascii="Times New Roman" w:hAnsi="Times New Roman" w:cs="Times New Roman"/>
          <w:sz w:val="24"/>
          <w:szCs w:val="24"/>
        </w:rPr>
        <w:t xml:space="preserve">: u </w:t>
      </w:r>
      <w:proofErr w:type="spellStart"/>
      <w:r w:rsidRPr="00D97086">
        <w:rPr>
          <w:rFonts w:ascii="Times New Roman" w:hAnsi="Times New Roman" w:cs="Times New Roman"/>
          <w:sz w:val="24"/>
          <w:szCs w:val="24"/>
        </w:rPr>
        <w:t>hartua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lista</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referencave</w:t>
      </w:r>
      <w:proofErr w:type="spellEnd"/>
      <w:r w:rsidRPr="00D97086">
        <w:rPr>
          <w:rFonts w:ascii="Times New Roman" w:hAnsi="Times New Roman" w:cs="Times New Roman"/>
          <w:sz w:val="24"/>
          <w:szCs w:val="24"/>
        </w:rPr>
        <w:t xml:space="preserve">, u </w:t>
      </w:r>
      <w:proofErr w:type="spellStart"/>
      <w:r w:rsidRPr="00D97086">
        <w:rPr>
          <w:rFonts w:ascii="Times New Roman" w:hAnsi="Times New Roman" w:cs="Times New Roman"/>
          <w:sz w:val="24"/>
          <w:szCs w:val="24"/>
        </w:rPr>
        <w:t>shqyrtuan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ligjet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aktet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nënligjore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fuqi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strategjitë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kombëtare</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vendore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dokumentet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planifikimit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territorit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Qëllimi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ishte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sigurohej</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përputhshmëria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ligjore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qartësoheshin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kompetencat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bashkisë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Dispozitat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kyçe</w:t>
      </w:r>
      <w:proofErr w:type="spellEnd"/>
      <w:r w:rsidRPr="00D97086">
        <w:rPr>
          <w:rFonts w:ascii="Times New Roman" w:hAnsi="Times New Roman" w:cs="Times New Roman"/>
          <w:sz w:val="24"/>
          <w:szCs w:val="24"/>
        </w:rPr>
        <w:t xml:space="preserve"> u </w:t>
      </w:r>
      <w:proofErr w:type="spellStart"/>
      <w:r w:rsidRPr="00D97086">
        <w:rPr>
          <w:rFonts w:ascii="Times New Roman" w:hAnsi="Times New Roman" w:cs="Times New Roman"/>
          <w:sz w:val="24"/>
          <w:szCs w:val="24"/>
        </w:rPr>
        <w:t>hartëzuan</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Tabelën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përputhshmërisë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gjetjet</w:t>
      </w:r>
      <w:proofErr w:type="spellEnd"/>
      <w:r w:rsidRPr="00D97086">
        <w:rPr>
          <w:rFonts w:ascii="Times New Roman" w:hAnsi="Times New Roman" w:cs="Times New Roman"/>
          <w:sz w:val="24"/>
          <w:szCs w:val="24"/>
        </w:rPr>
        <w:t xml:space="preserve"> u </w:t>
      </w:r>
      <w:proofErr w:type="spellStart"/>
      <w:r w:rsidRPr="00D97086">
        <w:rPr>
          <w:rFonts w:ascii="Times New Roman" w:hAnsi="Times New Roman" w:cs="Times New Roman"/>
          <w:sz w:val="24"/>
          <w:szCs w:val="24"/>
        </w:rPr>
        <w:t>integruan</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strukturën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objektivave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programeve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planit</w:t>
      </w:r>
      <w:proofErr w:type="spellEnd"/>
    </w:p>
    <w:p w14:paraId="022A28D3" w14:textId="77777777" w:rsidR="00B333C3" w:rsidRPr="00D97086" w:rsidRDefault="00B333C3" w:rsidP="00B06CA4">
      <w:pPr>
        <w:spacing w:line="240" w:lineRule="auto"/>
        <w:jc w:val="both"/>
        <w:rPr>
          <w:rFonts w:ascii="Times New Roman" w:hAnsi="Times New Roman" w:cs="Times New Roman"/>
          <w:sz w:val="24"/>
          <w:szCs w:val="24"/>
        </w:rPr>
      </w:pPr>
      <w:r w:rsidRPr="00D97086">
        <w:rPr>
          <w:rFonts w:ascii="Times New Roman" w:hAnsi="Times New Roman" w:cs="Times New Roman"/>
          <w:sz w:val="24"/>
          <w:szCs w:val="24"/>
        </w:rPr>
        <w:t xml:space="preserve">U </w:t>
      </w:r>
      <w:proofErr w:type="spellStart"/>
      <w:r w:rsidRPr="00D97086">
        <w:rPr>
          <w:rFonts w:ascii="Times New Roman" w:hAnsi="Times New Roman" w:cs="Times New Roman"/>
          <w:sz w:val="24"/>
          <w:szCs w:val="24"/>
        </w:rPr>
        <w:t>zhvillua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dëgjimi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palëve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interesuara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përmes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intervistave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gjysmë</w:t>
      </w:r>
      <w:proofErr w:type="spellEnd"/>
      <w:r w:rsidRPr="00D97086">
        <w:rPr>
          <w:rFonts w:ascii="MS Mincho" w:eastAsia="MS Mincho" w:hAnsi="MS Mincho" w:cs="MS Mincho"/>
          <w:sz w:val="24"/>
          <w:szCs w:val="24"/>
        </w:rPr>
        <w:t>‑</w:t>
      </w:r>
      <w:r w:rsidRPr="00D97086">
        <w:rPr>
          <w:rFonts w:ascii="Times New Roman" w:hAnsi="Times New Roman" w:cs="Times New Roman"/>
          <w:sz w:val="24"/>
          <w:szCs w:val="24"/>
        </w:rPr>
        <w:t xml:space="preserve">të </w:t>
      </w:r>
      <w:proofErr w:type="spellStart"/>
      <w:r w:rsidRPr="00D97086">
        <w:rPr>
          <w:rFonts w:ascii="Times New Roman" w:hAnsi="Times New Roman" w:cs="Times New Roman"/>
          <w:sz w:val="24"/>
          <w:szCs w:val="24"/>
        </w:rPr>
        <w:t>strukturuara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takimeve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fokus</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drejtues</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specialistë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bashkisë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ofrues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shërbimesh</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përfaqësues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komunitetesh</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qytetarë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Përzgjedhja</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pjesëmarrësve</w:t>
      </w:r>
      <w:proofErr w:type="spellEnd"/>
      <w:r w:rsidRPr="00D97086">
        <w:rPr>
          <w:rFonts w:ascii="Times New Roman" w:hAnsi="Times New Roman" w:cs="Times New Roman"/>
          <w:sz w:val="24"/>
          <w:szCs w:val="24"/>
        </w:rPr>
        <w:t xml:space="preserve"> u </w:t>
      </w:r>
      <w:proofErr w:type="spellStart"/>
      <w:r w:rsidRPr="00D97086">
        <w:rPr>
          <w:rFonts w:ascii="Times New Roman" w:hAnsi="Times New Roman" w:cs="Times New Roman"/>
          <w:sz w:val="24"/>
          <w:szCs w:val="24"/>
        </w:rPr>
        <w:t>bë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përmes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ftesave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synuara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grupet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nevojë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w:t>
      </w:r>
      <w:proofErr w:type="spellEnd"/>
      <w:r w:rsidRPr="00D97086">
        <w:rPr>
          <w:rFonts w:ascii="Times New Roman" w:hAnsi="Times New Roman" w:cs="Times New Roman"/>
          <w:sz w:val="24"/>
          <w:szCs w:val="24"/>
        </w:rPr>
        <w:t xml:space="preserve"> me të </w:t>
      </w:r>
      <w:proofErr w:type="spellStart"/>
      <w:r w:rsidRPr="00D97086">
        <w:rPr>
          <w:rFonts w:ascii="Times New Roman" w:hAnsi="Times New Roman" w:cs="Times New Roman"/>
          <w:sz w:val="24"/>
          <w:szCs w:val="24"/>
        </w:rPr>
        <w:t>ardhura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ulëta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komunitetet</w:t>
      </w:r>
      <w:proofErr w:type="spellEnd"/>
      <w:r w:rsidRPr="00D97086">
        <w:rPr>
          <w:rFonts w:ascii="Times New Roman" w:hAnsi="Times New Roman" w:cs="Times New Roman"/>
          <w:sz w:val="24"/>
          <w:szCs w:val="24"/>
        </w:rPr>
        <w:t xml:space="preserve"> Roma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Egjiptian</w:t>
      </w:r>
      <w:proofErr w:type="spellEnd"/>
      <w:r w:rsidRPr="00D97086">
        <w:rPr>
          <w:rFonts w:ascii="Times New Roman" w:hAnsi="Times New Roman" w:cs="Times New Roman"/>
          <w:sz w:val="24"/>
          <w:szCs w:val="24"/>
        </w:rPr>
        <w:t xml:space="preserve">, persona me </w:t>
      </w:r>
      <w:proofErr w:type="spellStart"/>
      <w:r w:rsidRPr="00D97086">
        <w:rPr>
          <w:rFonts w:ascii="Times New Roman" w:hAnsi="Times New Roman" w:cs="Times New Roman"/>
          <w:sz w:val="24"/>
          <w:szCs w:val="24"/>
        </w:rPr>
        <w:t>aftësi</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kufizuara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kryefamiljare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Kontributet</w:t>
      </w:r>
      <w:proofErr w:type="spellEnd"/>
      <w:r w:rsidRPr="00D97086">
        <w:rPr>
          <w:rFonts w:ascii="Times New Roman" w:hAnsi="Times New Roman" w:cs="Times New Roman"/>
          <w:sz w:val="24"/>
          <w:szCs w:val="24"/>
        </w:rPr>
        <w:t xml:space="preserve"> u </w:t>
      </w:r>
      <w:proofErr w:type="spellStart"/>
      <w:r w:rsidRPr="00D97086">
        <w:rPr>
          <w:rFonts w:ascii="Times New Roman" w:hAnsi="Times New Roman" w:cs="Times New Roman"/>
          <w:sz w:val="24"/>
          <w:szCs w:val="24"/>
        </w:rPr>
        <w:t>dokumentuan</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minuta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tematikisht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çështje</w:t>
      </w:r>
      <w:proofErr w:type="spellEnd"/>
      <w:r w:rsidRPr="00D97086">
        <w:rPr>
          <w:rFonts w:ascii="Times New Roman" w:hAnsi="Times New Roman" w:cs="Times New Roman"/>
          <w:sz w:val="24"/>
          <w:szCs w:val="24"/>
        </w:rPr>
        <w:t>/</w:t>
      </w:r>
      <w:proofErr w:type="spellStart"/>
      <w:r w:rsidRPr="00D97086">
        <w:rPr>
          <w:rFonts w:ascii="Times New Roman" w:hAnsi="Times New Roman" w:cs="Times New Roman"/>
          <w:sz w:val="24"/>
          <w:szCs w:val="24"/>
        </w:rPr>
        <w:t>propozim</w:t>
      </w:r>
      <w:proofErr w:type="spellEnd"/>
      <w:r w:rsidRPr="00D97086">
        <w:rPr>
          <w:rFonts w:ascii="Times New Roman" w:hAnsi="Times New Roman" w:cs="Times New Roman"/>
          <w:sz w:val="24"/>
          <w:szCs w:val="24"/>
        </w:rPr>
        <w:t xml:space="preserve">), u </w:t>
      </w:r>
      <w:proofErr w:type="spellStart"/>
      <w:r w:rsidRPr="00D97086">
        <w:rPr>
          <w:rFonts w:ascii="Times New Roman" w:hAnsi="Times New Roman" w:cs="Times New Roman"/>
          <w:sz w:val="24"/>
          <w:szCs w:val="24"/>
        </w:rPr>
        <w:t>anonimizuan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kur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përfshinin</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dhëna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personale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u </w:t>
      </w:r>
      <w:proofErr w:type="spellStart"/>
      <w:r w:rsidRPr="00D97086">
        <w:rPr>
          <w:rFonts w:ascii="Times New Roman" w:hAnsi="Times New Roman" w:cs="Times New Roman"/>
          <w:sz w:val="24"/>
          <w:szCs w:val="24"/>
        </w:rPr>
        <w:t>hartëzuan</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tabelën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Gjetje</w:t>
      </w:r>
      <w:proofErr w:type="spellEnd"/>
      <w:r w:rsidRPr="00D97086">
        <w:rPr>
          <w:rFonts w:ascii="Times New Roman" w:hAnsi="Times New Roman" w:cs="Times New Roman"/>
          <w:sz w:val="24"/>
          <w:szCs w:val="24"/>
        </w:rPr>
        <w:t xml:space="preserve"> → </w:t>
      </w:r>
      <w:proofErr w:type="spellStart"/>
      <w:r w:rsidRPr="00D97086">
        <w:rPr>
          <w:rFonts w:ascii="Times New Roman" w:hAnsi="Times New Roman" w:cs="Times New Roman"/>
          <w:sz w:val="24"/>
          <w:szCs w:val="24"/>
        </w:rPr>
        <w:t>Nevojë</w:t>
      </w:r>
      <w:proofErr w:type="spellEnd"/>
      <w:r w:rsidRPr="00D97086">
        <w:rPr>
          <w:rFonts w:ascii="Times New Roman" w:hAnsi="Times New Roman" w:cs="Times New Roman"/>
          <w:sz w:val="24"/>
          <w:szCs w:val="24"/>
        </w:rPr>
        <w:t xml:space="preserve"> → </w:t>
      </w:r>
      <w:proofErr w:type="spellStart"/>
      <w:r w:rsidRPr="00D97086">
        <w:rPr>
          <w:rFonts w:ascii="Times New Roman" w:hAnsi="Times New Roman" w:cs="Times New Roman"/>
          <w:sz w:val="24"/>
          <w:szCs w:val="24"/>
        </w:rPr>
        <w:t>Masë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çdo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takim</w:t>
      </w:r>
      <w:proofErr w:type="spellEnd"/>
      <w:r w:rsidRPr="00D97086">
        <w:rPr>
          <w:rFonts w:ascii="Times New Roman" w:hAnsi="Times New Roman" w:cs="Times New Roman"/>
          <w:sz w:val="24"/>
          <w:szCs w:val="24"/>
        </w:rPr>
        <w:t xml:space="preserve"> u </w:t>
      </w:r>
      <w:proofErr w:type="spellStart"/>
      <w:r w:rsidRPr="00D97086">
        <w:rPr>
          <w:rFonts w:ascii="Times New Roman" w:hAnsi="Times New Roman" w:cs="Times New Roman"/>
          <w:sz w:val="24"/>
          <w:szCs w:val="24"/>
        </w:rPr>
        <w:t>publikua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përmbledhja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u dha </w:t>
      </w:r>
      <w:proofErr w:type="spellStart"/>
      <w:r w:rsidRPr="00D97086">
        <w:rPr>
          <w:rFonts w:ascii="Times New Roman" w:hAnsi="Times New Roman" w:cs="Times New Roman"/>
          <w:sz w:val="24"/>
          <w:szCs w:val="24"/>
        </w:rPr>
        <w:t>përgjigje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institucionale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mënyrën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w:t>
      </w:r>
      <w:proofErr w:type="spellEnd"/>
      <w:r w:rsidRPr="00D97086">
        <w:rPr>
          <w:rFonts w:ascii="Times New Roman" w:hAnsi="Times New Roman" w:cs="Times New Roman"/>
          <w:sz w:val="24"/>
          <w:szCs w:val="24"/>
        </w:rPr>
        <w:t xml:space="preserve"> u </w:t>
      </w:r>
      <w:proofErr w:type="spellStart"/>
      <w:r w:rsidRPr="00D97086">
        <w:rPr>
          <w:rFonts w:ascii="Times New Roman" w:hAnsi="Times New Roman" w:cs="Times New Roman"/>
          <w:sz w:val="24"/>
          <w:szCs w:val="24"/>
        </w:rPr>
        <w:t>reflektuan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sugjerimet</w:t>
      </w:r>
      <w:proofErr w:type="spellEnd"/>
      <w:r w:rsidRPr="00D97086">
        <w:rPr>
          <w:rFonts w:ascii="Times New Roman" w:hAnsi="Times New Roman" w:cs="Times New Roman"/>
          <w:sz w:val="24"/>
          <w:szCs w:val="24"/>
        </w:rPr>
        <w:t xml:space="preserve"> në plan.</w:t>
      </w:r>
    </w:p>
    <w:p w14:paraId="266CDF73" w14:textId="77777777" w:rsidR="00B333C3" w:rsidRPr="00D97086" w:rsidRDefault="00B333C3" w:rsidP="00B06CA4">
      <w:pPr>
        <w:spacing w:line="240" w:lineRule="auto"/>
        <w:jc w:val="both"/>
        <w:rPr>
          <w:rFonts w:ascii="Times New Roman" w:hAnsi="Times New Roman" w:cs="Times New Roman"/>
          <w:sz w:val="24"/>
          <w:szCs w:val="24"/>
        </w:rPr>
      </w:pPr>
      <w:r w:rsidRPr="00D97086">
        <w:rPr>
          <w:rFonts w:ascii="Times New Roman" w:hAnsi="Times New Roman" w:cs="Times New Roman"/>
          <w:sz w:val="24"/>
          <w:szCs w:val="24"/>
        </w:rPr>
        <w:lastRenderedPageBreak/>
        <w:t xml:space="preserve">U </w:t>
      </w:r>
      <w:proofErr w:type="spellStart"/>
      <w:r w:rsidRPr="00D97086">
        <w:rPr>
          <w:rFonts w:ascii="Times New Roman" w:hAnsi="Times New Roman" w:cs="Times New Roman"/>
          <w:sz w:val="24"/>
          <w:szCs w:val="24"/>
        </w:rPr>
        <w:t>zhvilluan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konsultime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publike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çdo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fazë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kyçe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procesit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publikim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paraprak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materialeve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takime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dëgjimore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sallën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bashkisë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seanca</w:t>
      </w:r>
      <w:proofErr w:type="spellEnd"/>
      <w:r w:rsidRPr="00D97086">
        <w:rPr>
          <w:rFonts w:ascii="Times New Roman" w:hAnsi="Times New Roman" w:cs="Times New Roman"/>
          <w:sz w:val="24"/>
          <w:szCs w:val="24"/>
        </w:rPr>
        <w:t xml:space="preserve"> online. </w:t>
      </w:r>
      <w:proofErr w:type="spellStart"/>
      <w:r w:rsidRPr="00D97086">
        <w:rPr>
          <w:rFonts w:ascii="Times New Roman" w:hAnsi="Times New Roman" w:cs="Times New Roman"/>
          <w:sz w:val="24"/>
          <w:szCs w:val="24"/>
        </w:rPr>
        <w:t>Ftesat</w:t>
      </w:r>
      <w:proofErr w:type="spellEnd"/>
      <w:r w:rsidRPr="00D97086">
        <w:rPr>
          <w:rFonts w:ascii="Times New Roman" w:hAnsi="Times New Roman" w:cs="Times New Roman"/>
          <w:sz w:val="24"/>
          <w:szCs w:val="24"/>
        </w:rPr>
        <w:t xml:space="preserve"> u </w:t>
      </w:r>
      <w:proofErr w:type="spellStart"/>
      <w:r w:rsidRPr="00D97086">
        <w:rPr>
          <w:rFonts w:ascii="Times New Roman" w:hAnsi="Times New Roman" w:cs="Times New Roman"/>
          <w:sz w:val="24"/>
          <w:szCs w:val="24"/>
        </w:rPr>
        <w:t>shpërndanë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përmes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njoftimeve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zyrtare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kanaleve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komunikimit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bashkisë</w:t>
      </w:r>
      <w:proofErr w:type="spellEnd"/>
      <w:r w:rsidRPr="00D97086">
        <w:rPr>
          <w:rFonts w:ascii="Times New Roman" w:hAnsi="Times New Roman" w:cs="Times New Roman"/>
          <w:sz w:val="24"/>
          <w:szCs w:val="24"/>
        </w:rPr>
        <w:t xml:space="preserve">. U </w:t>
      </w:r>
      <w:proofErr w:type="spellStart"/>
      <w:r w:rsidRPr="00D97086">
        <w:rPr>
          <w:rFonts w:ascii="Times New Roman" w:hAnsi="Times New Roman" w:cs="Times New Roman"/>
          <w:sz w:val="24"/>
          <w:szCs w:val="24"/>
        </w:rPr>
        <w:t>sigurua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përfaqësimi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grupeve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nevojë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w:t>
      </w:r>
      <w:proofErr w:type="spellEnd"/>
      <w:r w:rsidRPr="00D97086">
        <w:rPr>
          <w:rFonts w:ascii="Times New Roman" w:hAnsi="Times New Roman" w:cs="Times New Roman"/>
          <w:sz w:val="24"/>
          <w:szCs w:val="24"/>
        </w:rPr>
        <w:t xml:space="preserve"> me të </w:t>
      </w:r>
      <w:proofErr w:type="spellStart"/>
      <w:r w:rsidRPr="00D97086">
        <w:rPr>
          <w:rFonts w:ascii="Times New Roman" w:hAnsi="Times New Roman" w:cs="Times New Roman"/>
          <w:sz w:val="24"/>
          <w:szCs w:val="24"/>
        </w:rPr>
        <w:t>ardhura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ulëta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komunitetet</w:t>
      </w:r>
      <w:proofErr w:type="spellEnd"/>
      <w:r w:rsidRPr="00D97086">
        <w:rPr>
          <w:rFonts w:ascii="Times New Roman" w:hAnsi="Times New Roman" w:cs="Times New Roman"/>
          <w:sz w:val="24"/>
          <w:szCs w:val="24"/>
        </w:rPr>
        <w:t xml:space="preserve"> Roma/</w:t>
      </w:r>
      <w:proofErr w:type="spellStart"/>
      <w:r w:rsidRPr="00D97086">
        <w:rPr>
          <w:rFonts w:ascii="Times New Roman" w:hAnsi="Times New Roman" w:cs="Times New Roman"/>
          <w:sz w:val="24"/>
          <w:szCs w:val="24"/>
        </w:rPr>
        <w:t>Egjiptian</w:t>
      </w:r>
      <w:proofErr w:type="spellEnd"/>
      <w:r w:rsidRPr="00D97086">
        <w:rPr>
          <w:rFonts w:ascii="Times New Roman" w:hAnsi="Times New Roman" w:cs="Times New Roman"/>
          <w:sz w:val="24"/>
          <w:szCs w:val="24"/>
        </w:rPr>
        <w:t xml:space="preserve">, persona me </w:t>
      </w:r>
      <w:proofErr w:type="spellStart"/>
      <w:r w:rsidRPr="00D97086">
        <w:rPr>
          <w:rFonts w:ascii="Times New Roman" w:hAnsi="Times New Roman" w:cs="Times New Roman"/>
          <w:sz w:val="24"/>
          <w:szCs w:val="24"/>
        </w:rPr>
        <w:t>aftësi</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kufizuara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kryefamiljare</w:t>
      </w:r>
      <w:proofErr w:type="spellEnd"/>
      <w:r w:rsidRPr="00D97086">
        <w:rPr>
          <w:rFonts w:ascii="Times New Roman" w:hAnsi="Times New Roman" w:cs="Times New Roman"/>
          <w:sz w:val="24"/>
          <w:szCs w:val="24"/>
        </w:rPr>
        <w:t xml:space="preserve">). U </w:t>
      </w:r>
      <w:proofErr w:type="spellStart"/>
      <w:r w:rsidRPr="00D97086">
        <w:rPr>
          <w:rFonts w:ascii="Times New Roman" w:hAnsi="Times New Roman" w:cs="Times New Roman"/>
          <w:sz w:val="24"/>
          <w:szCs w:val="24"/>
        </w:rPr>
        <w:t>mbajt</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regjistër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komenteve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propozimeve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çdo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koment</w:t>
      </w:r>
      <w:proofErr w:type="spellEnd"/>
      <w:r w:rsidRPr="00D97086">
        <w:rPr>
          <w:rFonts w:ascii="Times New Roman" w:hAnsi="Times New Roman" w:cs="Times New Roman"/>
          <w:sz w:val="24"/>
          <w:szCs w:val="24"/>
        </w:rPr>
        <w:t xml:space="preserve"> u </w:t>
      </w:r>
      <w:proofErr w:type="spellStart"/>
      <w:r w:rsidRPr="00D97086">
        <w:rPr>
          <w:rFonts w:ascii="Times New Roman" w:hAnsi="Times New Roman" w:cs="Times New Roman"/>
          <w:sz w:val="24"/>
          <w:szCs w:val="24"/>
        </w:rPr>
        <w:t>shqyrtua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u </w:t>
      </w:r>
      <w:proofErr w:type="spellStart"/>
      <w:r w:rsidRPr="00D97086">
        <w:rPr>
          <w:rFonts w:ascii="Times New Roman" w:hAnsi="Times New Roman" w:cs="Times New Roman"/>
          <w:sz w:val="24"/>
          <w:szCs w:val="24"/>
        </w:rPr>
        <w:t>dokumentua</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përgjigje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institucionale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Ndryshimet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bëra</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dokument</w:t>
      </w:r>
      <w:proofErr w:type="spellEnd"/>
      <w:r w:rsidRPr="00D97086">
        <w:rPr>
          <w:rFonts w:ascii="Times New Roman" w:hAnsi="Times New Roman" w:cs="Times New Roman"/>
          <w:sz w:val="24"/>
          <w:szCs w:val="24"/>
        </w:rPr>
        <w:t xml:space="preserve"> pas </w:t>
      </w:r>
      <w:proofErr w:type="spellStart"/>
      <w:r w:rsidRPr="00D97086">
        <w:rPr>
          <w:rFonts w:ascii="Times New Roman" w:hAnsi="Times New Roman" w:cs="Times New Roman"/>
          <w:sz w:val="24"/>
          <w:szCs w:val="24"/>
        </w:rPr>
        <w:t>konsultimeve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pasqyrohen</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Regjistrin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konsultimeve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raportin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përfundimtar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konsultimit</w:t>
      </w:r>
      <w:proofErr w:type="spellEnd"/>
      <w:r w:rsidRPr="00D97086">
        <w:rPr>
          <w:rFonts w:ascii="Times New Roman" w:hAnsi="Times New Roman" w:cs="Times New Roman"/>
          <w:sz w:val="24"/>
          <w:szCs w:val="24"/>
        </w:rPr>
        <w:t>.</w:t>
      </w:r>
    </w:p>
    <w:p w14:paraId="39C517FA" w14:textId="77777777" w:rsidR="00DE0EBB" w:rsidRPr="00D97086" w:rsidRDefault="00DE0EBB" w:rsidP="00B06CA4">
      <w:pPr>
        <w:spacing w:line="240" w:lineRule="auto"/>
        <w:jc w:val="both"/>
        <w:rPr>
          <w:rFonts w:ascii="Times New Roman" w:hAnsi="Times New Roman" w:cs="Times New Roman"/>
          <w:sz w:val="24"/>
          <w:szCs w:val="24"/>
        </w:rPr>
      </w:pPr>
      <w:r w:rsidRPr="00D97086">
        <w:rPr>
          <w:rFonts w:ascii="Times New Roman" w:hAnsi="Times New Roman" w:cs="Times New Roman"/>
          <w:sz w:val="24"/>
          <w:szCs w:val="24"/>
        </w:rPr>
        <w:t xml:space="preserve">Procesi nisi me </w:t>
      </w:r>
      <w:proofErr w:type="spellStart"/>
      <w:r w:rsidRPr="00D97086">
        <w:rPr>
          <w:rFonts w:ascii="Times New Roman" w:hAnsi="Times New Roman" w:cs="Times New Roman"/>
          <w:sz w:val="24"/>
          <w:szCs w:val="24"/>
        </w:rPr>
        <w:t>urdhrin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Kryetarit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Bashkisë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hartimin</w:t>
      </w:r>
      <w:proofErr w:type="spellEnd"/>
      <w:r w:rsidRPr="00D97086">
        <w:rPr>
          <w:rFonts w:ascii="Times New Roman" w:hAnsi="Times New Roman" w:cs="Times New Roman"/>
          <w:sz w:val="24"/>
          <w:szCs w:val="24"/>
        </w:rPr>
        <w:t xml:space="preserve"> e Planit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ngritjen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grupit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punës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vijoi</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diagnozën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gjendjes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dizajnimin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programeve</w:t>
      </w:r>
      <w:proofErr w:type="spellEnd"/>
      <w:r w:rsidRPr="00D97086">
        <w:rPr>
          <w:rFonts w:ascii="Times New Roman" w:hAnsi="Times New Roman" w:cs="Times New Roman"/>
          <w:sz w:val="24"/>
          <w:szCs w:val="24"/>
        </w:rPr>
        <w:t>/</w:t>
      </w:r>
      <w:proofErr w:type="spellStart"/>
      <w:r w:rsidRPr="00D97086">
        <w:rPr>
          <w:rFonts w:ascii="Times New Roman" w:hAnsi="Times New Roman" w:cs="Times New Roman"/>
          <w:sz w:val="24"/>
          <w:szCs w:val="24"/>
        </w:rPr>
        <w:t>masave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raundet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konsultimeve</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rishikimet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përkatëse</w:t>
      </w:r>
      <w:proofErr w:type="spellEnd"/>
      <w:r w:rsidRPr="00D97086">
        <w:rPr>
          <w:rFonts w:ascii="Times New Roman" w:hAnsi="Times New Roman" w:cs="Times New Roman"/>
          <w:sz w:val="24"/>
          <w:szCs w:val="24"/>
        </w:rPr>
        <w:t xml:space="preserve">; u </w:t>
      </w:r>
      <w:proofErr w:type="spellStart"/>
      <w:r w:rsidRPr="00D97086">
        <w:rPr>
          <w:rFonts w:ascii="Times New Roman" w:hAnsi="Times New Roman" w:cs="Times New Roman"/>
          <w:sz w:val="24"/>
          <w:szCs w:val="24"/>
        </w:rPr>
        <w:t>përmbyll</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miratimin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Këshilli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Bashkiak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publikimin</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faqen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zyrtare</w:t>
      </w:r>
      <w:proofErr w:type="spellEnd"/>
      <w:r w:rsidRPr="00D97086">
        <w:rPr>
          <w:rFonts w:ascii="Times New Roman" w:hAnsi="Times New Roman" w:cs="Times New Roman"/>
          <w:sz w:val="24"/>
          <w:szCs w:val="24"/>
        </w:rPr>
        <w:t>.</w:t>
      </w:r>
    </w:p>
    <w:p w14:paraId="5935B12A" w14:textId="77777777" w:rsidR="00DE0EBB" w:rsidRPr="00D97086" w:rsidRDefault="00DE0EBB" w:rsidP="00B06CA4">
      <w:pPr>
        <w:spacing w:line="240" w:lineRule="auto"/>
        <w:jc w:val="both"/>
        <w:rPr>
          <w:rFonts w:ascii="Times New Roman" w:hAnsi="Times New Roman" w:cs="Times New Roman"/>
          <w:sz w:val="24"/>
          <w:szCs w:val="24"/>
        </w:rPr>
      </w:pPr>
      <w:proofErr w:type="spellStart"/>
      <w:r w:rsidRPr="00D97086">
        <w:rPr>
          <w:rFonts w:ascii="Times New Roman" w:hAnsi="Times New Roman" w:cs="Times New Roman"/>
          <w:sz w:val="24"/>
          <w:szCs w:val="24"/>
        </w:rPr>
        <w:t>Gjatë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procesit</w:t>
      </w:r>
      <w:proofErr w:type="spellEnd"/>
      <w:r w:rsidRPr="00D97086">
        <w:rPr>
          <w:rFonts w:ascii="Times New Roman" w:hAnsi="Times New Roman" w:cs="Times New Roman"/>
          <w:sz w:val="24"/>
          <w:szCs w:val="24"/>
        </w:rPr>
        <w:t xml:space="preserve"> u </w:t>
      </w:r>
      <w:proofErr w:type="spellStart"/>
      <w:r w:rsidRPr="00D97086">
        <w:rPr>
          <w:rFonts w:ascii="Times New Roman" w:hAnsi="Times New Roman" w:cs="Times New Roman"/>
          <w:sz w:val="24"/>
          <w:szCs w:val="24"/>
        </w:rPr>
        <w:t>respektuan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standardet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mbrojtjes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dhënave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personale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informacioni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ndjeshëm</w:t>
      </w:r>
      <w:proofErr w:type="spellEnd"/>
      <w:r w:rsidRPr="00D97086">
        <w:rPr>
          <w:rFonts w:ascii="Times New Roman" w:hAnsi="Times New Roman" w:cs="Times New Roman"/>
          <w:sz w:val="24"/>
          <w:szCs w:val="24"/>
        </w:rPr>
        <w:t xml:space="preserve"> u </w:t>
      </w:r>
      <w:proofErr w:type="spellStart"/>
      <w:r w:rsidRPr="00D97086">
        <w:rPr>
          <w:rFonts w:ascii="Times New Roman" w:hAnsi="Times New Roman" w:cs="Times New Roman"/>
          <w:sz w:val="24"/>
          <w:szCs w:val="24"/>
        </w:rPr>
        <w:t>përpunua</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mënyrë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përgjithësuar</w:t>
      </w:r>
      <w:proofErr w:type="spellEnd"/>
      <w:r w:rsidRPr="00D97086">
        <w:rPr>
          <w:rFonts w:ascii="Times New Roman" w:hAnsi="Times New Roman" w:cs="Times New Roman"/>
          <w:sz w:val="24"/>
          <w:szCs w:val="24"/>
        </w:rPr>
        <w:t>/</w:t>
      </w:r>
      <w:proofErr w:type="spellStart"/>
      <w:r w:rsidRPr="00D97086">
        <w:rPr>
          <w:rFonts w:ascii="Times New Roman" w:hAnsi="Times New Roman" w:cs="Times New Roman"/>
          <w:sz w:val="24"/>
          <w:szCs w:val="24"/>
        </w:rPr>
        <w:t>anonime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u </w:t>
      </w:r>
      <w:proofErr w:type="spellStart"/>
      <w:r w:rsidRPr="00D97086">
        <w:rPr>
          <w:rFonts w:ascii="Times New Roman" w:hAnsi="Times New Roman" w:cs="Times New Roman"/>
          <w:sz w:val="24"/>
          <w:szCs w:val="24"/>
        </w:rPr>
        <w:t>përdor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vetëm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qëllime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analitike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burimet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metodat</w:t>
      </w:r>
      <w:proofErr w:type="spellEnd"/>
      <w:r w:rsidRPr="00D97086">
        <w:rPr>
          <w:rFonts w:ascii="Times New Roman" w:hAnsi="Times New Roman" w:cs="Times New Roman"/>
          <w:sz w:val="24"/>
          <w:szCs w:val="24"/>
        </w:rPr>
        <w:t xml:space="preserve"> u </w:t>
      </w:r>
      <w:proofErr w:type="spellStart"/>
      <w:r w:rsidRPr="00D97086">
        <w:rPr>
          <w:rFonts w:ascii="Times New Roman" w:hAnsi="Times New Roman" w:cs="Times New Roman"/>
          <w:sz w:val="24"/>
          <w:szCs w:val="24"/>
        </w:rPr>
        <w:t>cituan</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anekse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çdo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pasaktësi</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konstatuar</w:t>
      </w:r>
      <w:proofErr w:type="spellEnd"/>
      <w:r w:rsidRPr="00D97086">
        <w:rPr>
          <w:rFonts w:ascii="Times New Roman" w:hAnsi="Times New Roman" w:cs="Times New Roman"/>
          <w:sz w:val="24"/>
          <w:szCs w:val="24"/>
        </w:rPr>
        <w:t xml:space="preserve"> u </w:t>
      </w:r>
      <w:proofErr w:type="spellStart"/>
      <w:r w:rsidRPr="00D97086">
        <w:rPr>
          <w:rFonts w:ascii="Times New Roman" w:hAnsi="Times New Roman" w:cs="Times New Roman"/>
          <w:sz w:val="24"/>
          <w:szCs w:val="24"/>
        </w:rPr>
        <w:t>korrigjua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përpara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miratimit</w:t>
      </w:r>
      <w:proofErr w:type="spellEnd"/>
      <w:r w:rsidRPr="00D97086">
        <w:rPr>
          <w:rFonts w:ascii="Times New Roman" w:hAnsi="Times New Roman" w:cs="Times New Roman"/>
          <w:sz w:val="24"/>
          <w:szCs w:val="24"/>
        </w:rPr>
        <w:t>.</w:t>
      </w:r>
    </w:p>
    <w:p w14:paraId="7BDA8A98" w14:textId="77777777" w:rsidR="00DE0EBB" w:rsidRPr="00D97086" w:rsidRDefault="00DE0EBB" w:rsidP="00B06CA4">
      <w:pPr>
        <w:spacing w:line="240" w:lineRule="auto"/>
        <w:jc w:val="both"/>
        <w:rPr>
          <w:rFonts w:ascii="Times New Roman" w:hAnsi="Times New Roman" w:cs="Times New Roman"/>
          <w:sz w:val="24"/>
          <w:szCs w:val="24"/>
        </w:rPr>
      </w:pP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çdo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konsultim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publik</w:t>
      </w:r>
      <w:proofErr w:type="spellEnd"/>
      <w:r w:rsidRPr="00D97086">
        <w:rPr>
          <w:rFonts w:ascii="Times New Roman" w:hAnsi="Times New Roman" w:cs="Times New Roman"/>
          <w:sz w:val="24"/>
          <w:szCs w:val="24"/>
        </w:rPr>
        <w:t xml:space="preserve"> u </w:t>
      </w:r>
      <w:proofErr w:type="spellStart"/>
      <w:r w:rsidRPr="00D97086">
        <w:rPr>
          <w:rFonts w:ascii="Times New Roman" w:hAnsi="Times New Roman" w:cs="Times New Roman"/>
          <w:sz w:val="24"/>
          <w:szCs w:val="24"/>
        </w:rPr>
        <w:t>mbajt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procesverbal</w:t>
      </w:r>
      <w:proofErr w:type="spellEnd"/>
      <w:r w:rsidRPr="00D97086">
        <w:rPr>
          <w:rFonts w:ascii="Times New Roman" w:hAnsi="Times New Roman" w:cs="Times New Roman"/>
          <w:sz w:val="24"/>
          <w:szCs w:val="24"/>
        </w:rPr>
        <w:t xml:space="preserve">, u </w:t>
      </w:r>
      <w:proofErr w:type="spellStart"/>
      <w:r w:rsidRPr="00D97086">
        <w:rPr>
          <w:rFonts w:ascii="Times New Roman" w:hAnsi="Times New Roman" w:cs="Times New Roman"/>
          <w:sz w:val="24"/>
          <w:szCs w:val="24"/>
        </w:rPr>
        <w:t>publikua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përmbledhja</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komenteve</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arsyetimin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institucional</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u </w:t>
      </w:r>
      <w:proofErr w:type="spellStart"/>
      <w:r w:rsidRPr="00D97086">
        <w:rPr>
          <w:rFonts w:ascii="Times New Roman" w:hAnsi="Times New Roman" w:cs="Times New Roman"/>
          <w:sz w:val="24"/>
          <w:szCs w:val="24"/>
        </w:rPr>
        <w:t>pasqyruan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ndryshimet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dokument</w:t>
      </w:r>
      <w:proofErr w:type="spellEnd"/>
      <w:r w:rsidRPr="00D97086">
        <w:rPr>
          <w:rFonts w:ascii="Times New Roman" w:hAnsi="Times New Roman" w:cs="Times New Roman"/>
          <w:sz w:val="24"/>
          <w:szCs w:val="24"/>
        </w:rPr>
        <w:t xml:space="preserve">; pas </w:t>
      </w:r>
      <w:proofErr w:type="spellStart"/>
      <w:r w:rsidRPr="00D97086">
        <w:rPr>
          <w:rFonts w:ascii="Times New Roman" w:hAnsi="Times New Roman" w:cs="Times New Roman"/>
          <w:sz w:val="24"/>
          <w:szCs w:val="24"/>
        </w:rPr>
        <w:t>miratimit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raportohet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çdo</w:t>
      </w:r>
      <w:proofErr w:type="spellEnd"/>
      <w:r w:rsidRPr="00D97086">
        <w:rPr>
          <w:rFonts w:ascii="Times New Roman" w:hAnsi="Times New Roman" w:cs="Times New Roman"/>
          <w:sz w:val="24"/>
          <w:szCs w:val="24"/>
        </w:rPr>
        <w:t xml:space="preserve"> vit </w:t>
      </w:r>
      <w:proofErr w:type="spellStart"/>
      <w:r w:rsidRPr="00D97086">
        <w:rPr>
          <w:rFonts w:ascii="Times New Roman" w:hAnsi="Times New Roman" w:cs="Times New Roman"/>
          <w:sz w:val="24"/>
          <w:szCs w:val="24"/>
        </w:rPr>
        <w:t>mbi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zbatimin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zhvillohet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rishikim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ndërmjetëm</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vitin</w:t>
      </w:r>
      <w:proofErr w:type="spellEnd"/>
      <w:r w:rsidRPr="00D97086">
        <w:rPr>
          <w:rFonts w:ascii="Times New Roman" w:hAnsi="Times New Roman" w:cs="Times New Roman"/>
          <w:sz w:val="24"/>
          <w:szCs w:val="24"/>
        </w:rPr>
        <w:t xml:space="preserve"> 2027, </w:t>
      </w:r>
      <w:proofErr w:type="spellStart"/>
      <w:r w:rsidRPr="00D97086">
        <w:rPr>
          <w:rFonts w:ascii="Times New Roman" w:hAnsi="Times New Roman" w:cs="Times New Roman"/>
          <w:sz w:val="24"/>
          <w:szCs w:val="24"/>
        </w:rPr>
        <w:t>ndërsa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Regjistri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konsultimeve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dëgjimeve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publike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përditësohet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deri</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miratim</w:t>
      </w:r>
      <w:proofErr w:type="spellEnd"/>
      <w:r w:rsidRPr="00D97086">
        <w:rPr>
          <w:rFonts w:ascii="Times New Roman" w:hAnsi="Times New Roman" w:cs="Times New Roman"/>
          <w:sz w:val="24"/>
          <w:szCs w:val="24"/>
        </w:rPr>
        <w:t>.</w:t>
      </w:r>
    </w:p>
    <w:p w14:paraId="0A03F078" w14:textId="77777777" w:rsidR="00DE0EBB" w:rsidRDefault="00DE0EBB" w:rsidP="00B06CA4">
      <w:pPr>
        <w:spacing w:line="240" w:lineRule="auto"/>
        <w:jc w:val="both"/>
        <w:rPr>
          <w:rFonts w:ascii="Times New Roman" w:hAnsi="Times New Roman" w:cs="Times New Roman"/>
          <w:sz w:val="24"/>
          <w:szCs w:val="24"/>
        </w:rPr>
      </w:pPr>
      <w:proofErr w:type="spellStart"/>
      <w:r w:rsidRPr="00D97086">
        <w:rPr>
          <w:rFonts w:ascii="Times New Roman" w:hAnsi="Times New Roman" w:cs="Times New Roman"/>
          <w:sz w:val="24"/>
          <w:szCs w:val="24"/>
        </w:rPr>
        <w:t>Regjistri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konsultimeve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dëgjimeve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publike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përditësohet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deri</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miratim</w:t>
      </w:r>
      <w:proofErr w:type="spellEnd"/>
      <w:r w:rsidRPr="00D97086">
        <w:rPr>
          <w:rFonts w:ascii="Times New Roman" w:hAnsi="Times New Roman" w:cs="Times New Roman"/>
          <w:sz w:val="24"/>
          <w:szCs w:val="24"/>
        </w:rPr>
        <w:t>)</w:t>
      </w:r>
    </w:p>
    <w:p w14:paraId="542CD9D3" w14:textId="77777777" w:rsidR="00A269A9" w:rsidRPr="00D97086" w:rsidRDefault="00A269A9" w:rsidP="00B06CA4">
      <w:pPr>
        <w:spacing w:line="240" w:lineRule="auto"/>
        <w:jc w:val="both"/>
        <w:rPr>
          <w:rFonts w:ascii="Times New Roman" w:hAnsi="Times New Roman" w:cs="Times New Roman"/>
          <w:sz w:val="24"/>
          <w:szCs w:val="24"/>
        </w:rPr>
      </w:pPr>
    </w:p>
    <w:p w14:paraId="57AD5043" w14:textId="77777777" w:rsidR="00C95401" w:rsidRPr="00D97086" w:rsidRDefault="00F653AC" w:rsidP="0020237D">
      <w:pPr>
        <w:pStyle w:val="Heading1"/>
        <w:numPr>
          <w:ilvl w:val="0"/>
          <w:numId w:val="22"/>
        </w:numPr>
        <w:rPr>
          <w:rFonts w:ascii="Times New Roman" w:hAnsi="Times New Roman" w:cs="Times New Roman"/>
        </w:rPr>
      </w:pPr>
      <w:bookmarkStart w:id="4" w:name="_Toc209703431"/>
      <w:proofErr w:type="spellStart"/>
      <w:r w:rsidRPr="00D97086">
        <w:rPr>
          <w:rFonts w:ascii="Times New Roman" w:hAnsi="Times New Roman" w:cs="Times New Roman"/>
        </w:rPr>
        <w:t>Diagnoza</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gjendjes</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strehimit</w:t>
      </w:r>
      <w:bookmarkEnd w:id="4"/>
      <w:proofErr w:type="spellEnd"/>
      <w:r w:rsidR="002A3AC9" w:rsidRPr="00D97086">
        <w:rPr>
          <w:rFonts w:ascii="Times New Roman" w:hAnsi="Times New Roman" w:cs="Times New Roman"/>
        </w:rPr>
        <w:t xml:space="preserve"> </w:t>
      </w:r>
    </w:p>
    <w:p w14:paraId="2EED07A9" w14:textId="77777777" w:rsidR="002561E0" w:rsidRPr="00D97086" w:rsidRDefault="002561E0" w:rsidP="00B06CA4">
      <w:pPr>
        <w:jc w:val="both"/>
        <w:rPr>
          <w:rFonts w:ascii="Times New Roman" w:hAnsi="Times New Roman" w:cs="Times New Roman"/>
          <w:sz w:val="24"/>
          <w:szCs w:val="24"/>
        </w:rPr>
      </w:pPr>
    </w:p>
    <w:p w14:paraId="564BB8C2" w14:textId="77777777" w:rsidR="008D5DA0" w:rsidRDefault="008B3784" w:rsidP="008D5DA0">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Diagnoza</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Bashkinë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mbështetet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parimin</w:t>
      </w:r>
      <w:proofErr w:type="spellEnd"/>
      <w:r w:rsidRPr="00D97086">
        <w:rPr>
          <w:rFonts w:ascii="Times New Roman" w:hAnsi="Times New Roman" w:cs="Times New Roman"/>
          <w:sz w:val="24"/>
          <w:szCs w:val="24"/>
        </w:rPr>
        <w:t xml:space="preserve"> e të </w:t>
      </w:r>
      <w:proofErr w:type="spellStart"/>
      <w:r w:rsidRPr="00D97086">
        <w:rPr>
          <w:rFonts w:ascii="Times New Roman" w:hAnsi="Times New Roman" w:cs="Times New Roman"/>
          <w:sz w:val="24"/>
          <w:szCs w:val="24"/>
        </w:rPr>
        <w:t>drejtës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banesë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përshtatshme</w:t>
      </w:r>
      <w:proofErr w:type="spellEnd"/>
      <w:r w:rsidRPr="00D97086">
        <w:rPr>
          <w:rFonts w:ascii="Times New Roman" w:hAnsi="Times New Roman" w:cs="Times New Roman"/>
          <w:sz w:val="24"/>
          <w:szCs w:val="24"/>
        </w:rPr>
        <w:t xml:space="preserve">, duke </w:t>
      </w:r>
      <w:proofErr w:type="spellStart"/>
      <w:r w:rsidRPr="00D97086">
        <w:rPr>
          <w:rFonts w:ascii="Times New Roman" w:hAnsi="Times New Roman" w:cs="Times New Roman"/>
          <w:sz w:val="24"/>
          <w:szCs w:val="24"/>
        </w:rPr>
        <w:t>respektuar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standardet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barazisë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aksesit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përballueshmërisë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sigurisë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banimit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Kuadri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ligjor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Ligji</w:t>
      </w:r>
      <w:proofErr w:type="spellEnd"/>
      <w:r w:rsidRPr="00D97086">
        <w:rPr>
          <w:rFonts w:ascii="Times New Roman" w:hAnsi="Times New Roman" w:cs="Times New Roman"/>
          <w:sz w:val="24"/>
          <w:szCs w:val="24"/>
        </w:rPr>
        <w:t xml:space="preserve"> nr. 22/2018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strehimin</w:t>
      </w:r>
      <w:proofErr w:type="spellEnd"/>
      <w:r w:rsidRPr="00D97086">
        <w:rPr>
          <w:rFonts w:ascii="Times New Roman" w:hAnsi="Times New Roman" w:cs="Times New Roman"/>
          <w:sz w:val="24"/>
          <w:szCs w:val="24"/>
        </w:rPr>
        <w:t xml:space="preserve"> social', </w:t>
      </w:r>
      <w:proofErr w:type="spellStart"/>
      <w:r w:rsidRPr="00D97086">
        <w:rPr>
          <w:rFonts w:ascii="Times New Roman" w:hAnsi="Times New Roman" w:cs="Times New Roman"/>
          <w:sz w:val="24"/>
          <w:szCs w:val="24"/>
        </w:rPr>
        <w:t>Ligji</w:t>
      </w:r>
      <w:proofErr w:type="spellEnd"/>
      <w:r w:rsidRPr="00D97086">
        <w:rPr>
          <w:rFonts w:ascii="Times New Roman" w:hAnsi="Times New Roman" w:cs="Times New Roman"/>
          <w:sz w:val="24"/>
          <w:szCs w:val="24"/>
        </w:rPr>
        <w:t xml:space="preserve"> nr. 121/2016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aktet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nënligjore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përkatëse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ngarkon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pushtetit</w:t>
      </w:r>
      <w:proofErr w:type="spellEnd"/>
      <w:r w:rsidRPr="00D97086">
        <w:rPr>
          <w:rFonts w:ascii="Times New Roman" w:hAnsi="Times New Roman" w:cs="Times New Roman"/>
          <w:sz w:val="24"/>
          <w:szCs w:val="24"/>
        </w:rPr>
        <w:t xml:space="preserve"> vendor </w:t>
      </w:r>
      <w:proofErr w:type="spellStart"/>
      <w:r w:rsidRPr="00D97086">
        <w:rPr>
          <w:rFonts w:ascii="Times New Roman" w:hAnsi="Times New Roman" w:cs="Times New Roman"/>
          <w:sz w:val="24"/>
          <w:szCs w:val="24"/>
        </w:rPr>
        <w:t>detyrimin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garantuar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mbrojtje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mbështetje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individët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nevojë</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këtë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kuptim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konsiderohet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shtyllë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thelbësore</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mirëqenies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sociale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integrimit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dinjitetit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njerëzor</w:t>
      </w:r>
      <w:proofErr w:type="spellEnd"/>
      <w:r w:rsidRPr="00D97086">
        <w:rPr>
          <w:rFonts w:ascii="Times New Roman" w:hAnsi="Times New Roman" w:cs="Times New Roman"/>
          <w:sz w:val="24"/>
          <w:szCs w:val="24"/>
        </w:rPr>
        <w:t xml:space="preserve">. Ky </w:t>
      </w:r>
      <w:proofErr w:type="spellStart"/>
      <w:r w:rsidRPr="00D97086">
        <w:rPr>
          <w:rFonts w:ascii="Times New Roman" w:hAnsi="Times New Roman" w:cs="Times New Roman"/>
          <w:sz w:val="24"/>
          <w:szCs w:val="24"/>
        </w:rPr>
        <w:t>seksion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paraqet</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analizë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detajuar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grupeve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vulnerabël</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përfitojnë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programet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Bashkinë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duke u </w:t>
      </w:r>
      <w:proofErr w:type="spellStart"/>
      <w:r w:rsidRPr="00D97086">
        <w:rPr>
          <w:rFonts w:ascii="Times New Roman" w:hAnsi="Times New Roman" w:cs="Times New Roman"/>
          <w:sz w:val="24"/>
          <w:szCs w:val="24"/>
        </w:rPr>
        <w:t>mbështetur</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Ligjin</w:t>
      </w:r>
      <w:proofErr w:type="spellEnd"/>
      <w:r w:rsidRPr="00D97086">
        <w:rPr>
          <w:rFonts w:ascii="Times New Roman" w:hAnsi="Times New Roman" w:cs="Times New Roman"/>
          <w:sz w:val="24"/>
          <w:szCs w:val="24"/>
        </w:rPr>
        <w:t xml:space="preserve"> nr. 22/2018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Strategjinë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Kombëtare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Mbrojtjes</w:t>
      </w:r>
      <w:proofErr w:type="spellEnd"/>
      <w:r w:rsidRPr="00D97086">
        <w:rPr>
          <w:rFonts w:ascii="Times New Roman" w:hAnsi="Times New Roman" w:cs="Times New Roman"/>
          <w:sz w:val="24"/>
          <w:szCs w:val="24"/>
        </w:rPr>
        <w:t xml:space="preserve"> Sociale 2024–2030, </w:t>
      </w:r>
      <w:proofErr w:type="spellStart"/>
      <w:r w:rsidRPr="00D97086">
        <w:rPr>
          <w:rFonts w:ascii="Times New Roman" w:hAnsi="Times New Roman" w:cs="Times New Roman"/>
          <w:sz w:val="24"/>
          <w:szCs w:val="24"/>
        </w:rPr>
        <w:t>ku</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trajtohet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drejtë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themelore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komponent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kyç</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mbrojtjes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sociale</w:t>
      </w:r>
      <w:proofErr w:type="spellEnd"/>
      <w:r w:rsidRPr="00D97086">
        <w:rPr>
          <w:rFonts w:ascii="Times New Roman" w:hAnsi="Times New Roman" w:cs="Times New Roman"/>
          <w:sz w:val="24"/>
          <w:szCs w:val="24"/>
        </w:rPr>
        <w:t>.</w:t>
      </w:r>
    </w:p>
    <w:p w14:paraId="31FBC691" w14:textId="77777777" w:rsidR="00835857" w:rsidRDefault="00835857" w:rsidP="008D5DA0">
      <w:pPr>
        <w:jc w:val="both"/>
        <w:rPr>
          <w:rFonts w:ascii="Times New Roman" w:hAnsi="Times New Roman" w:cs="Times New Roman"/>
          <w:sz w:val="24"/>
          <w:szCs w:val="24"/>
        </w:rPr>
      </w:pPr>
    </w:p>
    <w:p w14:paraId="22FD6538" w14:textId="77777777" w:rsidR="00835857" w:rsidRPr="00D97086" w:rsidRDefault="00835857" w:rsidP="008D5DA0">
      <w:pPr>
        <w:jc w:val="both"/>
        <w:rPr>
          <w:rFonts w:ascii="Times New Roman" w:hAnsi="Times New Roman" w:cs="Times New Roman"/>
          <w:sz w:val="24"/>
          <w:szCs w:val="24"/>
        </w:rPr>
      </w:pPr>
    </w:p>
    <w:p w14:paraId="6E20E630" w14:textId="77777777" w:rsidR="008B3784" w:rsidRPr="005B1542" w:rsidRDefault="008D5DA0" w:rsidP="008D5DA0">
      <w:pPr>
        <w:pStyle w:val="Heading2"/>
        <w:rPr>
          <w:rFonts w:ascii="Times New Roman" w:hAnsi="Times New Roman" w:cs="Times New Roman"/>
          <w:lang w:val="it-IT"/>
        </w:rPr>
      </w:pPr>
      <w:bookmarkStart w:id="5" w:name="_Toc209703432"/>
      <w:r w:rsidRPr="005B1542">
        <w:rPr>
          <w:rFonts w:ascii="Times New Roman" w:hAnsi="Times New Roman" w:cs="Times New Roman"/>
          <w:lang w:val="it-IT"/>
        </w:rPr>
        <w:lastRenderedPageBreak/>
        <w:t xml:space="preserve">4.1 </w:t>
      </w:r>
      <w:r w:rsidR="008B3784" w:rsidRPr="005B1542">
        <w:rPr>
          <w:rFonts w:ascii="Times New Roman" w:hAnsi="Times New Roman" w:cs="Times New Roman"/>
          <w:lang w:val="it-IT"/>
        </w:rPr>
        <w:t>Përshkrimi i grupit dhe sfidat kryesore</w:t>
      </w:r>
      <w:bookmarkEnd w:id="5"/>
    </w:p>
    <w:p w14:paraId="7F2BBF43" w14:textId="77777777" w:rsidR="004253EA" w:rsidRPr="00D97086" w:rsidRDefault="004253EA" w:rsidP="008D5DA0">
      <w:pPr>
        <w:pStyle w:val="ListParagraph"/>
        <w:numPr>
          <w:ilvl w:val="0"/>
          <w:numId w:val="23"/>
        </w:numPr>
        <w:jc w:val="both"/>
        <w:rPr>
          <w:rFonts w:ascii="Times New Roman" w:hAnsi="Times New Roman" w:cs="Times New Roman"/>
          <w:i/>
          <w:sz w:val="24"/>
          <w:szCs w:val="24"/>
        </w:rPr>
      </w:pPr>
      <w:r w:rsidRPr="005B1542">
        <w:rPr>
          <w:rFonts w:ascii="Times New Roman" w:hAnsi="Times New Roman" w:cs="Times New Roman"/>
          <w:i/>
          <w:sz w:val="24"/>
          <w:szCs w:val="24"/>
          <w:lang w:val="it-IT"/>
        </w:rPr>
        <w:t xml:space="preserve"> </w:t>
      </w:r>
      <w:r w:rsidRPr="00D97086">
        <w:rPr>
          <w:rFonts w:ascii="Times New Roman" w:hAnsi="Times New Roman" w:cs="Times New Roman"/>
          <w:i/>
          <w:sz w:val="24"/>
          <w:szCs w:val="24"/>
        </w:rPr>
        <w:t xml:space="preserve">Të </w:t>
      </w:r>
      <w:proofErr w:type="spellStart"/>
      <w:r w:rsidRPr="00D97086">
        <w:rPr>
          <w:rFonts w:ascii="Times New Roman" w:hAnsi="Times New Roman" w:cs="Times New Roman"/>
          <w:i/>
          <w:sz w:val="24"/>
          <w:szCs w:val="24"/>
        </w:rPr>
        <w:t>dhëna</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demografike</w:t>
      </w:r>
      <w:proofErr w:type="spellEnd"/>
    </w:p>
    <w:p w14:paraId="4C55690C"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Sipas</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dhënave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Gjendja</w:t>
      </w:r>
      <w:proofErr w:type="spellEnd"/>
      <w:r w:rsidRPr="00D97086">
        <w:rPr>
          <w:rFonts w:ascii="Times New Roman" w:hAnsi="Times New Roman" w:cs="Times New Roman"/>
          <w:sz w:val="24"/>
          <w:szCs w:val="24"/>
        </w:rPr>
        <w:t xml:space="preserve"> Civile (2024), Bashkia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ka </w:t>
      </w:r>
      <w:proofErr w:type="spellStart"/>
      <w:r w:rsidRPr="00D97086">
        <w:rPr>
          <w:rFonts w:ascii="Times New Roman" w:hAnsi="Times New Roman" w:cs="Times New Roman"/>
          <w:sz w:val="24"/>
          <w:szCs w:val="24"/>
        </w:rPr>
        <w:t>rreth</w:t>
      </w:r>
      <w:proofErr w:type="spellEnd"/>
      <w:r w:rsidRPr="00D97086">
        <w:rPr>
          <w:rFonts w:ascii="Times New Roman" w:hAnsi="Times New Roman" w:cs="Times New Roman"/>
          <w:sz w:val="24"/>
          <w:szCs w:val="24"/>
        </w:rPr>
        <w:t xml:space="preserve"> 29,784 </w:t>
      </w:r>
      <w:proofErr w:type="spellStart"/>
      <w:r w:rsidRPr="00D97086">
        <w:rPr>
          <w:rFonts w:ascii="Times New Roman" w:hAnsi="Times New Roman" w:cs="Times New Roman"/>
          <w:sz w:val="24"/>
          <w:szCs w:val="24"/>
        </w:rPr>
        <w:t>banorë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shpërndarë</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katër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Njësi</w:t>
      </w:r>
      <w:proofErr w:type="spellEnd"/>
      <w:r w:rsidRPr="00D97086">
        <w:rPr>
          <w:rFonts w:ascii="Times New Roman" w:hAnsi="Times New Roman" w:cs="Times New Roman"/>
          <w:sz w:val="24"/>
          <w:szCs w:val="24"/>
        </w:rPr>
        <w:t xml:space="preserve"> Administrative. </w:t>
      </w:r>
      <w:proofErr w:type="spellStart"/>
      <w:r w:rsidRPr="00D97086">
        <w:rPr>
          <w:rFonts w:ascii="Times New Roman" w:hAnsi="Times New Roman" w:cs="Times New Roman"/>
          <w:sz w:val="24"/>
          <w:szCs w:val="24"/>
        </w:rPr>
        <w:t>Totali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është</w:t>
      </w:r>
      <w:proofErr w:type="spellEnd"/>
      <w:r w:rsidRPr="00D97086">
        <w:rPr>
          <w:rFonts w:ascii="Times New Roman" w:hAnsi="Times New Roman" w:cs="Times New Roman"/>
          <w:sz w:val="24"/>
          <w:szCs w:val="24"/>
        </w:rPr>
        <w:t xml:space="preserve"> 13,189. Ky informacion </w:t>
      </w:r>
      <w:proofErr w:type="spellStart"/>
      <w:r w:rsidRPr="00D97086">
        <w:rPr>
          <w:rFonts w:ascii="Times New Roman" w:hAnsi="Times New Roman" w:cs="Times New Roman"/>
          <w:sz w:val="24"/>
          <w:szCs w:val="24"/>
        </w:rPr>
        <w:t>tregon</w:t>
      </w:r>
      <w:proofErr w:type="spellEnd"/>
      <w:r w:rsidRPr="00D97086">
        <w:rPr>
          <w:rFonts w:ascii="Times New Roman" w:hAnsi="Times New Roman" w:cs="Times New Roman"/>
          <w:sz w:val="24"/>
          <w:szCs w:val="24"/>
        </w:rPr>
        <w:t xml:space="preserve"> se </w:t>
      </w:r>
      <w:proofErr w:type="spellStart"/>
      <w:r w:rsidRPr="00D97086">
        <w:rPr>
          <w:rFonts w:ascii="Times New Roman" w:hAnsi="Times New Roman" w:cs="Times New Roman"/>
          <w:sz w:val="24"/>
          <w:szCs w:val="24"/>
        </w:rPr>
        <w:t>struktura</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bashkisë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është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kryesisht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rurale</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mbi</w:t>
      </w:r>
      <w:proofErr w:type="spellEnd"/>
      <w:r w:rsidRPr="00D97086">
        <w:rPr>
          <w:rFonts w:ascii="Times New Roman" w:hAnsi="Times New Roman" w:cs="Times New Roman"/>
          <w:sz w:val="24"/>
          <w:szCs w:val="24"/>
        </w:rPr>
        <w:t xml:space="preserve"> 70% e </w:t>
      </w:r>
      <w:proofErr w:type="spellStart"/>
      <w:r w:rsidRPr="00D97086">
        <w:rPr>
          <w:rFonts w:ascii="Times New Roman" w:hAnsi="Times New Roman" w:cs="Times New Roman"/>
          <w:sz w:val="24"/>
          <w:szCs w:val="24"/>
        </w:rPr>
        <w:t>popullsisë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shpërndarë</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fshatra</w:t>
      </w:r>
      <w:proofErr w:type="spellEnd"/>
      <w:r w:rsidRPr="00D97086">
        <w:rPr>
          <w:rFonts w:ascii="Times New Roman" w:hAnsi="Times New Roman" w:cs="Times New Roman"/>
          <w:sz w:val="24"/>
          <w:szCs w:val="24"/>
        </w:rPr>
        <w:t xml:space="preserve">. </w:t>
      </w:r>
    </w:p>
    <w:p w14:paraId="03ABC702" w14:textId="77777777" w:rsidR="008B3784" w:rsidRPr="00D97086" w:rsidRDefault="008A7611" w:rsidP="00B06CA4">
      <w:pPr>
        <w:jc w:val="both"/>
        <w:rPr>
          <w:rFonts w:ascii="Times New Roman" w:hAnsi="Times New Roman" w:cs="Times New Roman"/>
          <w:sz w:val="24"/>
          <w:szCs w:val="24"/>
        </w:rPr>
      </w:pPr>
      <w:r w:rsidRPr="00D97086">
        <w:rPr>
          <w:rFonts w:ascii="Times New Roman" w:hAnsi="Times New Roman" w:cs="Times New Roman"/>
          <w:sz w:val="24"/>
          <w:szCs w:val="24"/>
        </w:rPr>
        <w:t>Figura1</w:t>
      </w:r>
      <w:r w:rsidR="008B3784" w:rsidRPr="00D97086">
        <w:rPr>
          <w:rFonts w:ascii="Times New Roman" w:hAnsi="Times New Roman" w:cs="Times New Roman"/>
          <w:sz w:val="24"/>
          <w:szCs w:val="24"/>
        </w:rPr>
        <w:t xml:space="preserve">. </w:t>
      </w:r>
      <w:proofErr w:type="spellStart"/>
      <w:r w:rsidR="008B3784" w:rsidRPr="00D97086">
        <w:rPr>
          <w:rFonts w:ascii="Times New Roman" w:hAnsi="Times New Roman" w:cs="Times New Roman"/>
          <w:sz w:val="24"/>
          <w:szCs w:val="24"/>
        </w:rPr>
        <w:t>Popullsia</w:t>
      </w:r>
      <w:proofErr w:type="spellEnd"/>
      <w:r w:rsidR="008B3784" w:rsidRPr="00D97086">
        <w:rPr>
          <w:rFonts w:ascii="Times New Roman" w:hAnsi="Times New Roman" w:cs="Times New Roman"/>
          <w:sz w:val="24"/>
          <w:szCs w:val="24"/>
        </w:rPr>
        <w:t xml:space="preserve"> </w:t>
      </w:r>
      <w:proofErr w:type="spellStart"/>
      <w:r w:rsidR="008B3784" w:rsidRPr="00D97086">
        <w:rPr>
          <w:rFonts w:ascii="Times New Roman" w:hAnsi="Times New Roman" w:cs="Times New Roman"/>
          <w:sz w:val="24"/>
          <w:szCs w:val="24"/>
        </w:rPr>
        <w:t>dhe</w:t>
      </w:r>
      <w:proofErr w:type="spellEnd"/>
      <w:r w:rsidR="008B3784" w:rsidRPr="00D97086">
        <w:rPr>
          <w:rFonts w:ascii="Times New Roman" w:hAnsi="Times New Roman" w:cs="Times New Roman"/>
          <w:sz w:val="24"/>
          <w:szCs w:val="24"/>
        </w:rPr>
        <w:t xml:space="preserve"> </w:t>
      </w:r>
      <w:proofErr w:type="spellStart"/>
      <w:r w:rsidR="008B3784" w:rsidRPr="00D97086">
        <w:rPr>
          <w:rFonts w:ascii="Times New Roman" w:hAnsi="Times New Roman" w:cs="Times New Roman"/>
          <w:sz w:val="24"/>
          <w:szCs w:val="24"/>
        </w:rPr>
        <w:t>familjet</w:t>
      </w:r>
      <w:proofErr w:type="spellEnd"/>
      <w:r w:rsidR="008B3784" w:rsidRPr="00D97086">
        <w:rPr>
          <w:rFonts w:ascii="Times New Roman" w:hAnsi="Times New Roman" w:cs="Times New Roman"/>
          <w:sz w:val="24"/>
          <w:szCs w:val="24"/>
        </w:rPr>
        <w:t xml:space="preserve"> </w:t>
      </w:r>
      <w:proofErr w:type="spellStart"/>
      <w:r w:rsidR="008B3784" w:rsidRPr="00D97086">
        <w:rPr>
          <w:rFonts w:ascii="Times New Roman" w:hAnsi="Times New Roman" w:cs="Times New Roman"/>
          <w:sz w:val="24"/>
          <w:szCs w:val="24"/>
        </w:rPr>
        <w:t>sipas</w:t>
      </w:r>
      <w:proofErr w:type="spellEnd"/>
      <w:r w:rsidR="008B3784" w:rsidRPr="00D97086">
        <w:rPr>
          <w:rFonts w:ascii="Times New Roman" w:hAnsi="Times New Roman" w:cs="Times New Roman"/>
          <w:sz w:val="24"/>
          <w:szCs w:val="24"/>
        </w:rPr>
        <w:t xml:space="preserve"> </w:t>
      </w:r>
      <w:proofErr w:type="spellStart"/>
      <w:r w:rsidR="008B3784" w:rsidRPr="00D97086">
        <w:rPr>
          <w:rFonts w:ascii="Times New Roman" w:hAnsi="Times New Roman" w:cs="Times New Roman"/>
          <w:sz w:val="24"/>
          <w:szCs w:val="24"/>
        </w:rPr>
        <w:t>Njësive</w:t>
      </w:r>
      <w:proofErr w:type="spellEnd"/>
      <w:r w:rsidR="008B3784" w:rsidRPr="00D97086">
        <w:rPr>
          <w:rFonts w:ascii="Times New Roman" w:hAnsi="Times New Roman" w:cs="Times New Roman"/>
          <w:sz w:val="24"/>
          <w:szCs w:val="24"/>
        </w:rPr>
        <w:t xml:space="preserve"> Administrative, Bashkia </w:t>
      </w:r>
      <w:proofErr w:type="spellStart"/>
      <w:r w:rsidR="008B3784" w:rsidRPr="00D97086">
        <w:rPr>
          <w:rFonts w:ascii="Times New Roman" w:hAnsi="Times New Roman" w:cs="Times New Roman"/>
          <w:sz w:val="24"/>
          <w:szCs w:val="24"/>
        </w:rPr>
        <w:t>Prrenjas</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8"/>
        <w:gridCol w:w="2876"/>
        <w:gridCol w:w="2876"/>
      </w:tblGrid>
      <w:tr w:rsidR="008B3784" w:rsidRPr="00D97086" w14:paraId="14324E5A" w14:textId="77777777" w:rsidTr="00FC26B4">
        <w:tc>
          <w:tcPr>
            <w:tcW w:w="2880" w:type="dxa"/>
            <w:shd w:val="clear" w:color="auto" w:fill="EAF1DD" w:themeFill="accent3" w:themeFillTint="33"/>
          </w:tcPr>
          <w:p w14:paraId="6FFE3C70" w14:textId="77777777" w:rsidR="008B3784" w:rsidRPr="00D97086" w:rsidRDefault="008B3784" w:rsidP="00FC26B4">
            <w:pPr>
              <w:jc w:val="center"/>
              <w:rPr>
                <w:rFonts w:ascii="Times New Roman" w:hAnsi="Times New Roman" w:cs="Times New Roman"/>
                <w:b/>
                <w:sz w:val="28"/>
                <w:szCs w:val="28"/>
              </w:rPr>
            </w:pPr>
            <w:proofErr w:type="spellStart"/>
            <w:r w:rsidRPr="00D97086">
              <w:rPr>
                <w:rFonts w:ascii="Times New Roman" w:hAnsi="Times New Roman" w:cs="Times New Roman"/>
                <w:b/>
                <w:sz w:val="28"/>
                <w:szCs w:val="28"/>
              </w:rPr>
              <w:t>Njësia</w:t>
            </w:r>
            <w:proofErr w:type="spellEnd"/>
            <w:r w:rsidRPr="00D97086">
              <w:rPr>
                <w:rFonts w:ascii="Times New Roman" w:hAnsi="Times New Roman" w:cs="Times New Roman"/>
                <w:b/>
                <w:sz w:val="28"/>
                <w:szCs w:val="28"/>
              </w:rPr>
              <w:t xml:space="preserve"> Administrative</w:t>
            </w:r>
          </w:p>
        </w:tc>
        <w:tc>
          <w:tcPr>
            <w:tcW w:w="2880" w:type="dxa"/>
            <w:shd w:val="clear" w:color="auto" w:fill="EAF1DD" w:themeFill="accent3" w:themeFillTint="33"/>
          </w:tcPr>
          <w:p w14:paraId="0761950B" w14:textId="77777777" w:rsidR="008B3784" w:rsidRPr="00D97086" w:rsidRDefault="008B3784" w:rsidP="00FC26B4">
            <w:pPr>
              <w:jc w:val="center"/>
              <w:rPr>
                <w:rFonts w:ascii="Times New Roman" w:hAnsi="Times New Roman" w:cs="Times New Roman"/>
                <w:b/>
                <w:sz w:val="28"/>
                <w:szCs w:val="28"/>
              </w:rPr>
            </w:pPr>
            <w:proofErr w:type="spellStart"/>
            <w:r w:rsidRPr="00D97086">
              <w:rPr>
                <w:rFonts w:ascii="Times New Roman" w:hAnsi="Times New Roman" w:cs="Times New Roman"/>
                <w:b/>
                <w:sz w:val="28"/>
                <w:szCs w:val="28"/>
              </w:rPr>
              <w:t>Popullsia</w:t>
            </w:r>
            <w:proofErr w:type="spellEnd"/>
          </w:p>
        </w:tc>
        <w:tc>
          <w:tcPr>
            <w:tcW w:w="2880" w:type="dxa"/>
            <w:shd w:val="clear" w:color="auto" w:fill="EAF1DD" w:themeFill="accent3" w:themeFillTint="33"/>
          </w:tcPr>
          <w:p w14:paraId="459F8051" w14:textId="77777777" w:rsidR="008B3784" w:rsidRPr="00D97086" w:rsidRDefault="008B3784" w:rsidP="00FC26B4">
            <w:pPr>
              <w:jc w:val="center"/>
              <w:rPr>
                <w:rFonts w:ascii="Times New Roman" w:hAnsi="Times New Roman" w:cs="Times New Roman"/>
                <w:b/>
                <w:sz w:val="28"/>
                <w:szCs w:val="28"/>
              </w:rPr>
            </w:pPr>
            <w:proofErr w:type="spellStart"/>
            <w:r w:rsidRPr="00D97086">
              <w:rPr>
                <w:rFonts w:ascii="Times New Roman" w:hAnsi="Times New Roman" w:cs="Times New Roman"/>
                <w:b/>
                <w:sz w:val="28"/>
                <w:szCs w:val="28"/>
              </w:rPr>
              <w:t>Numri</w:t>
            </w:r>
            <w:proofErr w:type="spellEnd"/>
            <w:r w:rsidRPr="00D97086">
              <w:rPr>
                <w:rFonts w:ascii="Times New Roman" w:hAnsi="Times New Roman" w:cs="Times New Roman"/>
                <w:b/>
                <w:sz w:val="28"/>
                <w:szCs w:val="28"/>
              </w:rPr>
              <w:t xml:space="preserve"> </w:t>
            </w:r>
            <w:proofErr w:type="spellStart"/>
            <w:r w:rsidRPr="00D97086">
              <w:rPr>
                <w:rFonts w:ascii="Times New Roman" w:hAnsi="Times New Roman" w:cs="Times New Roman"/>
                <w:b/>
                <w:sz w:val="28"/>
                <w:szCs w:val="28"/>
              </w:rPr>
              <w:t>i</w:t>
            </w:r>
            <w:proofErr w:type="spellEnd"/>
            <w:r w:rsidRPr="00D97086">
              <w:rPr>
                <w:rFonts w:ascii="Times New Roman" w:hAnsi="Times New Roman" w:cs="Times New Roman"/>
                <w:b/>
                <w:sz w:val="28"/>
                <w:szCs w:val="28"/>
              </w:rPr>
              <w:t xml:space="preserve"> </w:t>
            </w:r>
            <w:proofErr w:type="spellStart"/>
            <w:r w:rsidRPr="00D97086">
              <w:rPr>
                <w:rFonts w:ascii="Times New Roman" w:hAnsi="Times New Roman" w:cs="Times New Roman"/>
                <w:b/>
                <w:sz w:val="28"/>
                <w:szCs w:val="28"/>
              </w:rPr>
              <w:t>Familjeve</w:t>
            </w:r>
            <w:proofErr w:type="spellEnd"/>
          </w:p>
          <w:p w14:paraId="130A7B8B" w14:textId="77777777" w:rsidR="00FC26B4" w:rsidRPr="00D97086" w:rsidRDefault="00FC26B4" w:rsidP="00FC26B4">
            <w:pPr>
              <w:jc w:val="center"/>
              <w:rPr>
                <w:rFonts w:ascii="Times New Roman" w:hAnsi="Times New Roman" w:cs="Times New Roman"/>
                <w:b/>
                <w:sz w:val="28"/>
                <w:szCs w:val="28"/>
              </w:rPr>
            </w:pPr>
          </w:p>
        </w:tc>
      </w:tr>
      <w:tr w:rsidR="008B3784" w:rsidRPr="00D97086" w14:paraId="1917DA1D" w14:textId="77777777" w:rsidTr="00712ECB">
        <w:tc>
          <w:tcPr>
            <w:tcW w:w="2880" w:type="dxa"/>
          </w:tcPr>
          <w:p w14:paraId="68F497C7"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Prrenjas</w:t>
            </w:r>
            <w:proofErr w:type="spellEnd"/>
          </w:p>
        </w:tc>
        <w:tc>
          <w:tcPr>
            <w:tcW w:w="2880" w:type="dxa"/>
          </w:tcPr>
          <w:p w14:paraId="0A6F9945"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8817</w:t>
            </w:r>
          </w:p>
        </w:tc>
        <w:tc>
          <w:tcPr>
            <w:tcW w:w="2880" w:type="dxa"/>
          </w:tcPr>
          <w:p w14:paraId="765795B9"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2984</w:t>
            </w:r>
          </w:p>
        </w:tc>
      </w:tr>
      <w:tr w:rsidR="008B3784" w:rsidRPr="00D97086" w14:paraId="7816D038" w14:textId="77777777" w:rsidTr="00712ECB">
        <w:tc>
          <w:tcPr>
            <w:tcW w:w="2880" w:type="dxa"/>
          </w:tcPr>
          <w:p w14:paraId="43174069"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Qukës</w:t>
            </w:r>
            <w:proofErr w:type="spellEnd"/>
          </w:p>
        </w:tc>
        <w:tc>
          <w:tcPr>
            <w:tcW w:w="2880" w:type="dxa"/>
          </w:tcPr>
          <w:p w14:paraId="6E0EC69F"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10481</w:t>
            </w:r>
          </w:p>
        </w:tc>
        <w:tc>
          <w:tcPr>
            <w:tcW w:w="2880" w:type="dxa"/>
          </w:tcPr>
          <w:p w14:paraId="47E6B0BB"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3528</w:t>
            </w:r>
          </w:p>
        </w:tc>
      </w:tr>
      <w:tr w:rsidR="008B3784" w:rsidRPr="00D97086" w14:paraId="6C11A5B5" w14:textId="77777777" w:rsidTr="00712ECB">
        <w:tc>
          <w:tcPr>
            <w:tcW w:w="2880" w:type="dxa"/>
          </w:tcPr>
          <w:p w14:paraId="1E3EEFD4"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Rrajcë</w:t>
            </w:r>
            <w:proofErr w:type="spellEnd"/>
          </w:p>
        </w:tc>
        <w:tc>
          <w:tcPr>
            <w:tcW w:w="2880" w:type="dxa"/>
          </w:tcPr>
          <w:p w14:paraId="6F8358AD"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11205</w:t>
            </w:r>
          </w:p>
        </w:tc>
        <w:tc>
          <w:tcPr>
            <w:tcW w:w="2880" w:type="dxa"/>
          </w:tcPr>
          <w:p w14:paraId="1CEDDBB0"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3697</w:t>
            </w:r>
          </w:p>
        </w:tc>
      </w:tr>
      <w:tr w:rsidR="008B3784" w:rsidRPr="00D97086" w14:paraId="6587451F" w14:textId="77777777" w:rsidTr="00712ECB">
        <w:tc>
          <w:tcPr>
            <w:tcW w:w="2880" w:type="dxa"/>
          </w:tcPr>
          <w:p w14:paraId="7C0F087C"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Stravaj</w:t>
            </w:r>
            <w:proofErr w:type="spellEnd"/>
          </w:p>
        </w:tc>
        <w:tc>
          <w:tcPr>
            <w:tcW w:w="2880" w:type="dxa"/>
          </w:tcPr>
          <w:p w14:paraId="67C58770"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4486</w:t>
            </w:r>
          </w:p>
        </w:tc>
        <w:tc>
          <w:tcPr>
            <w:tcW w:w="2880" w:type="dxa"/>
          </w:tcPr>
          <w:p w14:paraId="1FE9C069"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980</w:t>
            </w:r>
          </w:p>
        </w:tc>
      </w:tr>
    </w:tbl>
    <w:p w14:paraId="1173B352" w14:textId="77777777" w:rsidR="008B3784" w:rsidRPr="005B1542" w:rsidRDefault="00D1048F" w:rsidP="00B06CA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Burimi:Bashkia Prrenjas (Rregjistri Civil viti  2025)</w:t>
      </w:r>
    </w:p>
    <w:p w14:paraId="1EB30A56" w14:textId="77777777" w:rsidR="008B3784" w:rsidRPr="005B1542" w:rsidRDefault="008B3784" w:rsidP="00B06CA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Sipas Censusit 2023, Bashkia Prrenjas ka 18,768 banorë, prej të cilëve 17.23% janë fëmijë 0–14 vjeç, 65.95% janë në moshë pune (15–64 vjeç), dhe 16.82% janë mbi 65 vjeç</w:t>
      </w:r>
      <w:r w:rsidR="00996343" w:rsidRPr="005B1542">
        <w:rPr>
          <w:rFonts w:ascii="Times New Roman" w:hAnsi="Times New Roman" w:cs="Times New Roman"/>
          <w:sz w:val="24"/>
          <w:szCs w:val="24"/>
          <w:lang w:val="it-IT"/>
        </w:rPr>
        <w:t xml:space="preserve"> (shoh figurën 2 më poshtë)</w:t>
      </w:r>
      <w:r w:rsidRPr="005B1542">
        <w:rPr>
          <w:rFonts w:ascii="Times New Roman" w:hAnsi="Times New Roman" w:cs="Times New Roman"/>
          <w:sz w:val="24"/>
          <w:szCs w:val="24"/>
          <w:lang w:val="it-IT"/>
        </w:rPr>
        <w:t>. Rreth 70% e popullsisë jeton në zonat rurale, duke e bërë aksesin në shërbime dhe infrastrukturë një sfidë të përhershme. Struktura gjinore është e balancuar (9,541 meshkuj dhe 9,227 femra).</w:t>
      </w:r>
    </w:p>
    <w:p w14:paraId="55A04BE6" w14:textId="77777777" w:rsidR="00C5456C" w:rsidRPr="005B1542" w:rsidRDefault="00996343" w:rsidP="00C5456C">
      <w:pPr>
        <w:rPr>
          <w:rFonts w:ascii="Times New Roman" w:hAnsi="Times New Roman" w:cs="Times New Roman"/>
          <w:sz w:val="24"/>
          <w:szCs w:val="24"/>
          <w:lang w:val="it-IT"/>
        </w:rPr>
      </w:pPr>
      <w:r w:rsidRPr="005B1542">
        <w:rPr>
          <w:rFonts w:ascii="Times New Roman" w:hAnsi="Times New Roman" w:cs="Times New Roman"/>
          <w:sz w:val="24"/>
          <w:szCs w:val="24"/>
          <w:lang w:val="it-IT"/>
        </w:rPr>
        <w:t xml:space="preserve">Figura 2: </w:t>
      </w:r>
      <w:r w:rsidR="00C5456C" w:rsidRPr="005B1542">
        <w:rPr>
          <w:rFonts w:ascii="Times New Roman" w:hAnsi="Times New Roman" w:cs="Times New Roman"/>
          <w:sz w:val="24"/>
          <w:szCs w:val="24"/>
          <w:lang w:val="it-IT"/>
        </w:rPr>
        <w:t>Shpërndarja e popullsisë sipas grupmoshave, Bashkia Prrenjas (Census 2023)</w:t>
      </w:r>
    </w:p>
    <w:p w14:paraId="018C9B6A" w14:textId="77777777" w:rsidR="008A7611" w:rsidRPr="00D97086" w:rsidRDefault="008A7611" w:rsidP="00B06CA4">
      <w:pPr>
        <w:jc w:val="both"/>
        <w:rPr>
          <w:rFonts w:ascii="Times New Roman" w:hAnsi="Times New Roman" w:cs="Times New Roman"/>
          <w:sz w:val="24"/>
          <w:szCs w:val="24"/>
        </w:rPr>
      </w:pPr>
      <w:r w:rsidRPr="00D97086">
        <w:rPr>
          <w:rFonts w:ascii="Times New Roman" w:hAnsi="Times New Roman" w:cs="Times New Roman"/>
          <w:noProof/>
          <w:sz w:val="24"/>
          <w:szCs w:val="24"/>
        </w:rPr>
        <w:lastRenderedPageBreak/>
        <w:drawing>
          <wp:inline distT="0" distB="0" distL="0" distR="0" wp14:anchorId="1550A40B" wp14:editId="05A2518A">
            <wp:extent cx="5505450" cy="28479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05450" cy="2847975"/>
                    </a:xfrm>
                    <a:prstGeom prst="rect">
                      <a:avLst/>
                    </a:prstGeom>
                    <a:noFill/>
                  </pic:spPr>
                </pic:pic>
              </a:graphicData>
            </a:graphic>
          </wp:inline>
        </w:drawing>
      </w:r>
    </w:p>
    <w:p w14:paraId="0A32D15B" w14:textId="77777777" w:rsidR="004253EA" w:rsidRPr="00D97086" w:rsidRDefault="004253EA" w:rsidP="004253EA">
      <w:pPr>
        <w:jc w:val="both"/>
        <w:rPr>
          <w:rFonts w:ascii="Times New Roman" w:hAnsi="Times New Roman" w:cs="Times New Roman"/>
          <w:i/>
          <w:sz w:val="24"/>
          <w:szCs w:val="24"/>
        </w:rPr>
      </w:pPr>
      <w:r w:rsidRPr="00D97086">
        <w:rPr>
          <w:rFonts w:ascii="Times New Roman" w:hAnsi="Times New Roman" w:cs="Times New Roman"/>
          <w:i/>
          <w:sz w:val="24"/>
          <w:szCs w:val="24"/>
        </w:rPr>
        <w:t xml:space="preserve">Analiza </w:t>
      </w:r>
      <w:proofErr w:type="spellStart"/>
      <w:r w:rsidRPr="00D97086">
        <w:rPr>
          <w:rFonts w:ascii="Times New Roman" w:hAnsi="Times New Roman" w:cs="Times New Roman"/>
          <w:i/>
          <w:sz w:val="24"/>
          <w:szCs w:val="24"/>
        </w:rPr>
        <w:t>demografike</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mbi</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lindjet</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dhe</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vdekjet</w:t>
      </w:r>
      <w:proofErr w:type="spellEnd"/>
      <w:r w:rsidRPr="00D97086">
        <w:rPr>
          <w:rFonts w:ascii="Times New Roman" w:hAnsi="Times New Roman" w:cs="Times New Roman"/>
          <w:i/>
          <w:sz w:val="24"/>
          <w:szCs w:val="24"/>
        </w:rPr>
        <w:t xml:space="preserve"> në </w:t>
      </w:r>
      <w:proofErr w:type="spellStart"/>
      <w:r w:rsidRPr="00D97086">
        <w:rPr>
          <w:rFonts w:ascii="Times New Roman" w:hAnsi="Times New Roman" w:cs="Times New Roman"/>
          <w:i/>
          <w:sz w:val="24"/>
          <w:szCs w:val="24"/>
        </w:rPr>
        <w:t>Bashkinë</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Prrenjas</w:t>
      </w:r>
      <w:proofErr w:type="spellEnd"/>
    </w:p>
    <w:p w14:paraId="5A964B1A" w14:textId="77777777" w:rsidR="004253EA" w:rsidRPr="00D97086" w:rsidRDefault="004253EA" w:rsidP="004253EA">
      <w:pPr>
        <w:jc w:val="both"/>
        <w:rPr>
          <w:rFonts w:ascii="Times New Roman" w:hAnsi="Times New Roman" w:cs="Times New Roman"/>
          <w:sz w:val="24"/>
          <w:szCs w:val="24"/>
        </w:rPr>
      </w:pPr>
      <w:r w:rsidRPr="00D97086">
        <w:rPr>
          <w:rFonts w:ascii="Times New Roman" w:hAnsi="Times New Roman" w:cs="Times New Roman"/>
          <w:sz w:val="24"/>
          <w:szCs w:val="24"/>
        </w:rPr>
        <w:t xml:space="preserve">Të </w:t>
      </w:r>
      <w:proofErr w:type="spellStart"/>
      <w:r w:rsidRPr="00D97086">
        <w:rPr>
          <w:rFonts w:ascii="Times New Roman" w:hAnsi="Times New Roman" w:cs="Times New Roman"/>
          <w:sz w:val="24"/>
          <w:szCs w:val="24"/>
        </w:rPr>
        <w:t>dhënat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viteve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fundit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tregojnë</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dinamikë</w:t>
      </w:r>
      <w:proofErr w:type="spellEnd"/>
      <w:r w:rsidRPr="00D97086">
        <w:rPr>
          <w:rFonts w:ascii="Times New Roman" w:hAnsi="Times New Roman" w:cs="Times New Roman"/>
          <w:sz w:val="24"/>
          <w:szCs w:val="24"/>
        </w:rPr>
        <w:t xml:space="preserve"> jo të </w:t>
      </w:r>
      <w:proofErr w:type="spellStart"/>
      <w:r w:rsidRPr="00D97086">
        <w:rPr>
          <w:rFonts w:ascii="Times New Roman" w:hAnsi="Times New Roman" w:cs="Times New Roman"/>
          <w:sz w:val="24"/>
          <w:szCs w:val="24"/>
        </w:rPr>
        <w:t>qëndrueshme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lëvizjes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natyrore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popullsisë</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Bashkinë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vitin</w:t>
      </w:r>
      <w:proofErr w:type="spellEnd"/>
      <w:r w:rsidRPr="00D97086">
        <w:rPr>
          <w:rFonts w:ascii="Times New Roman" w:hAnsi="Times New Roman" w:cs="Times New Roman"/>
          <w:sz w:val="24"/>
          <w:szCs w:val="24"/>
        </w:rPr>
        <w:t xml:space="preserve"> 2023 </w:t>
      </w:r>
      <w:proofErr w:type="spellStart"/>
      <w:r w:rsidRPr="00D97086">
        <w:rPr>
          <w:rFonts w:ascii="Times New Roman" w:hAnsi="Times New Roman" w:cs="Times New Roman"/>
          <w:sz w:val="24"/>
          <w:szCs w:val="24"/>
        </w:rPr>
        <w:t>janë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regjistruar</w:t>
      </w:r>
      <w:proofErr w:type="spellEnd"/>
      <w:r w:rsidRPr="00D97086">
        <w:rPr>
          <w:rFonts w:ascii="Times New Roman" w:hAnsi="Times New Roman" w:cs="Times New Roman"/>
          <w:sz w:val="24"/>
          <w:szCs w:val="24"/>
        </w:rPr>
        <w:t xml:space="preserve"> 152 </w:t>
      </w:r>
      <w:proofErr w:type="spellStart"/>
      <w:r w:rsidRPr="00D97086">
        <w:rPr>
          <w:rFonts w:ascii="Times New Roman" w:hAnsi="Times New Roman" w:cs="Times New Roman"/>
          <w:sz w:val="24"/>
          <w:szCs w:val="24"/>
        </w:rPr>
        <w:t>lindje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96 </w:t>
      </w:r>
      <w:proofErr w:type="spellStart"/>
      <w:r w:rsidRPr="00D97086">
        <w:rPr>
          <w:rFonts w:ascii="Times New Roman" w:hAnsi="Times New Roman" w:cs="Times New Roman"/>
          <w:sz w:val="24"/>
          <w:szCs w:val="24"/>
        </w:rPr>
        <w:t>vdekje</w:t>
      </w:r>
      <w:proofErr w:type="spellEnd"/>
      <w:r w:rsidRPr="00D97086">
        <w:rPr>
          <w:rFonts w:ascii="Times New Roman" w:hAnsi="Times New Roman" w:cs="Times New Roman"/>
          <w:sz w:val="24"/>
          <w:szCs w:val="24"/>
        </w:rPr>
        <w:t xml:space="preserve">, me një </w:t>
      </w:r>
      <w:proofErr w:type="spellStart"/>
      <w:r w:rsidRPr="00D97086">
        <w:rPr>
          <w:rFonts w:ascii="Times New Roman" w:hAnsi="Times New Roman" w:cs="Times New Roman"/>
          <w:sz w:val="24"/>
          <w:szCs w:val="24"/>
        </w:rPr>
        <w:t>shtesë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natyrore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pozitive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prej</w:t>
      </w:r>
      <w:proofErr w:type="spellEnd"/>
      <w:r w:rsidRPr="00D97086">
        <w:rPr>
          <w:rFonts w:ascii="Times New Roman" w:hAnsi="Times New Roman" w:cs="Times New Roman"/>
          <w:sz w:val="24"/>
          <w:szCs w:val="24"/>
        </w:rPr>
        <w:t xml:space="preserve"> +56. Në </w:t>
      </w:r>
      <w:proofErr w:type="spellStart"/>
      <w:r w:rsidRPr="00D97086">
        <w:rPr>
          <w:rFonts w:ascii="Times New Roman" w:hAnsi="Times New Roman" w:cs="Times New Roman"/>
          <w:sz w:val="24"/>
          <w:szCs w:val="24"/>
        </w:rPr>
        <w:t>vitin</w:t>
      </w:r>
      <w:proofErr w:type="spellEnd"/>
      <w:r w:rsidRPr="00D97086">
        <w:rPr>
          <w:rFonts w:ascii="Times New Roman" w:hAnsi="Times New Roman" w:cs="Times New Roman"/>
          <w:sz w:val="24"/>
          <w:szCs w:val="24"/>
        </w:rPr>
        <w:t xml:space="preserve"> 2024 </w:t>
      </w:r>
      <w:proofErr w:type="spellStart"/>
      <w:r w:rsidRPr="00D97086">
        <w:rPr>
          <w:rFonts w:ascii="Times New Roman" w:hAnsi="Times New Roman" w:cs="Times New Roman"/>
          <w:sz w:val="24"/>
          <w:szCs w:val="24"/>
        </w:rPr>
        <w:t>lindjet</w:t>
      </w:r>
      <w:proofErr w:type="spellEnd"/>
      <w:r w:rsidRPr="00D97086">
        <w:rPr>
          <w:rFonts w:ascii="Times New Roman" w:hAnsi="Times New Roman" w:cs="Times New Roman"/>
          <w:sz w:val="24"/>
          <w:szCs w:val="24"/>
        </w:rPr>
        <w:t xml:space="preserve"> u </w:t>
      </w:r>
      <w:proofErr w:type="spellStart"/>
      <w:r w:rsidRPr="00D97086">
        <w:rPr>
          <w:rFonts w:ascii="Times New Roman" w:hAnsi="Times New Roman" w:cs="Times New Roman"/>
          <w:sz w:val="24"/>
          <w:szCs w:val="24"/>
        </w:rPr>
        <w:t>rritën</w:t>
      </w:r>
      <w:proofErr w:type="spellEnd"/>
      <w:r w:rsidRPr="00D97086">
        <w:rPr>
          <w:rFonts w:ascii="Times New Roman" w:hAnsi="Times New Roman" w:cs="Times New Roman"/>
          <w:sz w:val="24"/>
          <w:szCs w:val="24"/>
        </w:rPr>
        <w:t xml:space="preserve"> në 170, </w:t>
      </w:r>
      <w:proofErr w:type="spellStart"/>
      <w:r w:rsidRPr="00D97086">
        <w:rPr>
          <w:rFonts w:ascii="Times New Roman" w:hAnsi="Times New Roman" w:cs="Times New Roman"/>
          <w:sz w:val="24"/>
          <w:szCs w:val="24"/>
        </w:rPr>
        <w:t>ndërsa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vdekjet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arritën</w:t>
      </w:r>
      <w:proofErr w:type="spellEnd"/>
      <w:r w:rsidRPr="00D97086">
        <w:rPr>
          <w:rFonts w:ascii="Times New Roman" w:hAnsi="Times New Roman" w:cs="Times New Roman"/>
          <w:sz w:val="24"/>
          <w:szCs w:val="24"/>
        </w:rPr>
        <w:t xml:space="preserve"> 128, duke </w:t>
      </w:r>
      <w:proofErr w:type="spellStart"/>
      <w:r w:rsidRPr="00D97086">
        <w:rPr>
          <w:rFonts w:ascii="Times New Roman" w:hAnsi="Times New Roman" w:cs="Times New Roman"/>
          <w:sz w:val="24"/>
          <w:szCs w:val="24"/>
        </w:rPr>
        <w:t>ulur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shtesën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natyrore</w:t>
      </w:r>
      <w:proofErr w:type="spellEnd"/>
      <w:r w:rsidRPr="00D97086">
        <w:rPr>
          <w:rFonts w:ascii="Times New Roman" w:hAnsi="Times New Roman" w:cs="Times New Roman"/>
          <w:sz w:val="24"/>
          <w:szCs w:val="24"/>
        </w:rPr>
        <w:t xml:space="preserve"> në +42. </w:t>
      </w:r>
      <w:proofErr w:type="spellStart"/>
      <w:r w:rsidRPr="00D97086">
        <w:rPr>
          <w:rFonts w:ascii="Times New Roman" w:hAnsi="Times New Roman" w:cs="Times New Roman"/>
          <w:sz w:val="24"/>
          <w:szCs w:val="24"/>
        </w:rPr>
        <w:t>Ndërkohë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vitin</w:t>
      </w:r>
      <w:proofErr w:type="spellEnd"/>
      <w:r w:rsidRPr="00D97086">
        <w:rPr>
          <w:rFonts w:ascii="Times New Roman" w:hAnsi="Times New Roman" w:cs="Times New Roman"/>
          <w:sz w:val="24"/>
          <w:szCs w:val="24"/>
        </w:rPr>
        <w:t xml:space="preserve"> 2025 (</w:t>
      </w:r>
      <w:proofErr w:type="spellStart"/>
      <w:r w:rsidRPr="00D97086">
        <w:rPr>
          <w:rFonts w:ascii="Times New Roman" w:hAnsi="Times New Roman" w:cs="Times New Roman"/>
          <w:sz w:val="24"/>
          <w:szCs w:val="24"/>
        </w:rPr>
        <w:t>deri</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momentin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përllogaritjes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janë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evidentuar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vetëm</w:t>
      </w:r>
      <w:proofErr w:type="spellEnd"/>
      <w:r w:rsidRPr="00D97086">
        <w:rPr>
          <w:rFonts w:ascii="Times New Roman" w:hAnsi="Times New Roman" w:cs="Times New Roman"/>
          <w:sz w:val="24"/>
          <w:szCs w:val="24"/>
        </w:rPr>
        <w:t xml:space="preserve"> 54 </w:t>
      </w:r>
      <w:proofErr w:type="spellStart"/>
      <w:r w:rsidRPr="00D97086">
        <w:rPr>
          <w:rFonts w:ascii="Times New Roman" w:hAnsi="Times New Roman" w:cs="Times New Roman"/>
          <w:sz w:val="24"/>
          <w:szCs w:val="24"/>
        </w:rPr>
        <w:t>lindje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58 </w:t>
      </w:r>
      <w:proofErr w:type="spellStart"/>
      <w:r w:rsidRPr="00D97086">
        <w:rPr>
          <w:rFonts w:ascii="Times New Roman" w:hAnsi="Times New Roman" w:cs="Times New Roman"/>
          <w:sz w:val="24"/>
          <w:szCs w:val="24"/>
        </w:rPr>
        <w:t>vdekje</w:t>
      </w:r>
      <w:proofErr w:type="spellEnd"/>
      <w:r w:rsidRPr="00D97086">
        <w:rPr>
          <w:rFonts w:ascii="Times New Roman" w:hAnsi="Times New Roman" w:cs="Times New Roman"/>
          <w:sz w:val="24"/>
          <w:szCs w:val="24"/>
        </w:rPr>
        <w:t xml:space="preserve">, duke </w:t>
      </w:r>
      <w:proofErr w:type="spellStart"/>
      <w:r w:rsidRPr="00D97086">
        <w:rPr>
          <w:rFonts w:ascii="Times New Roman" w:hAnsi="Times New Roman" w:cs="Times New Roman"/>
          <w:sz w:val="24"/>
          <w:szCs w:val="24"/>
        </w:rPr>
        <w:t>sjellë</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bilanc</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negativ</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prej</w:t>
      </w:r>
      <w:proofErr w:type="spellEnd"/>
      <w:r w:rsidRPr="00D97086">
        <w:rPr>
          <w:rFonts w:ascii="Times New Roman" w:hAnsi="Times New Roman" w:cs="Times New Roman"/>
          <w:sz w:val="24"/>
          <w:szCs w:val="24"/>
        </w:rPr>
        <w:t xml:space="preserve"> –4.</w:t>
      </w:r>
    </w:p>
    <w:p w14:paraId="52CC0EE1" w14:textId="77777777" w:rsidR="004253EA" w:rsidRPr="00D97086" w:rsidRDefault="004253EA" w:rsidP="004253EA">
      <w:pPr>
        <w:jc w:val="both"/>
        <w:rPr>
          <w:rFonts w:ascii="Times New Roman" w:hAnsi="Times New Roman" w:cs="Times New Roman"/>
          <w:sz w:val="24"/>
          <w:szCs w:val="24"/>
        </w:rPr>
      </w:pPr>
      <w:r w:rsidRPr="00D97086">
        <w:rPr>
          <w:rFonts w:ascii="Times New Roman" w:hAnsi="Times New Roman" w:cs="Times New Roman"/>
          <w:sz w:val="24"/>
          <w:szCs w:val="24"/>
        </w:rPr>
        <w:t xml:space="preserve">Ky trend </w:t>
      </w:r>
      <w:proofErr w:type="spellStart"/>
      <w:r w:rsidRPr="00D97086">
        <w:rPr>
          <w:rFonts w:ascii="Times New Roman" w:hAnsi="Times New Roman" w:cs="Times New Roman"/>
          <w:sz w:val="24"/>
          <w:szCs w:val="24"/>
        </w:rPr>
        <w:t>sinjalizon</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ndryshim</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shpejtë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drejt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rënies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demografike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cili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përforcon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problemin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plakjes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popullsisë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paralajmëron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rrezikun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depopullimit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sidomos</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zonat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rurale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Rënia</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lindshmërisë</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shoqëruar</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vdekshmërinë</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rritje</w:t>
      </w:r>
      <w:proofErr w:type="spellEnd"/>
      <w:r w:rsidRPr="00D97086">
        <w:rPr>
          <w:rFonts w:ascii="Times New Roman" w:hAnsi="Times New Roman" w:cs="Times New Roman"/>
          <w:sz w:val="24"/>
          <w:szCs w:val="24"/>
        </w:rPr>
        <w:t xml:space="preserve"> do të </w:t>
      </w:r>
      <w:proofErr w:type="spellStart"/>
      <w:r w:rsidRPr="00D97086">
        <w:rPr>
          <w:rFonts w:ascii="Times New Roman" w:hAnsi="Times New Roman" w:cs="Times New Roman"/>
          <w:sz w:val="24"/>
          <w:szCs w:val="24"/>
        </w:rPr>
        <w:t>ndikojë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drejtpërdrejt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fuqinë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punëtore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aktive</w:t>
      </w:r>
      <w:proofErr w:type="spellEnd"/>
      <w:r w:rsidRPr="00D97086">
        <w:rPr>
          <w:rFonts w:ascii="Times New Roman" w:hAnsi="Times New Roman" w:cs="Times New Roman"/>
          <w:sz w:val="24"/>
          <w:szCs w:val="24"/>
        </w:rPr>
        <w:t xml:space="preserve">, duke e </w:t>
      </w:r>
      <w:proofErr w:type="spellStart"/>
      <w:r w:rsidRPr="00D97086">
        <w:rPr>
          <w:rFonts w:ascii="Times New Roman" w:hAnsi="Times New Roman" w:cs="Times New Roman"/>
          <w:sz w:val="24"/>
          <w:szCs w:val="24"/>
        </w:rPr>
        <w:t>bërë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urgjente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sigurimin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përballueshëm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politikave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mbajnë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rinjtë</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territor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Këto</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dhëna</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bëjnë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qartë</w:t>
      </w:r>
      <w:proofErr w:type="spellEnd"/>
      <w:r w:rsidRPr="00D97086">
        <w:rPr>
          <w:rFonts w:ascii="Times New Roman" w:hAnsi="Times New Roman" w:cs="Times New Roman"/>
          <w:sz w:val="24"/>
          <w:szCs w:val="24"/>
        </w:rPr>
        <w:t xml:space="preserve"> se Bashkia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ka </w:t>
      </w:r>
      <w:proofErr w:type="spellStart"/>
      <w:r w:rsidRPr="00D97086">
        <w:rPr>
          <w:rFonts w:ascii="Times New Roman" w:hAnsi="Times New Roman" w:cs="Times New Roman"/>
          <w:sz w:val="24"/>
          <w:szCs w:val="24"/>
        </w:rPr>
        <w:t>nevojë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qaske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integruar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ku</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politikat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lidhen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ngushtë</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zhvillimin</w:t>
      </w:r>
      <w:proofErr w:type="spellEnd"/>
      <w:r w:rsidRPr="00D97086">
        <w:rPr>
          <w:rFonts w:ascii="Times New Roman" w:hAnsi="Times New Roman" w:cs="Times New Roman"/>
          <w:sz w:val="24"/>
          <w:szCs w:val="24"/>
        </w:rPr>
        <w:t xml:space="preserve"> social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ekonomik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afatgjatë</w:t>
      </w:r>
      <w:proofErr w:type="spellEnd"/>
    </w:p>
    <w:p w14:paraId="7963BB94" w14:textId="77777777" w:rsidR="00067B4B" w:rsidRPr="00D97086" w:rsidRDefault="00067B4B" w:rsidP="004253EA">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Sipas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Censusit</w:t>
      </w:r>
      <w:proofErr w:type="spellEnd"/>
      <w:r w:rsidRPr="00D97086">
        <w:rPr>
          <w:rFonts w:ascii="Times New Roman" w:hAnsi="Times New Roman" w:cs="Times New Roman"/>
          <w:sz w:val="24"/>
          <w:szCs w:val="24"/>
        </w:rPr>
        <w:t xml:space="preserve"> 2023, </w:t>
      </w:r>
      <w:proofErr w:type="spellStart"/>
      <w:r w:rsidRPr="00D97086">
        <w:rPr>
          <w:rFonts w:ascii="Times New Roman" w:hAnsi="Times New Roman" w:cs="Times New Roman"/>
          <w:sz w:val="24"/>
          <w:szCs w:val="24"/>
        </w:rPr>
        <w:t>raporti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varësisë</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Bashkinë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është</w:t>
      </w:r>
      <w:proofErr w:type="spellEnd"/>
      <w:r w:rsidRPr="00D97086">
        <w:rPr>
          <w:rFonts w:ascii="Times New Roman" w:hAnsi="Times New Roman" w:cs="Times New Roman"/>
          <w:sz w:val="24"/>
          <w:szCs w:val="24"/>
        </w:rPr>
        <w:t xml:space="preserve"> 51.5%,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do të </w:t>
      </w:r>
      <w:proofErr w:type="spellStart"/>
      <w:r w:rsidRPr="00D97086">
        <w:rPr>
          <w:rFonts w:ascii="Times New Roman" w:hAnsi="Times New Roman" w:cs="Times New Roman"/>
          <w:sz w:val="24"/>
          <w:szCs w:val="24"/>
        </w:rPr>
        <w:t>thotë</w:t>
      </w:r>
      <w:proofErr w:type="spellEnd"/>
      <w:r w:rsidRPr="00D97086">
        <w:rPr>
          <w:rFonts w:ascii="Times New Roman" w:hAnsi="Times New Roman" w:cs="Times New Roman"/>
          <w:sz w:val="24"/>
          <w:szCs w:val="24"/>
        </w:rPr>
        <w:t xml:space="preserve"> se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çdo</w:t>
      </w:r>
      <w:proofErr w:type="spellEnd"/>
      <w:r w:rsidRPr="00D97086">
        <w:rPr>
          <w:rFonts w:ascii="Times New Roman" w:hAnsi="Times New Roman" w:cs="Times New Roman"/>
          <w:sz w:val="24"/>
          <w:szCs w:val="24"/>
        </w:rPr>
        <w:t xml:space="preserve"> 100 persona në </w:t>
      </w:r>
      <w:proofErr w:type="spellStart"/>
      <w:r w:rsidRPr="00D97086">
        <w:rPr>
          <w:rFonts w:ascii="Times New Roman" w:hAnsi="Times New Roman" w:cs="Times New Roman"/>
          <w:sz w:val="24"/>
          <w:szCs w:val="24"/>
        </w:rPr>
        <w:t>moshë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pune</w:t>
      </w:r>
      <w:proofErr w:type="spellEnd"/>
      <w:r w:rsidRPr="00D97086">
        <w:rPr>
          <w:rFonts w:ascii="Times New Roman" w:hAnsi="Times New Roman" w:cs="Times New Roman"/>
          <w:sz w:val="24"/>
          <w:szCs w:val="24"/>
        </w:rPr>
        <w:t xml:space="preserve"> ka </w:t>
      </w:r>
      <w:proofErr w:type="spellStart"/>
      <w:r w:rsidRPr="00D97086">
        <w:rPr>
          <w:rFonts w:ascii="Times New Roman" w:hAnsi="Times New Roman" w:cs="Times New Roman"/>
          <w:sz w:val="24"/>
          <w:szCs w:val="24"/>
        </w:rPr>
        <w:t>rreth</w:t>
      </w:r>
      <w:proofErr w:type="spellEnd"/>
      <w:r w:rsidRPr="00D97086">
        <w:rPr>
          <w:rFonts w:ascii="Times New Roman" w:hAnsi="Times New Roman" w:cs="Times New Roman"/>
          <w:sz w:val="24"/>
          <w:szCs w:val="24"/>
        </w:rPr>
        <w:t xml:space="preserve"> 52 persona në </w:t>
      </w:r>
      <w:proofErr w:type="spellStart"/>
      <w:r w:rsidRPr="00D97086">
        <w:rPr>
          <w:rFonts w:ascii="Times New Roman" w:hAnsi="Times New Roman" w:cs="Times New Roman"/>
          <w:sz w:val="24"/>
          <w:szCs w:val="24"/>
        </w:rPr>
        <w:t>varësi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fëmijë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ose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moshuar</w:t>
      </w:r>
      <w:proofErr w:type="spellEnd"/>
      <w:r w:rsidRPr="00D97086">
        <w:rPr>
          <w:rFonts w:ascii="Times New Roman" w:hAnsi="Times New Roman" w:cs="Times New Roman"/>
          <w:sz w:val="24"/>
          <w:szCs w:val="24"/>
        </w:rPr>
        <w:t xml:space="preserve">). Ky </w:t>
      </w:r>
      <w:proofErr w:type="spellStart"/>
      <w:r w:rsidRPr="00D97086">
        <w:rPr>
          <w:rFonts w:ascii="Times New Roman" w:hAnsi="Times New Roman" w:cs="Times New Roman"/>
          <w:sz w:val="24"/>
          <w:szCs w:val="24"/>
        </w:rPr>
        <w:t>nivel</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lartë</w:t>
      </w:r>
      <w:proofErr w:type="spellEnd"/>
      <w:r w:rsidRPr="00D97086">
        <w:rPr>
          <w:rFonts w:ascii="Times New Roman" w:hAnsi="Times New Roman" w:cs="Times New Roman"/>
          <w:sz w:val="24"/>
          <w:szCs w:val="24"/>
        </w:rPr>
        <w:t xml:space="preserve"> se </w:t>
      </w:r>
      <w:proofErr w:type="spellStart"/>
      <w:r w:rsidRPr="00D97086">
        <w:rPr>
          <w:rFonts w:ascii="Times New Roman" w:hAnsi="Times New Roman" w:cs="Times New Roman"/>
          <w:sz w:val="24"/>
          <w:szCs w:val="24"/>
        </w:rPr>
        <w:t>mesatarja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kombëtare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tregon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barrë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shtuar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popullsinë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aktive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politikat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vendore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shërbime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sociale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Tendenca</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rënies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lindshmërisë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rritjes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vdekshmërisë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rrezikon</w:t>
      </w:r>
      <w:proofErr w:type="spellEnd"/>
      <w:r w:rsidRPr="00D97086">
        <w:rPr>
          <w:rFonts w:ascii="Times New Roman" w:hAnsi="Times New Roman" w:cs="Times New Roman"/>
          <w:sz w:val="24"/>
          <w:szCs w:val="24"/>
        </w:rPr>
        <w:t xml:space="preserve"> ta </w:t>
      </w:r>
      <w:proofErr w:type="spellStart"/>
      <w:r w:rsidRPr="00D97086">
        <w:rPr>
          <w:rFonts w:ascii="Times New Roman" w:hAnsi="Times New Roman" w:cs="Times New Roman"/>
          <w:sz w:val="24"/>
          <w:szCs w:val="24"/>
        </w:rPr>
        <w:t>rëndojë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tej</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këtë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raport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vitet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vijim</w:t>
      </w:r>
      <w:proofErr w:type="spellEnd"/>
      <w:r w:rsidRPr="00D97086">
        <w:rPr>
          <w:rFonts w:ascii="Times New Roman" w:hAnsi="Times New Roman" w:cs="Times New Roman"/>
          <w:sz w:val="24"/>
          <w:szCs w:val="24"/>
        </w:rPr>
        <w:t>. (</w:t>
      </w:r>
      <w:proofErr w:type="spellStart"/>
      <w:r w:rsidRPr="00D97086">
        <w:rPr>
          <w:rFonts w:ascii="Times New Roman" w:hAnsi="Times New Roman" w:cs="Times New Roman"/>
          <w:sz w:val="24"/>
          <w:szCs w:val="24"/>
        </w:rPr>
        <w:t>raporti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varësisë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është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paraqitur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detajuar</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Aneksin</w:t>
      </w:r>
      <w:proofErr w:type="spellEnd"/>
      <w:r w:rsidRPr="00D97086">
        <w:rPr>
          <w:rFonts w:ascii="Times New Roman" w:hAnsi="Times New Roman" w:cs="Times New Roman"/>
          <w:sz w:val="24"/>
          <w:szCs w:val="24"/>
        </w:rPr>
        <w:t xml:space="preserve"> 2)</w:t>
      </w:r>
    </w:p>
    <w:p w14:paraId="022027E9" w14:textId="77777777" w:rsidR="008B3784" w:rsidRPr="005B1542" w:rsidRDefault="004253EA" w:rsidP="008D5DA0">
      <w:pPr>
        <w:pStyle w:val="ListParagraph"/>
        <w:numPr>
          <w:ilvl w:val="0"/>
          <w:numId w:val="23"/>
        </w:numPr>
        <w:jc w:val="both"/>
        <w:rPr>
          <w:rFonts w:ascii="Times New Roman" w:hAnsi="Times New Roman" w:cs="Times New Roman"/>
          <w:i/>
          <w:sz w:val="24"/>
          <w:szCs w:val="24"/>
          <w:lang w:val="it-IT"/>
        </w:rPr>
      </w:pPr>
      <w:r w:rsidRPr="005B1542">
        <w:rPr>
          <w:rFonts w:ascii="Times New Roman" w:hAnsi="Times New Roman" w:cs="Times New Roman"/>
          <w:i/>
          <w:sz w:val="24"/>
          <w:szCs w:val="24"/>
          <w:lang w:val="it-IT"/>
        </w:rPr>
        <w:t xml:space="preserve"> </w:t>
      </w:r>
      <w:r w:rsidR="008B3784" w:rsidRPr="005B1542">
        <w:rPr>
          <w:rFonts w:ascii="Times New Roman" w:hAnsi="Times New Roman" w:cs="Times New Roman"/>
          <w:i/>
          <w:sz w:val="24"/>
          <w:szCs w:val="24"/>
          <w:lang w:val="it-IT"/>
        </w:rPr>
        <w:t>Grupet vulnerabël dhe sfidat e tyre në strehim</w:t>
      </w:r>
    </w:p>
    <w:p w14:paraId="26A7D4F6" w14:textId="77777777" w:rsidR="00865E9E" w:rsidRPr="00D97086" w:rsidRDefault="00865E9E" w:rsidP="00865E9E">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lastRenderedPageBreak/>
        <w:t>Përveç</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sfidave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përgjithshme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demografike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trendit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rënies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natyrore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popullsisë</w:t>
      </w:r>
      <w:proofErr w:type="spellEnd"/>
      <w:r w:rsidRPr="00D97086">
        <w:rPr>
          <w:rFonts w:ascii="Times New Roman" w:hAnsi="Times New Roman" w:cs="Times New Roman"/>
          <w:sz w:val="24"/>
          <w:szCs w:val="24"/>
        </w:rPr>
        <w:t xml:space="preserve">, Bashkia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përballet</w:t>
      </w:r>
      <w:proofErr w:type="spellEnd"/>
      <w:r w:rsidRPr="00D97086">
        <w:rPr>
          <w:rFonts w:ascii="Times New Roman" w:hAnsi="Times New Roman" w:cs="Times New Roman"/>
          <w:sz w:val="24"/>
          <w:szCs w:val="24"/>
        </w:rPr>
        <w:t xml:space="preserve"> me një </w:t>
      </w:r>
      <w:proofErr w:type="spellStart"/>
      <w:r w:rsidRPr="00D97086">
        <w:rPr>
          <w:rFonts w:ascii="Times New Roman" w:hAnsi="Times New Roman" w:cs="Times New Roman"/>
          <w:sz w:val="24"/>
          <w:szCs w:val="24"/>
        </w:rPr>
        <w:t>numër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grupesh</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vulnerabël</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cilat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janë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veçanërisht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ekspozuara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ndaj</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pasigurisë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Këto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grupe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Ndihmë</w:t>
      </w:r>
      <w:proofErr w:type="spellEnd"/>
      <w:r w:rsidRPr="00D97086">
        <w:rPr>
          <w:rFonts w:ascii="Times New Roman" w:hAnsi="Times New Roman" w:cs="Times New Roman"/>
          <w:sz w:val="24"/>
          <w:szCs w:val="24"/>
        </w:rPr>
        <w:t xml:space="preserve"> Ekonomike, </w:t>
      </w:r>
      <w:proofErr w:type="spellStart"/>
      <w:r w:rsidRPr="00D97086">
        <w:rPr>
          <w:rFonts w:ascii="Times New Roman" w:hAnsi="Times New Roman" w:cs="Times New Roman"/>
          <w:sz w:val="24"/>
          <w:szCs w:val="24"/>
        </w:rPr>
        <w:t>personat</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aftësi</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kufizuara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gratë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kryefamiljare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komunitetet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rome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egjiptiane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moshuarit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etj</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përfaqësojnë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kategori</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rrezik</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lartë</w:t>
      </w:r>
      <w:proofErr w:type="spellEnd"/>
      <w:r w:rsidRPr="00D97086">
        <w:rPr>
          <w:rFonts w:ascii="Times New Roman" w:hAnsi="Times New Roman" w:cs="Times New Roman"/>
          <w:sz w:val="24"/>
          <w:szCs w:val="24"/>
        </w:rPr>
        <w:t xml:space="preserve"> social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ekonomik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Varfëria</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qëndrueshme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shpenzimet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shtesë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shëndetësore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diskriminimi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mungesa</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mbështetjes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familjare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janë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faktorë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bëjnë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ato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prekshme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përballë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kostove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larta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banimit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kushteve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papërshtatshme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banesave</w:t>
      </w:r>
      <w:proofErr w:type="spellEnd"/>
      <w:r w:rsidRPr="00D97086">
        <w:rPr>
          <w:rFonts w:ascii="Times New Roman" w:hAnsi="Times New Roman" w:cs="Times New Roman"/>
          <w:sz w:val="24"/>
          <w:szCs w:val="24"/>
        </w:rPr>
        <w:t>.</w:t>
      </w:r>
    </w:p>
    <w:p w14:paraId="0FA1A781" w14:textId="77777777" w:rsidR="00865E9E" w:rsidRPr="00D97086" w:rsidRDefault="00865E9E" w:rsidP="00865E9E">
      <w:pPr>
        <w:jc w:val="both"/>
        <w:rPr>
          <w:rFonts w:ascii="Times New Roman" w:hAnsi="Times New Roman" w:cs="Times New Roman"/>
          <w:sz w:val="24"/>
          <w:szCs w:val="24"/>
        </w:rPr>
      </w:pPr>
      <w:r w:rsidRPr="00D97086">
        <w:rPr>
          <w:rFonts w:ascii="Times New Roman" w:hAnsi="Times New Roman" w:cs="Times New Roman"/>
          <w:sz w:val="24"/>
          <w:szCs w:val="24"/>
        </w:rPr>
        <w:t xml:space="preserve">Në </w:t>
      </w:r>
      <w:proofErr w:type="spellStart"/>
      <w:r w:rsidRPr="00D97086">
        <w:rPr>
          <w:rFonts w:ascii="Times New Roman" w:hAnsi="Times New Roman" w:cs="Times New Roman"/>
          <w:sz w:val="24"/>
          <w:szCs w:val="24"/>
        </w:rPr>
        <w:t>këtë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kuadër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dhënat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mbledhura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Bashkia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vitin</w:t>
      </w:r>
      <w:proofErr w:type="spellEnd"/>
      <w:r w:rsidRPr="00D97086">
        <w:rPr>
          <w:rFonts w:ascii="Times New Roman" w:hAnsi="Times New Roman" w:cs="Times New Roman"/>
          <w:sz w:val="24"/>
          <w:szCs w:val="24"/>
        </w:rPr>
        <w:t xml:space="preserve"> 2025 </w:t>
      </w:r>
      <w:proofErr w:type="spellStart"/>
      <w:r w:rsidRPr="00D97086">
        <w:rPr>
          <w:rFonts w:ascii="Times New Roman" w:hAnsi="Times New Roman" w:cs="Times New Roman"/>
          <w:sz w:val="24"/>
          <w:szCs w:val="24"/>
        </w:rPr>
        <w:t>tregojnë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shpërndarjen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grupeve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vulnerabël</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katër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Njësitë</w:t>
      </w:r>
      <w:proofErr w:type="spellEnd"/>
      <w:r w:rsidRPr="00D97086">
        <w:rPr>
          <w:rFonts w:ascii="Times New Roman" w:hAnsi="Times New Roman" w:cs="Times New Roman"/>
          <w:sz w:val="24"/>
          <w:szCs w:val="24"/>
        </w:rPr>
        <w:t xml:space="preserve"> Administrative, duke </w:t>
      </w:r>
      <w:proofErr w:type="spellStart"/>
      <w:r w:rsidRPr="00D97086">
        <w:rPr>
          <w:rFonts w:ascii="Times New Roman" w:hAnsi="Times New Roman" w:cs="Times New Roman"/>
          <w:sz w:val="24"/>
          <w:szCs w:val="24"/>
        </w:rPr>
        <w:t>evidentuar</w:t>
      </w:r>
      <w:proofErr w:type="spellEnd"/>
      <w:r w:rsidRPr="00D97086">
        <w:rPr>
          <w:rFonts w:ascii="Times New Roman" w:hAnsi="Times New Roman" w:cs="Times New Roman"/>
          <w:sz w:val="24"/>
          <w:szCs w:val="24"/>
        </w:rPr>
        <w:t xml:space="preserve"> se </w:t>
      </w:r>
      <w:proofErr w:type="spellStart"/>
      <w:r w:rsidRPr="00D97086">
        <w:rPr>
          <w:rFonts w:ascii="Times New Roman" w:hAnsi="Times New Roman" w:cs="Times New Roman"/>
          <w:sz w:val="24"/>
          <w:szCs w:val="24"/>
        </w:rPr>
        <w:t>Rrajca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Qukësi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mbajnë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peshën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madhe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familjeve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Ndihmë</w:t>
      </w:r>
      <w:proofErr w:type="spellEnd"/>
      <w:r w:rsidRPr="00D97086">
        <w:rPr>
          <w:rFonts w:ascii="Times New Roman" w:hAnsi="Times New Roman" w:cs="Times New Roman"/>
          <w:sz w:val="24"/>
          <w:szCs w:val="24"/>
        </w:rPr>
        <w:t xml:space="preserve"> Ekonomike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PAK, </w:t>
      </w:r>
      <w:proofErr w:type="spellStart"/>
      <w:r w:rsidRPr="00D97086">
        <w:rPr>
          <w:rFonts w:ascii="Times New Roman" w:hAnsi="Times New Roman" w:cs="Times New Roman"/>
          <w:sz w:val="24"/>
          <w:szCs w:val="24"/>
        </w:rPr>
        <w:t>ndërsa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komunitetet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rome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egjiptiane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janë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përqendruara</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Prrenjasin</w:t>
      </w:r>
      <w:proofErr w:type="spellEnd"/>
      <w:r w:rsidRPr="00D97086">
        <w:rPr>
          <w:rFonts w:ascii="Times New Roman" w:hAnsi="Times New Roman" w:cs="Times New Roman"/>
          <w:sz w:val="24"/>
          <w:szCs w:val="24"/>
        </w:rPr>
        <w:t xml:space="preserve"> urban. Ky </w:t>
      </w:r>
      <w:proofErr w:type="spellStart"/>
      <w:r w:rsidRPr="00D97086">
        <w:rPr>
          <w:rFonts w:ascii="Times New Roman" w:hAnsi="Times New Roman" w:cs="Times New Roman"/>
          <w:sz w:val="24"/>
          <w:szCs w:val="24"/>
        </w:rPr>
        <w:t>konfigurim</w:t>
      </w:r>
      <w:proofErr w:type="spellEnd"/>
      <w:r w:rsidRPr="00D97086">
        <w:rPr>
          <w:rFonts w:ascii="Times New Roman" w:hAnsi="Times New Roman" w:cs="Times New Roman"/>
          <w:sz w:val="24"/>
          <w:szCs w:val="24"/>
        </w:rPr>
        <w:t xml:space="preserve"> territorial </w:t>
      </w:r>
      <w:proofErr w:type="spellStart"/>
      <w:r w:rsidRPr="00D97086">
        <w:rPr>
          <w:rFonts w:ascii="Times New Roman" w:hAnsi="Times New Roman" w:cs="Times New Roman"/>
          <w:sz w:val="24"/>
          <w:szCs w:val="24"/>
        </w:rPr>
        <w:t>pasqyrohet</w:t>
      </w:r>
      <w:proofErr w:type="spellEnd"/>
      <w:r w:rsidRPr="00D97086">
        <w:rPr>
          <w:rFonts w:ascii="Times New Roman" w:hAnsi="Times New Roman" w:cs="Times New Roman"/>
          <w:sz w:val="24"/>
          <w:szCs w:val="24"/>
        </w:rPr>
        <w:t xml:space="preserve"> në </w:t>
      </w:r>
      <w:proofErr w:type="spellStart"/>
      <w:r w:rsidR="00C5456C" w:rsidRPr="00D97086">
        <w:rPr>
          <w:rFonts w:ascii="Times New Roman" w:hAnsi="Times New Roman" w:cs="Times New Roman"/>
          <w:sz w:val="24"/>
          <w:szCs w:val="24"/>
        </w:rPr>
        <w:t>Figurën</w:t>
      </w:r>
      <w:proofErr w:type="spellEnd"/>
      <w:r w:rsidR="00C5456C" w:rsidRPr="00D97086">
        <w:rPr>
          <w:rFonts w:ascii="Times New Roman" w:hAnsi="Times New Roman" w:cs="Times New Roman"/>
          <w:sz w:val="24"/>
          <w:szCs w:val="24"/>
        </w:rPr>
        <w:t xml:space="preserve"> 3</w:t>
      </w:r>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cila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tregon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shpërndarjen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kategorive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kryesore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vulnerabël</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nivel</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bashkie</w:t>
      </w:r>
      <w:proofErr w:type="spellEnd"/>
      <w:r w:rsidRPr="00D97086">
        <w:rPr>
          <w:rFonts w:ascii="Times New Roman" w:hAnsi="Times New Roman" w:cs="Times New Roman"/>
          <w:sz w:val="24"/>
          <w:szCs w:val="24"/>
        </w:rPr>
        <w:t>.</w:t>
      </w:r>
    </w:p>
    <w:p w14:paraId="47A3CAF1" w14:textId="77777777" w:rsidR="00865E9E" w:rsidRPr="00D97086" w:rsidRDefault="00865E9E" w:rsidP="00865E9E">
      <w:pPr>
        <w:jc w:val="both"/>
        <w:rPr>
          <w:rFonts w:ascii="Times New Roman" w:hAnsi="Times New Roman" w:cs="Times New Roman"/>
          <w:sz w:val="24"/>
          <w:szCs w:val="24"/>
        </w:rPr>
      </w:pPr>
      <w:r w:rsidRPr="00D97086">
        <w:rPr>
          <w:rFonts w:ascii="Times New Roman" w:hAnsi="Times New Roman" w:cs="Times New Roman"/>
          <w:sz w:val="24"/>
          <w:szCs w:val="24"/>
        </w:rPr>
        <w:t xml:space="preserve">Në </w:t>
      </w:r>
      <w:proofErr w:type="spellStart"/>
      <w:r w:rsidRPr="00D97086">
        <w:rPr>
          <w:rFonts w:ascii="Times New Roman" w:hAnsi="Times New Roman" w:cs="Times New Roman"/>
          <w:sz w:val="24"/>
          <w:szCs w:val="24"/>
        </w:rPr>
        <w:t>nivel</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bashkie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janë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evidentuar</w:t>
      </w:r>
      <w:proofErr w:type="spellEnd"/>
      <w:r w:rsidRPr="00D97086">
        <w:rPr>
          <w:rFonts w:ascii="Times New Roman" w:hAnsi="Times New Roman" w:cs="Times New Roman"/>
          <w:sz w:val="24"/>
          <w:szCs w:val="24"/>
        </w:rPr>
        <w:t>:</w:t>
      </w:r>
    </w:p>
    <w:p w14:paraId="71AD5989" w14:textId="77777777" w:rsidR="00865E9E" w:rsidRPr="00D97086" w:rsidRDefault="00865E9E" w:rsidP="00865E9E">
      <w:pPr>
        <w:pStyle w:val="ListParagraph"/>
        <w:numPr>
          <w:ilvl w:val="0"/>
          <w:numId w:val="13"/>
        </w:numPr>
        <w:jc w:val="both"/>
        <w:rPr>
          <w:rFonts w:ascii="Times New Roman" w:hAnsi="Times New Roman" w:cs="Times New Roman"/>
          <w:sz w:val="24"/>
          <w:szCs w:val="24"/>
        </w:rPr>
      </w:pPr>
      <w:r w:rsidRPr="00D97086">
        <w:rPr>
          <w:rFonts w:ascii="Times New Roman" w:hAnsi="Times New Roman" w:cs="Times New Roman"/>
          <w:sz w:val="24"/>
          <w:szCs w:val="24"/>
        </w:rPr>
        <w:t xml:space="preserve">1,744 </w:t>
      </w:r>
      <w:proofErr w:type="spellStart"/>
      <w:r w:rsidRPr="00D97086">
        <w:rPr>
          <w:rFonts w:ascii="Times New Roman" w:hAnsi="Times New Roman" w:cs="Times New Roman"/>
          <w:sz w:val="24"/>
          <w:szCs w:val="24"/>
        </w:rPr>
        <w:t>familje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përfituese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Ndihmës</w:t>
      </w:r>
      <w:proofErr w:type="spellEnd"/>
      <w:r w:rsidRPr="00D97086">
        <w:rPr>
          <w:rFonts w:ascii="Times New Roman" w:hAnsi="Times New Roman" w:cs="Times New Roman"/>
          <w:sz w:val="24"/>
          <w:szCs w:val="24"/>
        </w:rPr>
        <w:t xml:space="preserve"> Ekonomike (NE), </w:t>
      </w:r>
      <w:proofErr w:type="spellStart"/>
      <w:r w:rsidRPr="00D97086">
        <w:rPr>
          <w:rFonts w:ascii="Times New Roman" w:hAnsi="Times New Roman" w:cs="Times New Roman"/>
          <w:sz w:val="24"/>
          <w:szCs w:val="24"/>
        </w:rPr>
        <w:t>kryesisht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Rrajcë</w:t>
      </w:r>
      <w:proofErr w:type="spellEnd"/>
      <w:r w:rsidRPr="00D97086">
        <w:rPr>
          <w:rFonts w:ascii="Times New Roman" w:hAnsi="Times New Roman" w:cs="Times New Roman"/>
          <w:sz w:val="24"/>
          <w:szCs w:val="24"/>
        </w:rPr>
        <w:t xml:space="preserve"> (650)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Qukës</w:t>
      </w:r>
      <w:proofErr w:type="spellEnd"/>
      <w:r w:rsidRPr="00D97086">
        <w:rPr>
          <w:rFonts w:ascii="Times New Roman" w:hAnsi="Times New Roman" w:cs="Times New Roman"/>
          <w:sz w:val="24"/>
          <w:szCs w:val="24"/>
        </w:rPr>
        <w:t xml:space="preserve"> (602).</w:t>
      </w:r>
    </w:p>
    <w:p w14:paraId="2250E2BE" w14:textId="77777777" w:rsidR="00865E9E" w:rsidRPr="005B1542" w:rsidRDefault="00865E9E" w:rsidP="00865E9E">
      <w:pPr>
        <w:pStyle w:val="ListParagraph"/>
        <w:numPr>
          <w:ilvl w:val="0"/>
          <w:numId w:val="13"/>
        </w:num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1,195 persona me aftësi të kufizuara (PAK).</w:t>
      </w:r>
    </w:p>
    <w:p w14:paraId="1417642C" w14:textId="77777777" w:rsidR="00865E9E" w:rsidRPr="005B1542" w:rsidRDefault="00865E9E" w:rsidP="00865E9E">
      <w:pPr>
        <w:pStyle w:val="ListParagraph"/>
        <w:numPr>
          <w:ilvl w:val="0"/>
          <w:numId w:val="13"/>
        </w:num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41 gra kryefamiljare, shumica në zona rurale.</w:t>
      </w:r>
    </w:p>
    <w:p w14:paraId="606ABAF5" w14:textId="77777777" w:rsidR="00865E9E" w:rsidRPr="005B1542" w:rsidRDefault="00865E9E" w:rsidP="00865E9E">
      <w:pPr>
        <w:pStyle w:val="ListParagraph"/>
        <w:numPr>
          <w:ilvl w:val="0"/>
          <w:numId w:val="13"/>
        </w:num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435 familje të komunitetit rom dhe egjiptian, të përqendruara në Prrenjas (227) dhe Rrajcë (92).</w:t>
      </w:r>
    </w:p>
    <w:p w14:paraId="79933413" w14:textId="77777777" w:rsidR="00865E9E" w:rsidRPr="005B1542" w:rsidRDefault="00865E9E" w:rsidP="00865E9E">
      <w:pPr>
        <w:pStyle w:val="ListParagraph"/>
        <w:numPr>
          <w:ilvl w:val="0"/>
          <w:numId w:val="13"/>
        </w:num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3,157 persona mbi 65 vjeç, që përbëjnë 16.82% të popullsisë.</w:t>
      </w:r>
    </w:p>
    <w:p w14:paraId="1F41AC66" w14:textId="77777777" w:rsidR="00865E9E" w:rsidRPr="005B1542" w:rsidRDefault="00C5456C" w:rsidP="00865E9E">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 xml:space="preserve">Figura 3: </w:t>
      </w:r>
      <w:r w:rsidR="00865E9E" w:rsidRPr="005B1542">
        <w:rPr>
          <w:rFonts w:ascii="Times New Roman" w:hAnsi="Times New Roman" w:cs="Times New Roman"/>
          <w:sz w:val="24"/>
          <w:szCs w:val="24"/>
          <w:lang w:val="it-IT"/>
        </w:rPr>
        <w:t>Shpërndarja e grupeve vulnerabël sipas Njësive Administrative në Bashkinë Prrenjas</w:t>
      </w:r>
    </w:p>
    <w:tbl>
      <w:tblPr>
        <w:tblStyle w:val="LightGrid-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1258"/>
        <w:gridCol w:w="1271"/>
        <w:gridCol w:w="1092"/>
        <w:gridCol w:w="1865"/>
        <w:gridCol w:w="2114"/>
        <w:gridCol w:w="1030"/>
      </w:tblGrid>
      <w:tr w:rsidR="00865E9E" w:rsidRPr="00D97086" w14:paraId="34D4B3F9" w14:textId="77777777" w:rsidTr="00FC26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357F8352" w14:textId="77777777" w:rsidR="00865E9E" w:rsidRPr="00D97086" w:rsidRDefault="00865E9E" w:rsidP="0020743F">
            <w:pPr>
              <w:jc w:val="both"/>
              <w:rPr>
                <w:rFonts w:ascii="Times New Roman" w:hAnsi="Times New Roman" w:cs="Times New Roman"/>
                <w:sz w:val="28"/>
                <w:szCs w:val="28"/>
              </w:rPr>
            </w:pPr>
            <w:proofErr w:type="spellStart"/>
            <w:r w:rsidRPr="00D97086">
              <w:rPr>
                <w:rFonts w:ascii="Times New Roman" w:hAnsi="Times New Roman" w:cs="Times New Roman"/>
                <w:sz w:val="28"/>
                <w:szCs w:val="28"/>
              </w:rPr>
              <w:t>NjA</w:t>
            </w:r>
            <w:proofErr w:type="spellEnd"/>
          </w:p>
        </w:tc>
        <w:tc>
          <w:tcPr>
            <w:tcW w:w="1440"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77DDB874" w14:textId="77777777" w:rsidR="00865E9E" w:rsidRPr="00D97086" w:rsidRDefault="00865E9E" w:rsidP="0020743F">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roofErr w:type="spellStart"/>
            <w:r w:rsidRPr="00D97086">
              <w:rPr>
                <w:rFonts w:ascii="Times New Roman" w:hAnsi="Times New Roman" w:cs="Times New Roman"/>
                <w:sz w:val="28"/>
                <w:szCs w:val="28"/>
              </w:rPr>
              <w:t>Familje</w:t>
            </w:r>
            <w:proofErr w:type="spellEnd"/>
            <w:r w:rsidRPr="00D97086">
              <w:rPr>
                <w:rFonts w:ascii="Times New Roman" w:hAnsi="Times New Roman" w:cs="Times New Roman"/>
                <w:sz w:val="28"/>
                <w:szCs w:val="28"/>
              </w:rPr>
              <w:t xml:space="preserve"> NE</w:t>
            </w:r>
          </w:p>
        </w:tc>
        <w:tc>
          <w:tcPr>
            <w:tcW w:w="1440"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0FFA27EA" w14:textId="77777777" w:rsidR="00865E9E" w:rsidRPr="00D97086" w:rsidRDefault="00865E9E" w:rsidP="0020743F">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D97086">
              <w:rPr>
                <w:rFonts w:ascii="Times New Roman" w:hAnsi="Times New Roman" w:cs="Times New Roman"/>
                <w:sz w:val="28"/>
                <w:szCs w:val="28"/>
              </w:rPr>
              <w:t>PAK</w:t>
            </w:r>
          </w:p>
        </w:tc>
        <w:tc>
          <w:tcPr>
            <w:tcW w:w="1440"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0AD9F389" w14:textId="77777777" w:rsidR="00865E9E" w:rsidRPr="00D97086" w:rsidRDefault="00865E9E" w:rsidP="0020743F">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D97086">
              <w:rPr>
                <w:rFonts w:ascii="Times New Roman" w:hAnsi="Times New Roman" w:cs="Times New Roman"/>
                <w:sz w:val="28"/>
                <w:szCs w:val="28"/>
              </w:rPr>
              <w:t xml:space="preserve">Gra </w:t>
            </w:r>
            <w:proofErr w:type="spellStart"/>
            <w:r w:rsidRPr="00D97086">
              <w:rPr>
                <w:rFonts w:ascii="Times New Roman" w:hAnsi="Times New Roman" w:cs="Times New Roman"/>
                <w:sz w:val="28"/>
                <w:szCs w:val="28"/>
              </w:rPr>
              <w:t>kryefamiljare</w:t>
            </w:r>
            <w:proofErr w:type="spellEnd"/>
          </w:p>
        </w:tc>
        <w:tc>
          <w:tcPr>
            <w:tcW w:w="1440"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666072BC" w14:textId="77777777" w:rsidR="00865E9E" w:rsidRPr="00D97086" w:rsidRDefault="00865E9E" w:rsidP="0020743F">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D97086">
              <w:rPr>
                <w:rFonts w:ascii="Times New Roman" w:hAnsi="Times New Roman" w:cs="Times New Roman"/>
                <w:sz w:val="28"/>
                <w:szCs w:val="28"/>
              </w:rPr>
              <w:t>Rom/</w:t>
            </w:r>
            <w:proofErr w:type="spellStart"/>
            <w:r w:rsidRPr="00D97086">
              <w:rPr>
                <w:rFonts w:ascii="Times New Roman" w:hAnsi="Times New Roman" w:cs="Times New Roman"/>
                <w:sz w:val="28"/>
                <w:szCs w:val="28"/>
              </w:rPr>
              <w:t>Egjiptianë</w:t>
            </w:r>
            <w:proofErr w:type="spellEnd"/>
          </w:p>
        </w:tc>
        <w:tc>
          <w:tcPr>
            <w:tcW w:w="1440"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1D1E7755" w14:textId="77777777" w:rsidR="00865E9E" w:rsidRPr="00D97086" w:rsidRDefault="00865E9E" w:rsidP="0020743F">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D97086">
              <w:rPr>
                <w:rFonts w:ascii="Times New Roman" w:hAnsi="Times New Roman" w:cs="Times New Roman"/>
                <w:sz w:val="28"/>
                <w:szCs w:val="28"/>
              </w:rPr>
              <w:t>65+</w:t>
            </w:r>
          </w:p>
        </w:tc>
      </w:tr>
      <w:tr w:rsidR="00865E9E" w:rsidRPr="00D97086" w14:paraId="3A6398FE" w14:textId="77777777" w:rsidTr="00207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Borders>
              <w:top w:val="none" w:sz="0" w:space="0" w:color="auto"/>
              <w:left w:val="none" w:sz="0" w:space="0" w:color="auto"/>
              <w:bottom w:val="none" w:sz="0" w:space="0" w:color="auto"/>
              <w:right w:val="none" w:sz="0" w:space="0" w:color="auto"/>
            </w:tcBorders>
            <w:shd w:val="clear" w:color="auto" w:fill="FFFFFF" w:themeFill="background1"/>
          </w:tcPr>
          <w:p w14:paraId="5F0924DB" w14:textId="77777777" w:rsidR="00865E9E" w:rsidRPr="00D97086" w:rsidRDefault="00865E9E" w:rsidP="0020743F">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Prrenjas</w:t>
            </w:r>
            <w:proofErr w:type="spellEnd"/>
          </w:p>
        </w:tc>
        <w:tc>
          <w:tcPr>
            <w:tcW w:w="1440" w:type="dxa"/>
            <w:tcBorders>
              <w:top w:val="none" w:sz="0" w:space="0" w:color="auto"/>
              <w:left w:val="none" w:sz="0" w:space="0" w:color="auto"/>
              <w:bottom w:val="none" w:sz="0" w:space="0" w:color="auto"/>
              <w:right w:val="none" w:sz="0" w:space="0" w:color="auto"/>
            </w:tcBorders>
            <w:shd w:val="clear" w:color="auto" w:fill="FFFFFF" w:themeFill="background1"/>
          </w:tcPr>
          <w:p w14:paraId="7CD7D7BF" w14:textId="77777777" w:rsidR="00865E9E" w:rsidRPr="00D97086" w:rsidRDefault="00865E9E" w:rsidP="0020743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248</w:t>
            </w:r>
          </w:p>
        </w:tc>
        <w:tc>
          <w:tcPr>
            <w:tcW w:w="1440" w:type="dxa"/>
            <w:tcBorders>
              <w:top w:val="none" w:sz="0" w:space="0" w:color="auto"/>
              <w:left w:val="none" w:sz="0" w:space="0" w:color="auto"/>
              <w:bottom w:val="none" w:sz="0" w:space="0" w:color="auto"/>
              <w:right w:val="none" w:sz="0" w:space="0" w:color="auto"/>
            </w:tcBorders>
            <w:shd w:val="clear" w:color="auto" w:fill="FFFFFF" w:themeFill="background1"/>
          </w:tcPr>
          <w:p w14:paraId="7F7CB3B1" w14:textId="77777777" w:rsidR="00865E9E" w:rsidRPr="00D97086" w:rsidRDefault="00865E9E" w:rsidP="0020743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146</w:t>
            </w:r>
          </w:p>
        </w:tc>
        <w:tc>
          <w:tcPr>
            <w:tcW w:w="1440" w:type="dxa"/>
            <w:tcBorders>
              <w:top w:val="none" w:sz="0" w:space="0" w:color="auto"/>
              <w:left w:val="none" w:sz="0" w:space="0" w:color="auto"/>
              <w:bottom w:val="none" w:sz="0" w:space="0" w:color="auto"/>
              <w:right w:val="none" w:sz="0" w:space="0" w:color="auto"/>
            </w:tcBorders>
            <w:shd w:val="clear" w:color="auto" w:fill="FFFFFF" w:themeFill="background1"/>
          </w:tcPr>
          <w:p w14:paraId="6E06907F" w14:textId="77777777" w:rsidR="00865E9E" w:rsidRPr="00D97086" w:rsidRDefault="00865E9E" w:rsidP="0020743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12</w:t>
            </w:r>
          </w:p>
        </w:tc>
        <w:tc>
          <w:tcPr>
            <w:tcW w:w="1440" w:type="dxa"/>
            <w:tcBorders>
              <w:top w:val="none" w:sz="0" w:space="0" w:color="auto"/>
              <w:left w:val="none" w:sz="0" w:space="0" w:color="auto"/>
              <w:bottom w:val="none" w:sz="0" w:space="0" w:color="auto"/>
              <w:right w:val="none" w:sz="0" w:space="0" w:color="auto"/>
            </w:tcBorders>
            <w:shd w:val="clear" w:color="auto" w:fill="FFFFFF" w:themeFill="background1"/>
          </w:tcPr>
          <w:p w14:paraId="0CE25A71" w14:textId="77777777" w:rsidR="00865E9E" w:rsidRPr="00D97086" w:rsidRDefault="00865E9E" w:rsidP="0020743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227</w:t>
            </w:r>
          </w:p>
        </w:tc>
        <w:tc>
          <w:tcPr>
            <w:tcW w:w="1440" w:type="dxa"/>
            <w:tcBorders>
              <w:top w:val="none" w:sz="0" w:space="0" w:color="auto"/>
              <w:left w:val="none" w:sz="0" w:space="0" w:color="auto"/>
              <w:bottom w:val="none" w:sz="0" w:space="0" w:color="auto"/>
              <w:right w:val="none" w:sz="0" w:space="0" w:color="auto"/>
            </w:tcBorders>
            <w:shd w:val="clear" w:color="auto" w:fill="FFFFFF" w:themeFill="background1"/>
          </w:tcPr>
          <w:p w14:paraId="62B44FBB" w14:textId="77777777" w:rsidR="00865E9E" w:rsidRPr="00D97086" w:rsidRDefault="00865E9E" w:rsidP="0020743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1528</w:t>
            </w:r>
          </w:p>
        </w:tc>
      </w:tr>
      <w:tr w:rsidR="00865E9E" w:rsidRPr="00D97086" w14:paraId="4D7B6244" w14:textId="77777777" w:rsidTr="0020743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Borders>
              <w:top w:val="none" w:sz="0" w:space="0" w:color="auto"/>
              <w:left w:val="none" w:sz="0" w:space="0" w:color="auto"/>
              <w:bottom w:val="none" w:sz="0" w:space="0" w:color="auto"/>
              <w:right w:val="none" w:sz="0" w:space="0" w:color="auto"/>
            </w:tcBorders>
            <w:shd w:val="clear" w:color="auto" w:fill="FFFFFF" w:themeFill="background1"/>
          </w:tcPr>
          <w:p w14:paraId="19F11CDF" w14:textId="77777777" w:rsidR="00865E9E" w:rsidRPr="00D97086" w:rsidRDefault="00865E9E" w:rsidP="0020743F">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Qukës</w:t>
            </w:r>
            <w:proofErr w:type="spellEnd"/>
          </w:p>
        </w:tc>
        <w:tc>
          <w:tcPr>
            <w:tcW w:w="1440" w:type="dxa"/>
            <w:tcBorders>
              <w:top w:val="none" w:sz="0" w:space="0" w:color="auto"/>
              <w:left w:val="none" w:sz="0" w:space="0" w:color="auto"/>
              <w:bottom w:val="none" w:sz="0" w:space="0" w:color="auto"/>
              <w:right w:val="none" w:sz="0" w:space="0" w:color="auto"/>
            </w:tcBorders>
            <w:shd w:val="clear" w:color="auto" w:fill="FFFFFF" w:themeFill="background1"/>
          </w:tcPr>
          <w:p w14:paraId="51ED4D42" w14:textId="77777777" w:rsidR="00865E9E" w:rsidRPr="00D97086" w:rsidRDefault="00865E9E" w:rsidP="0020743F">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602</w:t>
            </w:r>
          </w:p>
        </w:tc>
        <w:tc>
          <w:tcPr>
            <w:tcW w:w="1440" w:type="dxa"/>
            <w:tcBorders>
              <w:top w:val="none" w:sz="0" w:space="0" w:color="auto"/>
              <w:left w:val="none" w:sz="0" w:space="0" w:color="auto"/>
              <w:bottom w:val="none" w:sz="0" w:space="0" w:color="auto"/>
              <w:right w:val="none" w:sz="0" w:space="0" w:color="auto"/>
            </w:tcBorders>
            <w:shd w:val="clear" w:color="auto" w:fill="FFFFFF" w:themeFill="background1"/>
          </w:tcPr>
          <w:p w14:paraId="17B9CA4D" w14:textId="77777777" w:rsidR="00865E9E" w:rsidRPr="00D97086" w:rsidRDefault="00865E9E" w:rsidP="0020743F">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349</w:t>
            </w:r>
          </w:p>
        </w:tc>
        <w:tc>
          <w:tcPr>
            <w:tcW w:w="1440" w:type="dxa"/>
            <w:tcBorders>
              <w:top w:val="none" w:sz="0" w:space="0" w:color="auto"/>
              <w:left w:val="none" w:sz="0" w:space="0" w:color="auto"/>
              <w:bottom w:val="none" w:sz="0" w:space="0" w:color="auto"/>
              <w:right w:val="none" w:sz="0" w:space="0" w:color="auto"/>
            </w:tcBorders>
            <w:shd w:val="clear" w:color="auto" w:fill="FFFFFF" w:themeFill="background1"/>
          </w:tcPr>
          <w:p w14:paraId="4D929FF9" w14:textId="77777777" w:rsidR="00865E9E" w:rsidRPr="00D97086" w:rsidRDefault="00865E9E" w:rsidP="0020743F">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11</w:t>
            </w:r>
          </w:p>
        </w:tc>
        <w:tc>
          <w:tcPr>
            <w:tcW w:w="1440" w:type="dxa"/>
            <w:tcBorders>
              <w:top w:val="none" w:sz="0" w:space="0" w:color="auto"/>
              <w:left w:val="none" w:sz="0" w:space="0" w:color="auto"/>
              <w:bottom w:val="none" w:sz="0" w:space="0" w:color="auto"/>
              <w:right w:val="none" w:sz="0" w:space="0" w:color="auto"/>
            </w:tcBorders>
            <w:shd w:val="clear" w:color="auto" w:fill="FFFFFF" w:themeFill="background1"/>
          </w:tcPr>
          <w:p w14:paraId="0D0FEF8C" w14:textId="77777777" w:rsidR="00865E9E" w:rsidRPr="00D97086" w:rsidRDefault="00865E9E" w:rsidP="0020743F">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77</w:t>
            </w:r>
          </w:p>
        </w:tc>
        <w:tc>
          <w:tcPr>
            <w:tcW w:w="1440" w:type="dxa"/>
            <w:tcBorders>
              <w:top w:val="none" w:sz="0" w:space="0" w:color="auto"/>
              <w:left w:val="none" w:sz="0" w:space="0" w:color="auto"/>
              <w:bottom w:val="none" w:sz="0" w:space="0" w:color="auto"/>
              <w:right w:val="none" w:sz="0" w:space="0" w:color="auto"/>
            </w:tcBorders>
            <w:shd w:val="clear" w:color="auto" w:fill="FFFFFF" w:themeFill="background1"/>
          </w:tcPr>
          <w:p w14:paraId="37658A67" w14:textId="77777777" w:rsidR="00865E9E" w:rsidRPr="00D97086" w:rsidRDefault="00865E9E" w:rsidP="0020743F">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0</w:t>
            </w:r>
          </w:p>
        </w:tc>
      </w:tr>
      <w:tr w:rsidR="00865E9E" w:rsidRPr="00D97086" w14:paraId="4ED0491F" w14:textId="77777777" w:rsidTr="0020743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Borders>
              <w:top w:val="none" w:sz="0" w:space="0" w:color="auto"/>
              <w:left w:val="none" w:sz="0" w:space="0" w:color="auto"/>
              <w:bottom w:val="none" w:sz="0" w:space="0" w:color="auto"/>
              <w:right w:val="none" w:sz="0" w:space="0" w:color="auto"/>
            </w:tcBorders>
            <w:shd w:val="clear" w:color="auto" w:fill="FFFFFF" w:themeFill="background1"/>
          </w:tcPr>
          <w:p w14:paraId="1175A42C" w14:textId="77777777" w:rsidR="00865E9E" w:rsidRPr="00D97086" w:rsidRDefault="00865E9E" w:rsidP="0020743F">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Rrajcë</w:t>
            </w:r>
            <w:proofErr w:type="spellEnd"/>
          </w:p>
        </w:tc>
        <w:tc>
          <w:tcPr>
            <w:tcW w:w="1440" w:type="dxa"/>
            <w:tcBorders>
              <w:top w:val="none" w:sz="0" w:space="0" w:color="auto"/>
              <w:left w:val="none" w:sz="0" w:space="0" w:color="auto"/>
              <w:bottom w:val="none" w:sz="0" w:space="0" w:color="auto"/>
              <w:right w:val="none" w:sz="0" w:space="0" w:color="auto"/>
            </w:tcBorders>
            <w:shd w:val="clear" w:color="auto" w:fill="FFFFFF" w:themeFill="background1"/>
          </w:tcPr>
          <w:p w14:paraId="6927DAD0" w14:textId="77777777" w:rsidR="00865E9E" w:rsidRPr="00D97086" w:rsidRDefault="00865E9E" w:rsidP="0020743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650</w:t>
            </w:r>
          </w:p>
        </w:tc>
        <w:tc>
          <w:tcPr>
            <w:tcW w:w="1440" w:type="dxa"/>
            <w:tcBorders>
              <w:top w:val="none" w:sz="0" w:space="0" w:color="auto"/>
              <w:left w:val="none" w:sz="0" w:space="0" w:color="auto"/>
              <w:bottom w:val="none" w:sz="0" w:space="0" w:color="auto"/>
              <w:right w:val="none" w:sz="0" w:space="0" w:color="auto"/>
            </w:tcBorders>
            <w:shd w:val="clear" w:color="auto" w:fill="FFFFFF" w:themeFill="background1"/>
          </w:tcPr>
          <w:p w14:paraId="39024B8F" w14:textId="77777777" w:rsidR="00865E9E" w:rsidRPr="00D97086" w:rsidRDefault="00865E9E" w:rsidP="0020743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410</w:t>
            </w:r>
          </w:p>
        </w:tc>
        <w:tc>
          <w:tcPr>
            <w:tcW w:w="1440" w:type="dxa"/>
            <w:tcBorders>
              <w:top w:val="none" w:sz="0" w:space="0" w:color="auto"/>
              <w:left w:val="none" w:sz="0" w:space="0" w:color="auto"/>
              <w:bottom w:val="none" w:sz="0" w:space="0" w:color="auto"/>
              <w:right w:val="none" w:sz="0" w:space="0" w:color="auto"/>
            </w:tcBorders>
            <w:shd w:val="clear" w:color="auto" w:fill="FFFFFF" w:themeFill="background1"/>
          </w:tcPr>
          <w:p w14:paraId="2819794E" w14:textId="77777777" w:rsidR="00865E9E" w:rsidRPr="00D97086" w:rsidRDefault="00865E9E" w:rsidP="0020743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18</w:t>
            </w:r>
          </w:p>
        </w:tc>
        <w:tc>
          <w:tcPr>
            <w:tcW w:w="1440" w:type="dxa"/>
            <w:tcBorders>
              <w:top w:val="none" w:sz="0" w:space="0" w:color="auto"/>
              <w:left w:val="none" w:sz="0" w:space="0" w:color="auto"/>
              <w:bottom w:val="none" w:sz="0" w:space="0" w:color="auto"/>
              <w:right w:val="none" w:sz="0" w:space="0" w:color="auto"/>
            </w:tcBorders>
            <w:shd w:val="clear" w:color="auto" w:fill="FFFFFF" w:themeFill="background1"/>
          </w:tcPr>
          <w:p w14:paraId="744F5C55" w14:textId="77777777" w:rsidR="00865E9E" w:rsidRPr="00D97086" w:rsidRDefault="00865E9E" w:rsidP="0020743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92</w:t>
            </w:r>
          </w:p>
        </w:tc>
        <w:tc>
          <w:tcPr>
            <w:tcW w:w="1440" w:type="dxa"/>
            <w:tcBorders>
              <w:top w:val="none" w:sz="0" w:space="0" w:color="auto"/>
              <w:left w:val="none" w:sz="0" w:space="0" w:color="auto"/>
              <w:bottom w:val="none" w:sz="0" w:space="0" w:color="auto"/>
              <w:right w:val="none" w:sz="0" w:space="0" w:color="auto"/>
            </w:tcBorders>
            <w:shd w:val="clear" w:color="auto" w:fill="FFFFFF" w:themeFill="background1"/>
          </w:tcPr>
          <w:p w14:paraId="23960F28" w14:textId="77777777" w:rsidR="00865E9E" w:rsidRPr="00D97086" w:rsidRDefault="00865E9E" w:rsidP="0020743F">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0</w:t>
            </w:r>
          </w:p>
        </w:tc>
      </w:tr>
      <w:tr w:rsidR="00865E9E" w:rsidRPr="00D97086" w14:paraId="32F28083" w14:textId="77777777" w:rsidTr="0020743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tcBorders>
              <w:top w:val="none" w:sz="0" w:space="0" w:color="auto"/>
              <w:left w:val="none" w:sz="0" w:space="0" w:color="auto"/>
              <w:bottom w:val="none" w:sz="0" w:space="0" w:color="auto"/>
              <w:right w:val="none" w:sz="0" w:space="0" w:color="auto"/>
            </w:tcBorders>
            <w:shd w:val="clear" w:color="auto" w:fill="FFFFFF" w:themeFill="background1"/>
          </w:tcPr>
          <w:p w14:paraId="27921111" w14:textId="77777777" w:rsidR="00865E9E" w:rsidRPr="00D97086" w:rsidRDefault="00865E9E" w:rsidP="0020743F">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Stravaj</w:t>
            </w:r>
            <w:proofErr w:type="spellEnd"/>
          </w:p>
        </w:tc>
        <w:tc>
          <w:tcPr>
            <w:tcW w:w="1440" w:type="dxa"/>
            <w:tcBorders>
              <w:top w:val="none" w:sz="0" w:space="0" w:color="auto"/>
              <w:left w:val="none" w:sz="0" w:space="0" w:color="auto"/>
              <w:bottom w:val="none" w:sz="0" w:space="0" w:color="auto"/>
              <w:right w:val="none" w:sz="0" w:space="0" w:color="auto"/>
            </w:tcBorders>
            <w:shd w:val="clear" w:color="auto" w:fill="FFFFFF" w:themeFill="background1"/>
          </w:tcPr>
          <w:p w14:paraId="29A574BF" w14:textId="77777777" w:rsidR="00865E9E" w:rsidRPr="00D97086" w:rsidRDefault="00865E9E" w:rsidP="0020743F">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244</w:t>
            </w:r>
          </w:p>
        </w:tc>
        <w:tc>
          <w:tcPr>
            <w:tcW w:w="1440" w:type="dxa"/>
            <w:tcBorders>
              <w:top w:val="none" w:sz="0" w:space="0" w:color="auto"/>
              <w:left w:val="none" w:sz="0" w:space="0" w:color="auto"/>
              <w:bottom w:val="none" w:sz="0" w:space="0" w:color="auto"/>
              <w:right w:val="none" w:sz="0" w:space="0" w:color="auto"/>
            </w:tcBorders>
            <w:shd w:val="clear" w:color="auto" w:fill="FFFFFF" w:themeFill="background1"/>
          </w:tcPr>
          <w:p w14:paraId="4B7C865F" w14:textId="77777777" w:rsidR="00865E9E" w:rsidRPr="00D97086" w:rsidRDefault="00865E9E" w:rsidP="0020743F">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290</w:t>
            </w:r>
          </w:p>
        </w:tc>
        <w:tc>
          <w:tcPr>
            <w:tcW w:w="1440" w:type="dxa"/>
            <w:tcBorders>
              <w:top w:val="none" w:sz="0" w:space="0" w:color="auto"/>
              <w:left w:val="none" w:sz="0" w:space="0" w:color="auto"/>
              <w:bottom w:val="none" w:sz="0" w:space="0" w:color="auto"/>
              <w:right w:val="none" w:sz="0" w:space="0" w:color="auto"/>
            </w:tcBorders>
            <w:shd w:val="clear" w:color="auto" w:fill="FFFFFF" w:themeFill="background1"/>
          </w:tcPr>
          <w:p w14:paraId="033BD331" w14:textId="77777777" w:rsidR="00865E9E" w:rsidRPr="00D97086" w:rsidRDefault="00865E9E" w:rsidP="0020743F">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0</w:t>
            </w:r>
          </w:p>
        </w:tc>
        <w:tc>
          <w:tcPr>
            <w:tcW w:w="1440" w:type="dxa"/>
            <w:tcBorders>
              <w:top w:val="none" w:sz="0" w:space="0" w:color="auto"/>
              <w:left w:val="none" w:sz="0" w:space="0" w:color="auto"/>
              <w:bottom w:val="none" w:sz="0" w:space="0" w:color="auto"/>
              <w:right w:val="none" w:sz="0" w:space="0" w:color="auto"/>
            </w:tcBorders>
            <w:shd w:val="clear" w:color="auto" w:fill="FFFFFF" w:themeFill="background1"/>
          </w:tcPr>
          <w:p w14:paraId="2921A8C3" w14:textId="77777777" w:rsidR="00865E9E" w:rsidRPr="00D97086" w:rsidRDefault="00865E9E" w:rsidP="0020743F">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39</w:t>
            </w:r>
          </w:p>
        </w:tc>
        <w:tc>
          <w:tcPr>
            <w:tcW w:w="1440" w:type="dxa"/>
            <w:tcBorders>
              <w:top w:val="none" w:sz="0" w:space="0" w:color="auto"/>
              <w:left w:val="none" w:sz="0" w:space="0" w:color="auto"/>
              <w:bottom w:val="none" w:sz="0" w:space="0" w:color="auto"/>
              <w:right w:val="none" w:sz="0" w:space="0" w:color="auto"/>
            </w:tcBorders>
            <w:shd w:val="clear" w:color="auto" w:fill="FFFFFF" w:themeFill="background1"/>
          </w:tcPr>
          <w:p w14:paraId="0B540FE5" w14:textId="77777777" w:rsidR="00865E9E" w:rsidRPr="00D97086" w:rsidRDefault="00865E9E" w:rsidP="0020743F">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0</w:t>
            </w:r>
          </w:p>
        </w:tc>
      </w:tr>
    </w:tbl>
    <w:p w14:paraId="1C38DD89" w14:textId="77777777" w:rsidR="00865E9E" w:rsidRPr="00D97086" w:rsidRDefault="00865E9E" w:rsidP="00865E9E">
      <w:pPr>
        <w:jc w:val="both"/>
        <w:rPr>
          <w:rFonts w:ascii="Times New Roman" w:hAnsi="Times New Roman" w:cs="Times New Roman"/>
          <w:sz w:val="24"/>
          <w:szCs w:val="24"/>
        </w:rPr>
      </w:pPr>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Burimi</w:t>
      </w:r>
      <w:proofErr w:type="spellEnd"/>
      <w:r w:rsidRPr="00D97086">
        <w:rPr>
          <w:rFonts w:ascii="Times New Roman" w:hAnsi="Times New Roman" w:cs="Times New Roman"/>
          <w:sz w:val="24"/>
          <w:szCs w:val="24"/>
        </w:rPr>
        <w:t xml:space="preserve">: Bashkia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viti</w:t>
      </w:r>
      <w:proofErr w:type="spellEnd"/>
      <w:r w:rsidRPr="00D97086">
        <w:rPr>
          <w:rFonts w:ascii="Times New Roman" w:hAnsi="Times New Roman" w:cs="Times New Roman"/>
          <w:sz w:val="24"/>
          <w:szCs w:val="24"/>
        </w:rPr>
        <w:t xml:space="preserve"> 2025</w:t>
      </w:r>
    </w:p>
    <w:p w14:paraId="4C97903C" w14:textId="77777777" w:rsidR="00865E9E" w:rsidRPr="00D97086" w:rsidRDefault="00865E9E" w:rsidP="00865E9E">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Tabela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tregon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shpërndarjen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grupeve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vulnerabël</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katër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NjA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ku</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vihet</w:t>
      </w:r>
      <w:proofErr w:type="spellEnd"/>
      <w:r w:rsidRPr="00D97086">
        <w:rPr>
          <w:rFonts w:ascii="Times New Roman" w:hAnsi="Times New Roman" w:cs="Times New Roman"/>
          <w:sz w:val="24"/>
          <w:szCs w:val="24"/>
        </w:rPr>
        <w:t xml:space="preserve"> re </w:t>
      </w:r>
      <w:proofErr w:type="spellStart"/>
      <w:r w:rsidRPr="00D97086">
        <w:rPr>
          <w:rFonts w:ascii="Times New Roman" w:hAnsi="Times New Roman" w:cs="Times New Roman"/>
          <w:sz w:val="24"/>
          <w:szCs w:val="24"/>
        </w:rPr>
        <w:t>koncentrimi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familjeve</w:t>
      </w:r>
      <w:proofErr w:type="spellEnd"/>
      <w:r w:rsidRPr="00D97086">
        <w:rPr>
          <w:rFonts w:ascii="Times New Roman" w:hAnsi="Times New Roman" w:cs="Times New Roman"/>
          <w:sz w:val="24"/>
          <w:szCs w:val="24"/>
        </w:rPr>
        <w:t xml:space="preserve"> me NE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PAK në </w:t>
      </w:r>
      <w:proofErr w:type="spellStart"/>
      <w:r w:rsidRPr="00D97086">
        <w:rPr>
          <w:rFonts w:ascii="Times New Roman" w:hAnsi="Times New Roman" w:cs="Times New Roman"/>
          <w:sz w:val="24"/>
          <w:szCs w:val="24"/>
        </w:rPr>
        <w:t>Rrajcë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Qukës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ndërsa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komunitetet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rome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egjiptiane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kanë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përqendrim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madh</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Vlera '0'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grupmoshën</w:t>
      </w:r>
      <w:proofErr w:type="spellEnd"/>
      <w:r w:rsidRPr="00D97086">
        <w:rPr>
          <w:rFonts w:ascii="Times New Roman" w:hAnsi="Times New Roman" w:cs="Times New Roman"/>
          <w:sz w:val="24"/>
          <w:szCs w:val="24"/>
        </w:rPr>
        <w:t xml:space="preserve"> 65+ në </w:t>
      </w:r>
      <w:proofErr w:type="spellStart"/>
      <w:r w:rsidRPr="00D97086">
        <w:rPr>
          <w:rFonts w:ascii="Times New Roman" w:hAnsi="Times New Roman" w:cs="Times New Roman"/>
          <w:sz w:val="24"/>
          <w:szCs w:val="24"/>
        </w:rPr>
        <w:t>disa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NjA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reflekton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mungesën</w:t>
      </w:r>
      <w:proofErr w:type="spellEnd"/>
      <w:r w:rsidRPr="00D97086">
        <w:rPr>
          <w:rFonts w:ascii="Times New Roman" w:hAnsi="Times New Roman" w:cs="Times New Roman"/>
          <w:sz w:val="24"/>
          <w:szCs w:val="24"/>
        </w:rPr>
        <w:t xml:space="preserve"> e të </w:t>
      </w:r>
      <w:proofErr w:type="spellStart"/>
      <w:r w:rsidRPr="00D97086">
        <w:rPr>
          <w:rFonts w:ascii="Times New Roman" w:hAnsi="Times New Roman" w:cs="Times New Roman"/>
          <w:sz w:val="24"/>
          <w:szCs w:val="24"/>
        </w:rPr>
        <w:t>dhënave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detajuara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jo </w:t>
      </w:r>
      <w:proofErr w:type="spellStart"/>
      <w:r w:rsidRPr="00D97086">
        <w:rPr>
          <w:rFonts w:ascii="Times New Roman" w:hAnsi="Times New Roman" w:cs="Times New Roman"/>
          <w:sz w:val="24"/>
          <w:szCs w:val="24"/>
        </w:rPr>
        <w:t>mungesën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reale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këtij</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grupi</w:t>
      </w:r>
      <w:proofErr w:type="spellEnd"/>
      <w:r w:rsidRPr="00D97086">
        <w:rPr>
          <w:rFonts w:ascii="Times New Roman" w:hAnsi="Times New Roman" w:cs="Times New Roman"/>
          <w:sz w:val="24"/>
          <w:szCs w:val="24"/>
        </w:rPr>
        <w:t>.</w:t>
      </w:r>
    </w:p>
    <w:p w14:paraId="6D8521DD"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lastRenderedPageBreak/>
        <w:t>Familjet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nevojë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përbëjnë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shtyllën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kryesore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programeve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social në </w:t>
      </w:r>
      <w:proofErr w:type="spellStart"/>
      <w:r w:rsidRPr="00D97086">
        <w:rPr>
          <w:rFonts w:ascii="Times New Roman" w:hAnsi="Times New Roman" w:cs="Times New Roman"/>
          <w:sz w:val="24"/>
          <w:szCs w:val="24"/>
        </w:rPr>
        <w:t>Bashkinë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Ato </w:t>
      </w:r>
      <w:proofErr w:type="spellStart"/>
      <w:r w:rsidRPr="00D97086">
        <w:rPr>
          <w:rFonts w:ascii="Times New Roman" w:hAnsi="Times New Roman" w:cs="Times New Roman"/>
          <w:sz w:val="24"/>
          <w:szCs w:val="24"/>
        </w:rPr>
        <w:t>përballen</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pengesa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strukturore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ekonomike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bëjnë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veçanërisht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ekspozuara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ndaj</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pasigurisë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banimit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Përmes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analizës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dhënave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viteve</w:t>
      </w:r>
      <w:proofErr w:type="spellEnd"/>
      <w:r w:rsidRPr="00D97086">
        <w:rPr>
          <w:rFonts w:ascii="Times New Roman" w:hAnsi="Times New Roman" w:cs="Times New Roman"/>
          <w:sz w:val="24"/>
          <w:szCs w:val="24"/>
        </w:rPr>
        <w:t xml:space="preserve"> 2022–2024, </w:t>
      </w:r>
      <w:proofErr w:type="spellStart"/>
      <w:r w:rsidRPr="00D97086">
        <w:rPr>
          <w:rFonts w:ascii="Times New Roman" w:hAnsi="Times New Roman" w:cs="Times New Roman"/>
          <w:sz w:val="24"/>
          <w:szCs w:val="24"/>
        </w:rPr>
        <w:t>vihet</w:t>
      </w:r>
      <w:proofErr w:type="spellEnd"/>
      <w:r w:rsidRPr="00D97086">
        <w:rPr>
          <w:rFonts w:ascii="Times New Roman" w:hAnsi="Times New Roman" w:cs="Times New Roman"/>
          <w:sz w:val="24"/>
          <w:szCs w:val="24"/>
        </w:rPr>
        <w:t xml:space="preserve"> re se në </w:t>
      </w:r>
      <w:proofErr w:type="spellStart"/>
      <w:r w:rsidRPr="00D97086">
        <w:rPr>
          <w:rFonts w:ascii="Times New Roman" w:hAnsi="Times New Roman" w:cs="Times New Roman"/>
          <w:sz w:val="24"/>
          <w:szCs w:val="24"/>
        </w:rPr>
        <w:t>fokus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kanë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qenë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Ndihmë</w:t>
      </w:r>
      <w:proofErr w:type="spellEnd"/>
      <w:r w:rsidRPr="00D97086">
        <w:rPr>
          <w:rFonts w:ascii="Times New Roman" w:hAnsi="Times New Roman" w:cs="Times New Roman"/>
          <w:sz w:val="24"/>
          <w:szCs w:val="24"/>
        </w:rPr>
        <w:t xml:space="preserve"> Ekonomike, </w:t>
      </w:r>
      <w:proofErr w:type="spellStart"/>
      <w:r w:rsidRPr="00D97086">
        <w:rPr>
          <w:rFonts w:ascii="Times New Roman" w:hAnsi="Times New Roman" w:cs="Times New Roman"/>
          <w:sz w:val="24"/>
          <w:szCs w:val="24"/>
        </w:rPr>
        <w:t>familjet</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kryefamiljare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komuniteti</w:t>
      </w:r>
      <w:proofErr w:type="spellEnd"/>
      <w:r w:rsidRPr="00D97086">
        <w:rPr>
          <w:rFonts w:ascii="Times New Roman" w:hAnsi="Times New Roman" w:cs="Times New Roman"/>
          <w:sz w:val="24"/>
          <w:szCs w:val="24"/>
        </w:rPr>
        <w:t xml:space="preserve"> rom/</w:t>
      </w:r>
      <w:proofErr w:type="spellStart"/>
      <w:r w:rsidRPr="00D97086">
        <w:rPr>
          <w:rFonts w:ascii="Times New Roman" w:hAnsi="Times New Roman" w:cs="Times New Roman"/>
          <w:sz w:val="24"/>
          <w:szCs w:val="24"/>
        </w:rPr>
        <w:t>egjiptian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ndërsa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grupe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tjera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rinjtë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kthyerit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emigrimi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jetimët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kanë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mbetur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nën-përfaqësuar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Çdo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kategori</w:t>
      </w:r>
      <w:proofErr w:type="spellEnd"/>
      <w:r w:rsidRPr="00D97086">
        <w:rPr>
          <w:rFonts w:ascii="Times New Roman" w:hAnsi="Times New Roman" w:cs="Times New Roman"/>
          <w:sz w:val="24"/>
          <w:szCs w:val="24"/>
        </w:rPr>
        <w:t xml:space="preserve"> ka </w:t>
      </w:r>
      <w:proofErr w:type="spellStart"/>
      <w:r w:rsidRPr="00D97086">
        <w:rPr>
          <w:rFonts w:ascii="Times New Roman" w:hAnsi="Times New Roman" w:cs="Times New Roman"/>
          <w:sz w:val="24"/>
          <w:szCs w:val="24"/>
        </w:rPr>
        <w:t>specifikat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sfidat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veta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kostoja</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lartë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shëndetësore</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familjeve</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anëtar</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aftësi</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kufizuar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mungesa</w:t>
      </w:r>
      <w:proofErr w:type="spellEnd"/>
      <w:r w:rsidRPr="00D97086">
        <w:rPr>
          <w:rFonts w:ascii="Times New Roman" w:hAnsi="Times New Roman" w:cs="Times New Roman"/>
          <w:sz w:val="24"/>
          <w:szCs w:val="24"/>
        </w:rPr>
        <w:t xml:space="preserve"> e të </w:t>
      </w:r>
      <w:proofErr w:type="spellStart"/>
      <w:r w:rsidRPr="00D97086">
        <w:rPr>
          <w:rFonts w:ascii="Times New Roman" w:hAnsi="Times New Roman" w:cs="Times New Roman"/>
          <w:sz w:val="24"/>
          <w:szCs w:val="24"/>
        </w:rPr>
        <w:t>ardhurave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qëndrueshme</w:t>
      </w:r>
      <w:proofErr w:type="spellEnd"/>
      <w:r w:rsidRPr="00D97086">
        <w:rPr>
          <w:rFonts w:ascii="Times New Roman" w:hAnsi="Times New Roman" w:cs="Times New Roman"/>
          <w:sz w:val="24"/>
          <w:szCs w:val="24"/>
        </w:rPr>
        <w:t xml:space="preserve"> të grave </w:t>
      </w:r>
      <w:proofErr w:type="spellStart"/>
      <w:r w:rsidRPr="00D97086">
        <w:rPr>
          <w:rFonts w:ascii="Times New Roman" w:hAnsi="Times New Roman" w:cs="Times New Roman"/>
          <w:sz w:val="24"/>
          <w:szCs w:val="24"/>
        </w:rPr>
        <w:t>kryefamiljare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diskriminimi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romëve</w:t>
      </w:r>
      <w:proofErr w:type="spellEnd"/>
      <w:r w:rsidRPr="00D97086">
        <w:rPr>
          <w:rFonts w:ascii="Times New Roman" w:hAnsi="Times New Roman" w:cs="Times New Roman"/>
          <w:sz w:val="24"/>
          <w:szCs w:val="24"/>
        </w:rPr>
        <w:t>/</w:t>
      </w:r>
      <w:proofErr w:type="spellStart"/>
      <w:r w:rsidRPr="00D97086">
        <w:rPr>
          <w:rFonts w:ascii="Times New Roman" w:hAnsi="Times New Roman" w:cs="Times New Roman"/>
          <w:sz w:val="24"/>
          <w:szCs w:val="24"/>
        </w:rPr>
        <w:t>egjiptianëve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ose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izolimi</w:t>
      </w:r>
      <w:proofErr w:type="spellEnd"/>
      <w:r w:rsidRPr="00D97086">
        <w:rPr>
          <w:rFonts w:ascii="Times New Roman" w:hAnsi="Times New Roman" w:cs="Times New Roman"/>
          <w:sz w:val="24"/>
          <w:szCs w:val="24"/>
        </w:rPr>
        <w:t xml:space="preserve"> social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moshuarve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jetimëve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Këto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dallime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kërkojnë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politika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personalizuara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mbështetura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Ligjin</w:t>
      </w:r>
      <w:proofErr w:type="spellEnd"/>
      <w:r w:rsidRPr="00D97086">
        <w:rPr>
          <w:rFonts w:ascii="Times New Roman" w:hAnsi="Times New Roman" w:cs="Times New Roman"/>
          <w:sz w:val="24"/>
          <w:szCs w:val="24"/>
        </w:rPr>
        <w:t xml:space="preserve"> nr. 22/2018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strehimin</w:t>
      </w:r>
      <w:proofErr w:type="spellEnd"/>
      <w:r w:rsidRPr="00D97086">
        <w:rPr>
          <w:rFonts w:ascii="Times New Roman" w:hAnsi="Times New Roman" w:cs="Times New Roman"/>
          <w:sz w:val="24"/>
          <w:szCs w:val="24"/>
        </w:rPr>
        <w:t xml:space="preserve"> social'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Strategjinë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Kombëtare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Mbrojtjes</w:t>
      </w:r>
      <w:proofErr w:type="spellEnd"/>
      <w:r w:rsidRPr="00D97086">
        <w:rPr>
          <w:rFonts w:ascii="Times New Roman" w:hAnsi="Times New Roman" w:cs="Times New Roman"/>
          <w:sz w:val="24"/>
          <w:szCs w:val="24"/>
        </w:rPr>
        <w:t xml:space="preserve"> Sociale 2024–2030,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garantuar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askush</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mos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mbetet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jashtë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aksesit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strehim</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sigurt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përballueshëm</w:t>
      </w:r>
      <w:proofErr w:type="spellEnd"/>
      <w:r w:rsidRPr="00D97086">
        <w:rPr>
          <w:rFonts w:ascii="Times New Roman" w:hAnsi="Times New Roman" w:cs="Times New Roman"/>
          <w:sz w:val="24"/>
          <w:szCs w:val="24"/>
        </w:rPr>
        <w:t>.</w:t>
      </w:r>
    </w:p>
    <w:p w14:paraId="277113D9"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b/>
          <w:i/>
          <w:sz w:val="24"/>
          <w:szCs w:val="24"/>
          <w:u w:val="single"/>
        </w:rPr>
        <w:t>Familjet</w:t>
      </w:r>
      <w:proofErr w:type="spellEnd"/>
      <w:r w:rsidRPr="00D97086">
        <w:rPr>
          <w:rFonts w:ascii="Times New Roman" w:hAnsi="Times New Roman" w:cs="Times New Roman"/>
          <w:b/>
          <w:i/>
          <w:sz w:val="24"/>
          <w:szCs w:val="24"/>
          <w:u w:val="single"/>
        </w:rPr>
        <w:t xml:space="preserve"> me </w:t>
      </w:r>
      <w:proofErr w:type="spellStart"/>
      <w:r w:rsidRPr="00D97086">
        <w:rPr>
          <w:rFonts w:ascii="Times New Roman" w:hAnsi="Times New Roman" w:cs="Times New Roman"/>
          <w:b/>
          <w:i/>
          <w:sz w:val="24"/>
          <w:szCs w:val="24"/>
          <w:u w:val="single"/>
        </w:rPr>
        <w:t>anëtar</w:t>
      </w:r>
      <w:proofErr w:type="spellEnd"/>
      <w:r w:rsidRPr="00D97086">
        <w:rPr>
          <w:rFonts w:ascii="Times New Roman" w:hAnsi="Times New Roman" w:cs="Times New Roman"/>
          <w:b/>
          <w:i/>
          <w:sz w:val="24"/>
          <w:szCs w:val="24"/>
          <w:u w:val="single"/>
        </w:rPr>
        <w:t xml:space="preserve"> me </w:t>
      </w:r>
      <w:proofErr w:type="spellStart"/>
      <w:r w:rsidRPr="00D97086">
        <w:rPr>
          <w:rFonts w:ascii="Times New Roman" w:hAnsi="Times New Roman" w:cs="Times New Roman"/>
          <w:b/>
          <w:i/>
          <w:sz w:val="24"/>
          <w:szCs w:val="24"/>
          <w:u w:val="single"/>
        </w:rPr>
        <w:t>aftësi</w:t>
      </w:r>
      <w:proofErr w:type="spellEnd"/>
      <w:r w:rsidRPr="00D97086">
        <w:rPr>
          <w:rFonts w:ascii="Times New Roman" w:hAnsi="Times New Roman" w:cs="Times New Roman"/>
          <w:b/>
          <w:i/>
          <w:sz w:val="24"/>
          <w:szCs w:val="24"/>
          <w:u w:val="single"/>
        </w:rPr>
        <w:t xml:space="preserve"> të </w:t>
      </w:r>
      <w:proofErr w:type="spellStart"/>
      <w:r w:rsidRPr="00D97086">
        <w:rPr>
          <w:rFonts w:ascii="Times New Roman" w:hAnsi="Times New Roman" w:cs="Times New Roman"/>
          <w:b/>
          <w:i/>
          <w:sz w:val="24"/>
          <w:szCs w:val="24"/>
          <w:u w:val="single"/>
        </w:rPr>
        <w:t>kufizuar</w:t>
      </w:r>
      <w:proofErr w:type="spellEnd"/>
      <w:r w:rsidRPr="00D97086">
        <w:rPr>
          <w:rFonts w:ascii="Times New Roman" w:hAnsi="Times New Roman" w:cs="Times New Roman"/>
          <w:b/>
          <w:i/>
          <w:sz w:val="24"/>
          <w:szCs w:val="24"/>
          <w:u w:val="single"/>
        </w:rPr>
        <w:t>:</w:t>
      </w:r>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Këto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përballen</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shpenzime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shtesë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shëndetësore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kufizime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mëdha</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aksesin</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tregun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punës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çka</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bën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strehimin</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barrë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rëndë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ekonomike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Përfshirja</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tyre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programet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është</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domosdoshme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parandaluar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izolimin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varfërinë</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skajshme</w:t>
      </w:r>
      <w:proofErr w:type="spellEnd"/>
      <w:r w:rsidRPr="00D97086">
        <w:rPr>
          <w:rFonts w:ascii="Times New Roman" w:hAnsi="Times New Roman" w:cs="Times New Roman"/>
          <w:sz w:val="24"/>
          <w:szCs w:val="24"/>
        </w:rPr>
        <w:t>.</w:t>
      </w:r>
    </w:p>
    <w:p w14:paraId="38132959"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b/>
          <w:i/>
          <w:sz w:val="24"/>
          <w:szCs w:val="24"/>
          <w:u w:val="single"/>
        </w:rPr>
        <w:t>Familjet</w:t>
      </w:r>
      <w:proofErr w:type="spellEnd"/>
      <w:r w:rsidRPr="00D97086">
        <w:rPr>
          <w:rFonts w:ascii="Times New Roman" w:hAnsi="Times New Roman" w:cs="Times New Roman"/>
          <w:b/>
          <w:i/>
          <w:sz w:val="24"/>
          <w:szCs w:val="24"/>
          <w:u w:val="single"/>
        </w:rPr>
        <w:t xml:space="preserve"> në </w:t>
      </w:r>
      <w:proofErr w:type="spellStart"/>
      <w:r w:rsidRPr="00D97086">
        <w:rPr>
          <w:rFonts w:ascii="Times New Roman" w:hAnsi="Times New Roman" w:cs="Times New Roman"/>
          <w:b/>
          <w:i/>
          <w:sz w:val="24"/>
          <w:szCs w:val="24"/>
          <w:u w:val="single"/>
        </w:rPr>
        <w:t>Ndihmë</w:t>
      </w:r>
      <w:proofErr w:type="spellEnd"/>
      <w:r w:rsidRPr="00D97086">
        <w:rPr>
          <w:rFonts w:ascii="Times New Roman" w:hAnsi="Times New Roman" w:cs="Times New Roman"/>
          <w:b/>
          <w:i/>
          <w:sz w:val="24"/>
          <w:szCs w:val="24"/>
          <w:u w:val="single"/>
        </w:rPr>
        <w:t xml:space="preserve"> Ekonomike (NE):</w:t>
      </w:r>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Këto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përbëjnë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përqindjen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lartë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përfituesve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programet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(41 </w:t>
      </w:r>
      <w:proofErr w:type="spellStart"/>
      <w:r w:rsidRPr="00D97086">
        <w:rPr>
          <w:rFonts w:ascii="Times New Roman" w:hAnsi="Times New Roman" w:cs="Times New Roman"/>
          <w:sz w:val="24"/>
          <w:szCs w:val="24"/>
        </w:rPr>
        <w:t>raste</w:t>
      </w:r>
      <w:proofErr w:type="spellEnd"/>
      <w:r w:rsidRPr="00D97086">
        <w:rPr>
          <w:rFonts w:ascii="Times New Roman" w:hAnsi="Times New Roman" w:cs="Times New Roman"/>
          <w:sz w:val="24"/>
          <w:szCs w:val="24"/>
        </w:rPr>
        <w:t xml:space="preserve"> në 2022, në </w:t>
      </w:r>
      <w:proofErr w:type="spellStart"/>
      <w:r w:rsidRPr="00D97086">
        <w:rPr>
          <w:rFonts w:ascii="Times New Roman" w:hAnsi="Times New Roman" w:cs="Times New Roman"/>
          <w:sz w:val="24"/>
          <w:szCs w:val="24"/>
        </w:rPr>
        <w:t>rënie</w:t>
      </w:r>
      <w:proofErr w:type="spellEnd"/>
      <w:r w:rsidRPr="00D97086">
        <w:rPr>
          <w:rFonts w:ascii="Times New Roman" w:hAnsi="Times New Roman" w:cs="Times New Roman"/>
          <w:sz w:val="24"/>
          <w:szCs w:val="24"/>
        </w:rPr>
        <w:t xml:space="preserve"> në 2024 me 14 </w:t>
      </w:r>
      <w:proofErr w:type="spellStart"/>
      <w:r w:rsidRPr="00D97086">
        <w:rPr>
          <w:rFonts w:ascii="Times New Roman" w:hAnsi="Times New Roman" w:cs="Times New Roman"/>
          <w:sz w:val="24"/>
          <w:szCs w:val="24"/>
        </w:rPr>
        <w:t>raste</w:t>
      </w:r>
      <w:proofErr w:type="spellEnd"/>
      <w:r w:rsidRPr="00D97086">
        <w:rPr>
          <w:rFonts w:ascii="Times New Roman" w:hAnsi="Times New Roman" w:cs="Times New Roman"/>
          <w:sz w:val="24"/>
          <w:szCs w:val="24"/>
        </w:rPr>
        <w:t xml:space="preserve">). Ulja e </w:t>
      </w:r>
      <w:proofErr w:type="spellStart"/>
      <w:r w:rsidRPr="00D97086">
        <w:rPr>
          <w:rFonts w:ascii="Times New Roman" w:hAnsi="Times New Roman" w:cs="Times New Roman"/>
          <w:sz w:val="24"/>
          <w:szCs w:val="24"/>
        </w:rPr>
        <w:t>përfituesve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tregon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kufizime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buxhetore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vështirësi</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akses</w:t>
      </w:r>
      <w:proofErr w:type="spellEnd"/>
      <w:r w:rsidRPr="00D97086">
        <w:rPr>
          <w:rFonts w:ascii="Times New Roman" w:hAnsi="Times New Roman" w:cs="Times New Roman"/>
          <w:sz w:val="24"/>
          <w:szCs w:val="24"/>
        </w:rPr>
        <w:t xml:space="preserve">. Si </w:t>
      </w:r>
      <w:proofErr w:type="spellStart"/>
      <w:r w:rsidRPr="00D97086">
        <w:rPr>
          <w:rFonts w:ascii="Times New Roman" w:hAnsi="Times New Roman" w:cs="Times New Roman"/>
          <w:sz w:val="24"/>
          <w:szCs w:val="24"/>
        </w:rPr>
        <w:t>grupi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varfër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ato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kanë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nevojë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mbulim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qëndrueshëm</w:t>
      </w:r>
      <w:proofErr w:type="spellEnd"/>
      <w:r w:rsidRPr="00D97086">
        <w:rPr>
          <w:rFonts w:ascii="Times New Roman" w:hAnsi="Times New Roman" w:cs="Times New Roman"/>
          <w:sz w:val="24"/>
          <w:szCs w:val="24"/>
        </w:rPr>
        <w:t>.</w:t>
      </w:r>
    </w:p>
    <w:p w14:paraId="52261A0A"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b/>
          <w:i/>
          <w:sz w:val="24"/>
          <w:szCs w:val="24"/>
          <w:u w:val="single"/>
        </w:rPr>
        <w:t>Familjet</w:t>
      </w:r>
      <w:proofErr w:type="spellEnd"/>
      <w:r w:rsidRPr="00D97086">
        <w:rPr>
          <w:rFonts w:ascii="Times New Roman" w:hAnsi="Times New Roman" w:cs="Times New Roman"/>
          <w:b/>
          <w:i/>
          <w:sz w:val="24"/>
          <w:szCs w:val="24"/>
          <w:u w:val="single"/>
        </w:rPr>
        <w:t xml:space="preserve"> me </w:t>
      </w:r>
      <w:proofErr w:type="spellStart"/>
      <w:r w:rsidRPr="00D97086">
        <w:rPr>
          <w:rFonts w:ascii="Times New Roman" w:hAnsi="Times New Roman" w:cs="Times New Roman"/>
          <w:b/>
          <w:i/>
          <w:sz w:val="24"/>
          <w:szCs w:val="24"/>
          <w:u w:val="single"/>
        </w:rPr>
        <w:t>kryefamiljare</w:t>
      </w:r>
      <w:proofErr w:type="spellEnd"/>
      <w:r w:rsidRPr="00D97086">
        <w:rPr>
          <w:rFonts w:ascii="Times New Roman" w:hAnsi="Times New Roman" w:cs="Times New Roman"/>
          <w:b/>
          <w:i/>
          <w:sz w:val="24"/>
          <w:szCs w:val="24"/>
          <w:u w:val="single"/>
        </w:rPr>
        <w:t xml:space="preserve"> </w:t>
      </w:r>
      <w:proofErr w:type="spellStart"/>
      <w:r w:rsidRPr="00D97086">
        <w:rPr>
          <w:rFonts w:ascii="Times New Roman" w:hAnsi="Times New Roman" w:cs="Times New Roman"/>
          <w:b/>
          <w:i/>
          <w:sz w:val="24"/>
          <w:szCs w:val="24"/>
          <w:u w:val="single"/>
        </w:rPr>
        <w:t>gra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Janë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ekspozuara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ndaj</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pasigurisë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banimit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shkak</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ardhurave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ulëta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diskriminimit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tregun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punës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Rritja</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numrit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përfituesve</w:t>
      </w:r>
      <w:proofErr w:type="spellEnd"/>
      <w:r w:rsidRPr="00D97086">
        <w:rPr>
          <w:rFonts w:ascii="Times New Roman" w:hAnsi="Times New Roman" w:cs="Times New Roman"/>
          <w:sz w:val="24"/>
          <w:szCs w:val="24"/>
        </w:rPr>
        <w:t xml:space="preserve"> në 2023 (15 </w:t>
      </w:r>
      <w:proofErr w:type="spellStart"/>
      <w:r w:rsidRPr="00D97086">
        <w:rPr>
          <w:rFonts w:ascii="Times New Roman" w:hAnsi="Times New Roman" w:cs="Times New Roman"/>
          <w:sz w:val="24"/>
          <w:szCs w:val="24"/>
        </w:rPr>
        <w:t>raste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tregon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njohjen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nevojave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tyre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por</w:t>
      </w:r>
      <w:proofErr w:type="spellEnd"/>
      <w:r w:rsidRPr="00D97086">
        <w:rPr>
          <w:rFonts w:ascii="Times New Roman" w:hAnsi="Times New Roman" w:cs="Times New Roman"/>
          <w:sz w:val="24"/>
          <w:szCs w:val="24"/>
        </w:rPr>
        <w:t xml:space="preserve"> në 2024 </w:t>
      </w:r>
      <w:proofErr w:type="spellStart"/>
      <w:r w:rsidRPr="00D97086">
        <w:rPr>
          <w:rFonts w:ascii="Times New Roman" w:hAnsi="Times New Roman" w:cs="Times New Roman"/>
          <w:sz w:val="24"/>
          <w:szCs w:val="24"/>
        </w:rPr>
        <w:t>numri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bie</w:t>
      </w:r>
      <w:proofErr w:type="spellEnd"/>
      <w:r w:rsidRPr="00D97086">
        <w:rPr>
          <w:rFonts w:ascii="Times New Roman" w:hAnsi="Times New Roman" w:cs="Times New Roman"/>
          <w:sz w:val="24"/>
          <w:szCs w:val="24"/>
        </w:rPr>
        <w:t xml:space="preserve"> në 7 </w:t>
      </w:r>
      <w:proofErr w:type="spellStart"/>
      <w:r w:rsidRPr="00D97086">
        <w:rPr>
          <w:rFonts w:ascii="Times New Roman" w:hAnsi="Times New Roman" w:cs="Times New Roman"/>
          <w:sz w:val="24"/>
          <w:szCs w:val="24"/>
        </w:rPr>
        <w:t>raste</w:t>
      </w:r>
      <w:proofErr w:type="spellEnd"/>
      <w:r w:rsidRPr="00D97086">
        <w:rPr>
          <w:rFonts w:ascii="Times New Roman" w:hAnsi="Times New Roman" w:cs="Times New Roman"/>
          <w:sz w:val="24"/>
          <w:szCs w:val="24"/>
        </w:rPr>
        <w:t>.</w:t>
      </w:r>
    </w:p>
    <w:p w14:paraId="1AC1E241"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b/>
          <w:i/>
          <w:sz w:val="24"/>
          <w:szCs w:val="24"/>
          <w:u w:val="single"/>
        </w:rPr>
        <w:t>Familjet</w:t>
      </w:r>
      <w:proofErr w:type="spellEnd"/>
      <w:r w:rsidRPr="00D97086">
        <w:rPr>
          <w:rFonts w:ascii="Times New Roman" w:hAnsi="Times New Roman" w:cs="Times New Roman"/>
          <w:b/>
          <w:i/>
          <w:sz w:val="24"/>
          <w:szCs w:val="24"/>
          <w:u w:val="single"/>
        </w:rPr>
        <w:t xml:space="preserve"> </w:t>
      </w:r>
      <w:proofErr w:type="spellStart"/>
      <w:r w:rsidRPr="00D97086">
        <w:rPr>
          <w:rFonts w:ascii="Times New Roman" w:hAnsi="Times New Roman" w:cs="Times New Roman"/>
          <w:b/>
          <w:i/>
          <w:sz w:val="24"/>
          <w:szCs w:val="24"/>
          <w:u w:val="single"/>
        </w:rPr>
        <w:t>njëprindërore</w:t>
      </w:r>
      <w:proofErr w:type="spellEnd"/>
      <w:r w:rsidRPr="00D97086">
        <w:rPr>
          <w:rFonts w:ascii="Times New Roman" w:hAnsi="Times New Roman" w:cs="Times New Roman"/>
          <w:b/>
          <w:i/>
          <w:sz w:val="24"/>
          <w:szCs w:val="24"/>
          <w:u w:val="single"/>
        </w:rPr>
        <w:t xml:space="preserve">: </w:t>
      </w:r>
      <w:proofErr w:type="spellStart"/>
      <w:r w:rsidRPr="00D97086">
        <w:rPr>
          <w:rFonts w:ascii="Times New Roman" w:hAnsi="Times New Roman" w:cs="Times New Roman"/>
          <w:sz w:val="24"/>
          <w:szCs w:val="24"/>
        </w:rPr>
        <w:t>Edhe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pse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pakta</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numër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vetëm</w:t>
      </w:r>
      <w:proofErr w:type="spellEnd"/>
      <w:r w:rsidRPr="00D97086">
        <w:rPr>
          <w:rFonts w:ascii="Times New Roman" w:hAnsi="Times New Roman" w:cs="Times New Roman"/>
          <w:sz w:val="24"/>
          <w:szCs w:val="24"/>
        </w:rPr>
        <w:t xml:space="preserve"> 1 </w:t>
      </w:r>
      <w:proofErr w:type="spellStart"/>
      <w:r w:rsidRPr="00D97086">
        <w:rPr>
          <w:rFonts w:ascii="Times New Roman" w:hAnsi="Times New Roman" w:cs="Times New Roman"/>
          <w:sz w:val="24"/>
          <w:szCs w:val="24"/>
        </w:rPr>
        <w:t>rast</w:t>
      </w:r>
      <w:proofErr w:type="spellEnd"/>
      <w:r w:rsidRPr="00D97086">
        <w:rPr>
          <w:rFonts w:ascii="Times New Roman" w:hAnsi="Times New Roman" w:cs="Times New Roman"/>
          <w:sz w:val="24"/>
          <w:szCs w:val="24"/>
        </w:rPr>
        <w:t xml:space="preserve"> në 2024), </w:t>
      </w:r>
      <w:proofErr w:type="spellStart"/>
      <w:r w:rsidRPr="00D97086">
        <w:rPr>
          <w:rFonts w:ascii="Times New Roman" w:hAnsi="Times New Roman" w:cs="Times New Roman"/>
          <w:sz w:val="24"/>
          <w:szCs w:val="24"/>
        </w:rPr>
        <w:t>këto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mbartin</w:t>
      </w:r>
      <w:proofErr w:type="spellEnd"/>
      <w:r w:rsidRPr="00D97086">
        <w:rPr>
          <w:rFonts w:ascii="Times New Roman" w:hAnsi="Times New Roman" w:cs="Times New Roman"/>
          <w:sz w:val="24"/>
          <w:szCs w:val="24"/>
        </w:rPr>
        <w:t xml:space="preserve"> risk të </w:t>
      </w:r>
      <w:proofErr w:type="spellStart"/>
      <w:r w:rsidRPr="00D97086">
        <w:rPr>
          <w:rFonts w:ascii="Times New Roman" w:hAnsi="Times New Roman" w:cs="Times New Roman"/>
          <w:sz w:val="24"/>
          <w:szCs w:val="24"/>
        </w:rPr>
        <w:t>lartë</w:t>
      </w:r>
      <w:proofErr w:type="spellEnd"/>
      <w:r w:rsidRPr="00D97086">
        <w:rPr>
          <w:rFonts w:ascii="Times New Roman" w:hAnsi="Times New Roman" w:cs="Times New Roman"/>
          <w:sz w:val="24"/>
          <w:szCs w:val="24"/>
        </w:rPr>
        <w:t xml:space="preserve"> social, </w:t>
      </w:r>
      <w:proofErr w:type="spellStart"/>
      <w:r w:rsidRPr="00D97086">
        <w:rPr>
          <w:rFonts w:ascii="Times New Roman" w:hAnsi="Times New Roman" w:cs="Times New Roman"/>
          <w:sz w:val="24"/>
          <w:szCs w:val="24"/>
        </w:rPr>
        <w:t>pasi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mungesa</w:t>
      </w:r>
      <w:proofErr w:type="spellEnd"/>
      <w:r w:rsidRPr="00D97086">
        <w:rPr>
          <w:rFonts w:ascii="Times New Roman" w:hAnsi="Times New Roman" w:cs="Times New Roman"/>
          <w:sz w:val="24"/>
          <w:szCs w:val="24"/>
        </w:rPr>
        <w:t xml:space="preserve"> e një </w:t>
      </w:r>
      <w:proofErr w:type="spellStart"/>
      <w:r w:rsidRPr="00D97086">
        <w:rPr>
          <w:rFonts w:ascii="Times New Roman" w:hAnsi="Times New Roman" w:cs="Times New Roman"/>
          <w:sz w:val="24"/>
          <w:szCs w:val="24"/>
        </w:rPr>
        <w:t>prindi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lidhet</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varfëri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izolim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mungesë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mbështetjeje</w:t>
      </w:r>
      <w:proofErr w:type="spellEnd"/>
      <w:r w:rsidRPr="00D97086">
        <w:rPr>
          <w:rFonts w:ascii="Times New Roman" w:hAnsi="Times New Roman" w:cs="Times New Roman"/>
          <w:sz w:val="24"/>
          <w:szCs w:val="24"/>
        </w:rPr>
        <w:t>.</w:t>
      </w:r>
    </w:p>
    <w:p w14:paraId="1B118B51"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b/>
          <w:i/>
          <w:sz w:val="24"/>
          <w:szCs w:val="24"/>
        </w:rPr>
        <w:t>Familjet</w:t>
      </w:r>
      <w:proofErr w:type="spellEnd"/>
      <w:r w:rsidRPr="00D97086">
        <w:rPr>
          <w:rFonts w:ascii="Times New Roman" w:hAnsi="Times New Roman" w:cs="Times New Roman"/>
          <w:b/>
          <w:i/>
          <w:sz w:val="24"/>
          <w:szCs w:val="24"/>
        </w:rPr>
        <w:t xml:space="preserve"> e </w:t>
      </w:r>
      <w:proofErr w:type="spellStart"/>
      <w:r w:rsidRPr="00D97086">
        <w:rPr>
          <w:rFonts w:ascii="Times New Roman" w:hAnsi="Times New Roman" w:cs="Times New Roman"/>
          <w:b/>
          <w:i/>
          <w:sz w:val="24"/>
          <w:szCs w:val="24"/>
        </w:rPr>
        <w:t>komunitetit</w:t>
      </w:r>
      <w:proofErr w:type="spellEnd"/>
      <w:r w:rsidRPr="00D97086">
        <w:rPr>
          <w:rFonts w:ascii="Times New Roman" w:hAnsi="Times New Roman" w:cs="Times New Roman"/>
          <w:b/>
          <w:i/>
          <w:sz w:val="24"/>
          <w:szCs w:val="24"/>
        </w:rPr>
        <w:t xml:space="preserve"> Rom/</w:t>
      </w:r>
      <w:proofErr w:type="spellStart"/>
      <w:r w:rsidRPr="00D97086">
        <w:rPr>
          <w:rFonts w:ascii="Times New Roman" w:hAnsi="Times New Roman" w:cs="Times New Roman"/>
          <w:b/>
          <w:i/>
          <w:sz w:val="24"/>
          <w:szCs w:val="24"/>
        </w:rPr>
        <w:t>Egjiptian</w:t>
      </w:r>
      <w:proofErr w:type="spellEnd"/>
      <w:r w:rsidRPr="00D97086">
        <w:rPr>
          <w:rFonts w:ascii="Times New Roman" w:hAnsi="Times New Roman" w:cs="Times New Roman"/>
          <w:sz w:val="24"/>
          <w:szCs w:val="24"/>
        </w:rPr>
        <w:t xml:space="preserve">: Në 2022–2024 </w:t>
      </w:r>
      <w:proofErr w:type="spellStart"/>
      <w:r w:rsidRPr="00D97086">
        <w:rPr>
          <w:rFonts w:ascii="Times New Roman" w:hAnsi="Times New Roman" w:cs="Times New Roman"/>
          <w:sz w:val="24"/>
          <w:szCs w:val="24"/>
        </w:rPr>
        <w:t>përfituan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gjithsej</w:t>
      </w:r>
      <w:proofErr w:type="spellEnd"/>
      <w:r w:rsidRPr="00D97086">
        <w:rPr>
          <w:rFonts w:ascii="Times New Roman" w:hAnsi="Times New Roman" w:cs="Times New Roman"/>
          <w:sz w:val="24"/>
          <w:szCs w:val="24"/>
        </w:rPr>
        <w:t xml:space="preserve"> 25 </w:t>
      </w:r>
      <w:proofErr w:type="spellStart"/>
      <w:r w:rsidRPr="00D97086">
        <w:rPr>
          <w:rFonts w:ascii="Times New Roman" w:hAnsi="Times New Roman" w:cs="Times New Roman"/>
          <w:sz w:val="24"/>
          <w:szCs w:val="24"/>
        </w:rPr>
        <w:t>raste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numri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është</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rënie</w:t>
      </w:r>
      <w:proofErr w:type="spellEnd"/>
      <w:r w:rsidRPr="00D97086">
        <w:rPr>
          <w:rFonts w:ascii="Times New Roman" w:hAnsi="Times New Roman" w:cs="Times New Roman"/>
          <w:sz w:val="24"/>
          <w:szCs w:val="24"/>
        </w:rPr>
        <w:t xml:space="preserve"> (14 </w:t>
      </w:r>
      <w:proofErr w:type="spellStart"/>
      <w:r w:rsidRPr="00D97086">
        <w:rPr>
          <w:rFonts w:ascii="Times New Roman" w:hAnsi="Times New Roman" w:cs="Times New Roman"/>
          <w:sz w:val="24"/>
          <w:szCs w:val="24"/>
        </w:rPr>
        <w:t>raste</w:t>
      </w:r>
      <w:proofErr w:type="spellEnd"/>
      <w:r w:rsidRPr="00D97086">
        <w:rPr>
          <w:rFonts w:ascii="Times New Roman" w:hAnsi="Times New Roman" w:cs="Times New Roman"/>
          <w:sz w:val="24"/>
          <w:szCs w:val="24"/>
        </w:rPr>
        <w:t xml:space="preserve"> në 2022, </w:t>
      </w:r>
      <w:proofErr w:type="spellStart"/>
      <w:r w:rsidRPr="00D97086">
        <w:rPr>
          <w:rFonts w:ascii="Times New Roman" w:hAnsi="Times New Roman" w:cs="Times New Roman"/>
          <w:sz w:val="24"/>
          <w:szCs w:val="24"/>
        </w:rPr>
        <w:t>vetëm</w:t>
      </w:r>
      <w:proofErr w:type="spellEnd"/>
      <w:r w:rsidRPr="00D97086">
        <w:rPr>
          <w:rFonts w:ascii="Times New Roman" w:hAnsi="Times New Roman" w:cs="Times New Roman"/>
          <w:sz w:val="24"/>
          <w:szCs w:val="24"/>
        </w:rPr>
        <w:t xml:space="preserve"> 3 në 2024). </w:t>
      </w:r>
      <w:proofErr w:type="spellStart"/>
      <w:r w:rsidRPr="00D97086">
        <w:rPr>
          <w:rFonts w:ascii="Times New Roman" w:hAnsi="Times New Roman" w:cs="Times New Roman"/>
          <w:sz w:val="24"/>
          <w:szCs w:val="24"/>
        </w:rPr>
        <w:t>Kjo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tregon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mungesë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mbulimi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grup</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përballet</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diskriminim</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vazhdueshëm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jetesë</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kushte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informale</w:t>
      </w:r>
      <w:proofErr w:type="spellEnd"/>
      <w:r w:rsidRPr="00D97086">
        <w:rPr>
          <w:rFonts w:ascii="Times New Roman" w:hAnsi="Times New Roman" w:cs="Times New Roman"/>
          <w:sz w:val="24"/>
          <w:szCs w:val="24"/>
        </w:rPr>
        <w:t>.</w:t>
      </w:r>
    </w:p>
    <w:p w14:paraId="0B1A62A5"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b/>
          <w:i/>
          <w:sz w:val="24"/>
          <w:szCs w:val="24"/>
          <w:u w:val="single"/>
        </w:rPr>
        <w:t>Familjet</w:t>
      </w:r>
      <w:proofErr w:type="spellEnd"/>
      <w:r w:rsidRPr="00D97086">
        <w:rPr>
          <w:rFonts w:ascii="Times New Roman" w:hAnsi="Times New Roman" w:cs="Times New Roman"/>
          <w:b/>
          <w:i/>
          <w:sz w:val="24"/>
          <w:szCs w:val="24"/>
          <w:u w:val="single"/>
        </w:rPr>
        <w:t xml:space="preserve"> e </w:t>
      </w:r>
      <w:proofErr w:type="spellStart"/>
      <w:r w:rsidRPr="00D97086">
        <w:rPr>
          <w:rFonts w:ascii="Times New Roman" w:hAnsi="Times New Roman" w:cs="Times New Roman"/>
          <w:b/>
          <w:i/>
          <w:sz w:val="24"/>
          <w:szCs w:val="24"/>
          <w:u w:val="single"/>
        </w:rPr>
        <w:t>kthyera</w:t>
      </w:r>
      <w:proofErr w:type="spellEnd"/>
      <w:r w:rsidRPr="00D97086">
        <w:rPr>
          <w:rFonts w:ascii="Times New Roman" w:hAnsi="Times New Roman" w:cs="Times New Roman"/>
          <w:b/>
          <w:i/>
          <w:sz w:val="24"/>
          <w:szCs w:val="24"/>
          <w:u w:val="single"/>
        </w:rPr>
        <w:t xml:space="preserve"> </w:t>
      </w:r>
      <w:proofErr w:type="spellStart"/>
      <w:r w:rsidRPr="00D97086">
        <w:rPr>
          <w:rFonts w:ascii="Times New Roman" w:hAnsi="Times New Roman" w:cs="Times New Roman"/>
          <w:b/>
          <w:i/>
          <w:sz w:val="24"/>
          <w:szCs w:val="24"/>
          <w:u w:val="single"/>
        </w:rPr>
        <w:t>nga</w:t>
      </w:r>
      <w:proofErr w:type="spellEnd"/>
      <w:r w:rsidRPr="00D97086">
        <w:rPr>
          <w:rFonts w:ascii="Times New Roman" w:hAnsi="Times New Roman" w:cs="Times New Roman"/>
          <w:b/>
          <w:i/>
          <w:sz w:val="24"/>
          <w:szCs w:val="24"/>
          <w:u w:val="single"/>
        </w:rPr>
        <w:t xml:space="preserve"> </w:t>
      </w:r>
      <w:proofErr w:type="spellStart"/>
      <w:r w:rsidRPr="00D97086">
        <w:rPr>
          <w:rFonts w:ascii="Times New Roman" w:hAnsi="Times New Roman" w:cs="Times New Roman"/>
          <w:b/>
          <w:i/>
          <w:sz w:val="24"/>
          <w:szCs w:val="24"/>
          <w:u w:val="single"/>
        </w:rPr>
        <w:t>emigrimi</w:t>
      </w:r>
      <w:proofErr w:type="spellEnd"/>
      <w:r w:rsidRPr="00D97086">
        <w:rPr>
          <w:rFonts w:ascii="Times New Roman" w:hAnsi="Times New Roman" w:cs="Times New Roman"/>
          <w:b/>
          <w:i/>
          <w:sz w:val="24"/>
          <w:szCs w:val="24"/>
          <w:u w:val="single"/>
        </w:rPr>
        <w:t>:</w:t>
      </w:r>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Shifrat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janë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shumë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ulëta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vetëm</w:t>
      </w:r>
      <w:proofErr w:type="spellEnd"/>
      <w:r w:rsidRPr="00D97086">
        <w:rPr>
          <w:rFonts w:ascii="Times New Roman" w:hAnsi="Times New Roman" w:cs="Times New Roman"/>
          <w:sz w:val="24"/>
          <w:szCs w:val="24"/>
        </w:rPr>
        <w:t xml:space="preserve"> 2 </w:t>
      </w:r>
      <w:proofErr w:type="spellStart"/>
      <w:r w:rsidRPr="00D97086">
        <w:rPr>
          <w:rFonts w:ascii="Times New Roman" w:hAnsi="Times New Roman" w:cs="Times New Roman"/>
          <w:sz w:val="24"/>
          <w:szCs w:val="24"/>
        </w:rPr>
        <w:t>raste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tre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vite</w:t>
      </w:r>
      <w:proofErr w:type="spellEnd"/>
      <w:r w:rsidRPr="00D97086">
        <w:rPr>
          <w:rFonts w:ascii="Times New Roman" w:hAnsi="Times New Roman" w:cs="Times New Roman"/>
          <w:sz w:val="24"/>
          <w:szCs w:val="24"/>
        </w:rPr>
        <w:t xml:space="preserve">). Ky </w:t>
      </w:r>
      <w:proofErr w:type="spellStart"/>
      <w:r w:rsidRPr="00D97086">
        <w:rPr>
          <w:rFonts w:ascii="Times New Roman" w:hAnsi="Times New Roman" w:cs="Times New Roman"/>
          <w:sz w:val="24"/>
          <w:szCs w:val="24"/>
        </w:rPr>
        <w:t>grup</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përballet</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vështirësi</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mëdha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integrimi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sidomos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kur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kthehen</w:t>
      </w:r>
      <w:proofErr w:type="spellEnd"/>
      <w:r w:rsidRPr="00D97086">
        <w:rPr>
          <w:rFonts w:ascii="Times New Roman" w:hAnsi="Times New Roman" w:cs="Times New Roman"/>
          <w:sz w:val="24"/>
          <w:szCs w:val="24"/>
        </w:rPr>
        <w:t xml:space="preserve"> pa </w:t>
      </w:r>
      <w:proofErr w:type="spellStart"/>
      <w:r w:rsidRPr="00D97086">
        <w:rPr>
          <w:rFonts w:ascii="Times New Roman" w:hAnsi="Times New Roman" w:cs="Times New Roman"/>
          <w:sz w:val="24"/>
          <w:szCs w:val="24"/>
        </w:rPr>
        <w:t>burime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financiare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pa një </w:t>
      </w:r>
      <w:proofErr w:type="spellStart"/>
      <w:r w:rsidRPr="00D97086">
        <w:rPr>
          <w:rFonts w:ascii="Times New Roman" w:hAnsi="Times New Roman" w:cs="Times New Roman"/>
          <w:sz w:val="24"/>
          <w:szCs w:val="24"/>
        </w:rPr>
        <w:t>rrjet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mbështetës</w:t>
      </w:r>
      <w:proofErr w:type="spellEnd"/>
      <w:r w:rsidRPr="00D97086">
        <w:rPr>
          <w:rFonts w:ascii="Times New Roman" w:hAnsi="Times New Roman" w:cs="Times New Roman"/>
          <w:sz w:val="24"/>
          <w:szCs w:val="24"/>
        </w:rPr>
        <w:t>.</w:t>
      </w:r>
    </w:p>
    <w:p w14:paraId="0E46FA9C"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b/>
          <w:i/>
          <w:sz w:val="24"/>
          <w:szCs w:val="24"/>
          <w:u w:val="single"/>
        </w:rPr>
        <w:t>Viktimat</w:t>
      </w:r>
      <w:proofErr w:type="spellEnd"/>
      <w:r w:rsidRPr="00D97086">
        <w:rPr>
          <w:rFonts w:ascii="Times New Roman" w:hAnsi="Times New Roman" w:cs="Times New Roman"/>
          <w:b/>
          <w:i/>
          <w:sz w:val="24"/>
          <w:szCs w:val="24"/>
          <w:u w:val="single"/>
        </w:rPr>
        <w:t xml:space="preserve"> e </w:t>
      </w:r>
      <w:proofErr w:type="spellStart"/>
      <w:r w:rsidRPr="00D97086">
        <w:rPr>
          <w:rFonts w:ascii="Times New Roman" w:hAnsi="Times New Roman" w:cs="Times New Roman"/>
          <w:b/>
          <w:i/>
          <w:sz w:val="24"/>
          <w:szCs w:val="24"/>
          <w:u w:val="single"/>
        </w:rPr>
        <w:t>dhunës</w:t>
      </w:r>
      <w:proofErr w:type="spellEnd"/>
      <w:r w:rsidRPr="00D97086">
        <w:rPr>
          <w:rFonts w:ascii="Times New Roman" w:hAnsi="Times New Roman" w:cs="Times New Roman"/>
          <w:b/>
          <w:i/>
          <w:sz w:val="24"/>
          <w:szCs w:val="24"/>
          <w:u w:val="single"/>
        </w:rPr>
        <w:t xml:space="preserve"> në </w:t>
      </w:r>
      <w:proofErr w:type="spellStart"/>
      <w:r w:rsidRPr="00D97086">
        <w:rPr>
          <w:rFonts w:ascii="Times New Roman" w:hAnsi="Times New Roman" w:cs="Times New Roman"/>
          <w:b/>
          <w:i/>
          <w:sz w:val="24"/>
          <w:szCs w:val="24"/>
          <w:u w:val="single"/>
        </w:rPr>
        <w:t>familje</w:t>
      </w:r>
      <w:proofErr w:type="spellEnd"/>
      <w:r w:rsidRPr="00D97086">
        <w:rPr>
          <w:rFonts w:ascii="Times New Roman" w:hAnsi="Times New Roman" w:cs="Times New Roman"/>
          <w:b/>
          <w:i/>
          <w:sz w:val="24"/>
          <w:szCs w:val="24"/>
          <w:u w:val="single"/>
        </w:rPr>
        <w:t>:</w:t>
      </w:r>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Kjo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kategori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është</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qëndrueshme</w:t>
      </w:r>
      <w:proofErr w:type="spellEnd"/>
      <w:r w:rsidRPr="00D97086">
        <w:rPr>
          <w:rFonts w:ascii="Times New Roman" w:hAnsi="Times New Roman" w:cs="Times New Roman"/>
          <w:sz w:val="24"/>
          <w:szCs w:val="24"/>
        </w:rPr>
        <w:t xml:space="preserve"> (8 </w:t>
      </w:r>
      <w:proofErr w:type="spellStart"/>
      <w:r w:rsidRPr="00D97086">
        <w:rPr>
          <w:rFonts w:ascii="Times New Roman" w:hAnsi="Times New Roman" w:cs="Times New Roman"/>
          <w:sz w:val="24"/>
          <w:szCs w:val="24"/>
        </w:rPr>
        <w:t>raste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çdo</w:t>
      </w:r>
      <w:proofErr w:type="spellEnd"/>
      <w:r w:rsidRPr="00D97086">
        <w:rPr>
          <w:rFonts w:ascii="Times New Roman" w:hAnsi="Times New Roman" w:cs="Times New Roman"/>
          <w:sz w:val="24"/>
          <w:szCs w:val="24"/>
        </w:rPr>
        <w:t xml:space="preserve"> vit), </w:t>
      </w:r>
      <w:proofErr w:type="spellStart"/>
      <w:r w:rsidRPr="00D97086">
        <w:rPr>
          <w:rFonts w:ascii="Times New Roman" w:hAnsi="Times New Roman" w:cs="Times New Roman"/>
          <w:sz w:val="24"/>
          <w:szCs w:val="24"/>
        </w:rPr>
        <w:t>por</w:t>
      </w:r>
      <w:proofErr w:type="spellEnd"/>
      <w:r w:rsidRPr="00D97086">
        <w:rPr>
          <w:rFonts w:ascii="Times New Roman" w:hAnsi="Times New Roman" w:cs="Times New Roman"/>
          <w:sz w:val="24"/>
          <w:szCs w:val="24"/>
        </w:rPr>
        <w:t xml:space="preserve"> duke </w:t>
      </w:r>
      <w:proofErr w:type="spellStart"/>
      <w:r w:rsidRPr="00D97086">
        <w:rPr>
          <w:rFonts w:ascii="Times New Roman" w:hAnsi="Times New Roman" w:cs="Times New Roman"/>
          <w:sz w:val="24"/>
          <w:szCs w:val="24"/>
        </w:rPr>
        <w:t>parë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përhapjen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fenomenit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numri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përfshirë</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programet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mbetet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shumë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ulët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krahasuar</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nevojën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reale</w:t>
      </w:r>
      <w:proofErr w:type="spellEnd"/>
      <w:r w:rsidRPr="00D97086">
        <w:rPr>
          <w:rFonts w:ascii="Times New Roman" w:hAnsi="Times New Roman" w:cs="Times New Roman"/>
          <w:sz w:val="24"/>
          <w:szCs w:val="24"/>
        </w:rPr>
        <w:t>.</w:t>
      </w:r>
    </w:p>
    <w:p w14:paraId="5408DBA8"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b/>
          <w:i/>
          <w:sz w:val="24"/>
          <w:szCs w:val="24"/>
          <w:u w:val="single"/>
        </w:rPr>
        <w:lastRenderedPageBreak/>
        <w:t>Familjet</w:t>
      </w:r>
      <w:proofErr w:type="spellEnd"/>
      <w:r w:rsidRPr="00D97086">
        <w:rPr>
          <w:rFonts w:ascii="Times New Roman" w:hAnsi="Times New Roman" w:cs="Times New Roman"/>
          <w:b/>
          <w:i/>
          <w:sz w:val="24"/>
          <w:szCs w:val="24"/>
          <w:u w:val="single"/>
        </w:rPr>
        <w:t xml:space="preserve"> e </w:t>
      </w:r>
      <w:proofErr w:type="spellStart"/>
      <w:r w:rsidRPr="00D97086">
        <w:rPr>
          <w:rFonts w:ascii="Times New Roman" w:hAnsi="Times New Roman" w:cs="Times New Roman"/>
          <w:b/>
          <w:i/>
          <w:sz w:val="24"/>
          <w:szCs w:val="24"/>
          <w:u w:val="single"/>
        </w:rPr>
        <w:t>reja</w:t>
      </w:r>
      <w:proofErr w:type="spellEnd"/>
      <w:r w:rsidRPr="00D97086">
        <w:rPr>
          <w:rFonts w:ascii="Times New Roman" w:hAnsi="Times New Roman" w:cs="Times New Roman"/>
          <w:b/>
          <w:i/>
          <w:sz w:val="24"/>
          <w:szCs w:val="24"/>
          <w:u w:val="single"/>
        </w:rPr>
        <w:t>:</w:t>
      </w:r>
      <w:r w:rsidRPr="00D97086">
        <w:rPr>
          <w:rFonts w:ascii="Times New Roman" w:hAnsi="Times New Roman" w:cs="Times New Roman"/>
          <w:sz w:val="24"/>
          <w:szCs w:val="24"/>
        </w:rPr>
        <w:t xml:space="preserve"> Në 2022 u </w:t>
      </w:r>
      <w:proofErr w:type="spellStart"/>
      <w:r w:rsidRPr="00D97086">
        <w:rPr>
          <w:rFonts w:ascii="Times New Roman" w:hAnsi="Times New Roman" w:cs="Times New Roman"/>
          <w:sz w:val="24"/>
          <w:szCs w:val="24"/>
        </w:rPr>
        <w:t>mbështetën</w:t>
      </w:r>
      <w:proofErr w:type="spellEnd"/>
      <w:r w:rsidRPr="00D97086">
        <w:rPr>
          <w:rFonts w:ascii="Times New Roman" w:hAnsi="Times New Roman" w:cs="Times New Roman"/>
          <w:sz w:val="24"/>
          <w:szCs w:val="24"/>
        </w:rPr>
        <w:t xml:space="preserve"> 6 </w:t>
      </w:r>
      <w:proofErr w:type="spellStart"/>
      <w:r w:rsidRPr="00D97086">
        <w:rPr>
          <w:rFonts w:ascii="Times New Roman" w:hAnsi="Times New Roman" w:cs="Times New Roman"/>
          <w:sz w:val="24"/>
          <w:szCs w:val="24"/>
        </w:rPr>
        <w:t>raste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por</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vitet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pasuese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nuk</w:t>
      </w:r>
      <w:proofErr w:type="spellEnd"/>
      <w:r w:rsidRPr="00D97086">
        <w:rPr>
          <w:rFonts w:ascii="Times New Roman" w:hAnsi="Times New Roman" w:cs="Times New Roman"/>
          <w:sz w:val="24"/>
          <w:szCs w:val="24"/>
        </w:rPr>
        <w:t xml:space="preserve"> ka </w:t>
      </w:r>
      <w:proofErr w:type="spellStart"/>
      <w:r w:rsidRPr="00D97086">
        <w:rPr>
          <w:rFonts w:ascii="Times New Roman" w:hAnsi="Times New Roman" w:cs="Times New Roman"/>
          <w:sz w:val="24"/>
          <w:szCs w:val="24"/>
        </w:rPr>
        <w:t>përfitues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Kjo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tregon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mungesë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politikash</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nxitur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qëndrimin</w:t>
      </w:r>
      <w:proofErr w:type="spellEnd"/>
      <w:r w:rsidRPr="00D97086">
        <w:rPr>
          <w:rFonts w:ascii="Times New Roman" w:hAnsi="Times New Roman" w:cs="Times New Roman"/>
          <w:sz w:val="24"/>
          <w:szCs w:val="24"/>
        </w:rPr>
        <w:t xml:space="preserve"> e të </w:t>
      </w:r>
      <w:proofErr w:type="spellStart"/>
      <w:r w:rsidRPr="00D97086">
        <w:rPr>
          <w:rFonts w:ascii="Times New Roman" w:hAnsi="Times New Roman" w:cs="Times New Roman"/>
          <w:sz w:val="24"/>
          <w:szCs w:val="24"/>
        </w:rPr>
        <w:t>rinjve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frenimin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emigrimit</w:t>
      </w:r>
      <w:proofErr w:type="spellEnd"/>
      <w:r w:rsidRPr="00D97086">
        <w:rPr>
          <w:rFonts w:ascii="Times New Roman" w:hAnsi="Times New Roman" w:cs="Times New Roman"/>
          <w:sz w:val="24"/>
          <w:szCs w:val="24"/>
        </w:rPr>
        <w:t>.</w:t>
      </w:r>
    </w:p>
    <w:p w14:paraId="72DFA394"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Familjet</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anëtarë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mbi</w:t>
      </w:r>
      <w:proofErr w:type="spellEnd"/>
      <w:r w:rsidRPr="00D97086">
        <w:rPr>
          <w:rFonts w:ascii="Times New Roman" w:hAnsi="Times New Roman" w:cs="Times New Roman"/>
          <w:sz w:val="24"/>
          <w:szCs w:val="24"/>
        </w:rPr>
        <w:t xml:space="preserve"> 65 </w:t>
      </w:r>
      <w:proofErr w:type="spellStart"/>
      <w:r w:rsidRPr="00D97086">
        <w:rPr>
          <w:rFonts w:ascii="Times New Roman" w:hAnsi="Times New Roman" w:cs="Times New Roman"/>
          <w:sz w:val="24"/>
          <w:szCs w:val="24"/>
        </w:rPr>
        <w:t>vjeç</w:t>
      </w:r>
      <w:proofErr w:type="spellEnd"/>
      <w:r w:rsidRPr="00D97086">
        <w:rPr>
          <w:rFonts w:ascii="Times New Roman" w:hAnsi="Times New Roman" w:cs="Times New Roman"/>
          <w:sz w:val="24"/>
          <w:szCs w:val="24"/>
        </w:rPr>
        <w:t xml:space="preserve"> </w:t>
      </w:r>
      <w:proofErr w:type="gramStart"/>
      <w:r w:rsidRPr="00D97086">
        <w:rPr>
          <w:rFonts w:ascii="Times New Roman" w:hAnsi="Times New Roman" w:cs="Times New Roman"/>
          <w:sz w:val="24"/>
          <w:szCs w:val="24"/>
        </w:rPr>
        <w:t>( të</w:t>
      </w:r>
      <w:proofErr w:type="gram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moshuar</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tre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vite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përfituan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gjithsej</w:t>
      </w:r>
      <w:proofErr w:type="spellEnd"/>
      <w:r w:rsidRPr="00D97086">
        <w:rPr>
          <w:rFonts w:ascii="Times New Roman" w:hAnsi="Times New Roman" w:cs="Times New Roman"/>
          <w:sz w:val="24"/>
          <w:szCs w:val="24"/>
        </w:rPr>
        <w:t xml:space="preserve"> 25 </w:t>
      </w:r>
      <w:proofErr w:type="spellStart"/>
      <w:r w:rsidRPr="00D97086">
        <w:rPr>
          <w:rFonts w:ascii="Times New Roman" w:hAnsi="Times New Roman" w:cs="Times New Roman"/>
          <w:sz w:val="24"/>
          <w:szCs w:val="24"/>
        </w:rPr>
        <w:t>raste</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rënie</w:t>
      </w:r>
      <w:proofErr w:type="spellEnd"/>
      <w:r w:rsidRPr="00D97086">
        <w:rPr>
          <w:rFonts w:ascii="Times New Roman" w:hAnsi="Times New Roman" w:cs="Times New Roman"/>
          <w:sz w:val="24"/>
          <w:szCs w:val="24"/>
        </w:rPr>
        <w:t xml:space="preserve"> në 2024 (</w:t>
      </w:r>
      <w:proofErr w:type="spellStart"/>
      <w:r w:rsidRPr="00D97086">
        <w:rPr>
          <w:rFonts w:ascii="Times New Roman" w:hAnsi="Times New Roman" w:cs="Times New Roman"/>
          <w:sz w:val="24"/>
          <w:szCs w:val="24"/>
        </w:rPr>
        <w:t>vetëm</w:t>
      </w:r>
      <w:proofErr w:type="spellEnd"/>
      <w:r w:rsidRPr="00D97086">
        <w:rPr>
          <w:rFonts w:ascii="Times New Roman" w:hAnsi="Times New Roman" w:cs="Times New Roman"/>
          <w:sz w:val="24"/>
          <w:szCs w:val="24"/>
        </w:rPr>
        <w:t xml:space="preserve"> 5 </w:t>
      </w:r>
      <w:proofErr w:type="spellStart"/>
      <w:r w:rsidRPr="00D97086">
        <w:rPr>
          <w:rFonts w:ascii="Times New Roman" w:hAnsi="Times New Roman" w:cs="Times New Roman"/>
          <w:sz w:val="24"/>
          <w:szCs w:val="24"/>
        </w:rPr>
        <w:t>raste</w:t>
      </w:r>
      <w:proofErr w:type="spellEnd"/>
      <w:r w:rsidRPr="00D97086">
        <w:rPr>
          <w:rFonts w:ascii="Times New Roman" w:hAnsi="Times New Roman" w:cs="Times New Roman"/>
          <w:sz w:val="24"/>
          <w:szCs w:val="24"/>
        </w:rPr>
        <w:t xml:space="preserve">). Ky </w:t>
      </w:r>
      <w:proofErr w:type="spellStart"/>
      <w:r w:rsidRPr="00D97086">
        <w:rPr>
          <w:rFonts w:ascii="Times New Roman" w:hAnsi="Times New Roman" w:cs="Times New Roman"/>
          <w:sz w:val="24"/>
          <w:szCs w:val="24"/>
        </w:rPr>
        <w:t>grup</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shpesh</w:t>
      </w:r>
      <w:proofErr w:type="spellEnd"/>
      <w:r w:rsidRPr="00D97086">
        <w:rPr>
          <w:rFonts w:ascii="Times New Roman" w:hAnsi="Times New Roman" w:cs="Times New Roman"/>
          <w:sz w:val="24"/>
          <w:szCs w:val="24"/>
        </w:rPr>
        <w:t xml:space="preserve"> jeton në </w:t>
      </w:r>
      <w:proofErr w:type="spellStart"/>
      <w:r w:rsidRPr="00D97086">
        <w:rPr>
          <w:rFonts w:ascii="Times New Roman" w:hAnsi="Times New Roman" w:cs="Times New Roman"/>
          <w:sz w:val="24"/>
          <w:szCs w:val="24"/>
        </w:rPr>
        <w:t>banesa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amortizuara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pa </w:t>
      </w:r>
      <w:proofErr w:type="spellStart"/>
      <w:r w:rsidRPr="00D97086">
        <w:rPr>
          <w:rFonts w:ascii="Times New Roman" w:hAnsi="Times New Roman" w:cs="Times New Roman"/>
          <w:sz w:val="24"/>
          <w:szCs w:val="24"/>
        </w:rPr>
        <w:t>mbështetje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familjare</w:t>
      </w:r>
      <w:proofErr w:type="spellEnd"/>
      <w:r w:rsidRPr="00D97086">
        <w:rPr>
          <w:rFonts w:ascii="Times New Roman" w:hAnsi="Times New Roman" w:cs="Times New Roman"/>
          <w:sz w:val="24"/>
          <w:szCs w:val="24"/>
        </w:rPr>
        <w:t>.</w:t>
      </w:r>
    </w:p>
    <w:p w14:paraId="08936605"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b/>
          <w:i/>
          <w:sz w:val="24"/>
          <w:szCs w:val="24"/>
          <w:u w:val="single"/>
        </w:rPr>
        <w:t>Familjet</w:t>
      </w:r>
      <w:proofErr w:type="spellEnd"/>
      <w:r w:rsidRPr="00D97086">
        <w:rPr>
          <w:rFonts w:ascii="Times New Roman" w:hAnsi="Times New Roman" w:cs="Times New Roman"/>
          <w:b/>
          <w:i/>
          <w:sz w:val="24"/>
          <w:szCs w:val="24"/>
          <w:u w:val="single"/>
        </w:rPr>
        <w:t xml:space="preserve"> me </w:t>
      </w:r>
      <w:proofErr w:type="spellStart"/>
      <w:r w:rsidRPr="00D97086">
        <w:rPr>
          <w:rFonts w:ascii="Times New Roman" w:hAnsi="Times New Roman" w:cs="Times New Roman"/>
          <w:b/>
          <w:i/>
          <w:sz w:val="24"/>
          <w:szCs w:val="24"/>
          <w:u w:val="single"/>
        </w:rPr>
        <w:t>statusin</w:t>
      </w:r>
      <w:proofErr w:type="spellEnd"/>
      <w:r w:rsidRPr="00D97086">
        <w:rPr>
          <w:rFonts w:ascii="Times New Roman" w:hAnsi="Times New Roman" w:cs="Times New Roman"/>
          <w:b/>
          <w:i/>
          <w:sz w:val="24"/>
          <w:szCs w:val="24"/>
          <w:u w:val="single"/>
        </w:rPr>
        <w:t xml:space="preserve"> e </w:t>
      </w:r>
      <w:proofErr w:type="spellStart"/>
      <w:r w:rsidRPr="00D97086">
        <w:rPr>
          <w:rFonts w:ascii="Times New Roman" w:hAnsi="Times New Roman" w:cs="Times New Roman"/>
          <w:b/>
          <w:i/>
          <w:sz w:val="24"/>
          <w:szCs w:val="24"/>
          <w:u w:val="single"/>
        </w:rPr>
        <w:t>jetimit</w:t>
      </w:r>
      <w:proofErr w:type="spellEnd"/>
      <w:r w:rsidRPr="00D97086">
        <w:rPr>
          <w:rFonts w:ascii="Times New Roman" w:hAnsi="Times New Roman" w:cs="Times New Roman"/>
          <w:b/>
          <w:i/>
          <w:sz w:val="24"/>
          <w:szCs w:val="24"/>
          <w:u w:val="single"/>
        </w:rPr>
        <w:t>:</w:t>
      </w:r>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pse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numri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tyre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është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vogël</w:t>
      </w:r>
      <w:proofErr w:type="spellEnd"/>
      <w:r w:rsidRPr="00D97086">
        <w:rPr>
          <w:rFonts w:ascii="Times New Roman" w:hAnsi="Times New Roman" w:cs="Times New Roman"/>
          <w:sz w:val="24"/>
          <w:szCs w:val="24"/>
        </w:rPr>
        <w:t xml:space="preserve"> (7 </w:t>
      </w:r>
      <w:proofErr w:type="spellStart"/>
      <w:r w:rsidRPr="00D97086">
        <w:rPr>
          <w:rFonts w:ascii="Times New Roman" w:hAnsi="Times New Roman" w:cs="Times New Roman"/>
          <w:sz w:val="24"/>
          <w:szCs w:val="24"/>
        </w:rPr>
        <w:t>raste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gjithsej</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ky</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grup</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kërkon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prioritet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lartë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shkak</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mungesës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plotë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rrjeteve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mbështetëse</w:t>
      </w:r>
      <w:proofErr w:type="spellEnd"/>
      <w:r w:rsidRPr="00D97086">
        <w:rPr>
          <w:rFonts w:ascii="Times New Roman" w:hAnsi="Times New Roman" w:cs="Times New Roman"/>
          <w:sz w:val="24"/>
          <w:szCs w:val="24"/>
        </w:rPr>
        <w:t>.</w:t>
      </w:r>
    </w:p>
    <w:p w14:paraId="19BD8E08"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Edhe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pse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Ligji</w:t>
      </w:r>
      <w:proofErr w:type="spellEnd"/>
      <w:r w:rsidRPr="00D97086">
        <w:rPr>
          <w:rFonts w:ascii="Times New Roman" w:hAnsi="Times New Roman" w:cs="Times New Roman"/>
          <w:sz w:val="24"/>
          <w:szCs w:val="24"/>
        </w:rPr>
        <w:t xml:space="preserve"> nr. 22/2018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strehimin</w:t>
      </w:r>
      <w:proofErr w:type="spellEnd"/>
      <w:r w:rsidRPr="00D97086">
        <w:rPr>
          <w:rFonts w:ascii="Times New Roman" w:hAnsi="Times New Roman" w:cs="Times New Roman"/>
          <w:sz w:val="24"/>
          <w:szCs w:val="24"/>
        </w:rPr>
        <w:t xml:space="preserve"> social' </w:t>
      </w:r>
      <w:proofErr w:type="spellStart"/>
      <w:r w:rsidRPr="00D97086">
        <w:rPr>
          <w:rFonts w:ascii="Times New Roman" w:hAnsi="Times New Roman" w:cs="Times New Roman"/>
          <w:sz w:val="24"/>
          <w:szCs w:val="24"/>
        </w:rPr>
        <w:t>përcakton</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listë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gjerë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kategorish</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kanë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drejtë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përfitojnë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skemat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Bashkinë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evidencohen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vetëm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kategoritë</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mësipërme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Mungesa</w:t>
      </w:r>
      <w:proofErr w:type="spellEnd"/>
      <w:r w:rsidRPr="00D97086">
        <w:rPr>
          <w:rFonts w:ascii="Times New Roman" w:hAnsi="Times New Roman" w:cs="Times New Roman"/>
          <w:sz w:val="24"/>
          <w:szCs w:val="24"/>
        </w:rPr>
        <w:t xml:space="preserve"> e të </w:t>
      </w:r>
      <w:proofErr w:type="spellStart"/>
      <w:r w:rsidRPr="00D97086">
        <w:rPr>
          <w:rFonts w:ascii="Times New Roman" w:hAnsi="Times New Roman" w:cs="Times New Roman"/>
          <w:sz w:val="24"/>
          <w:szCs w:val="24"/>
        </w:rPr>
        <w:t>dhënave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kategoritë</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tjera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nuk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duhet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interpretuar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mungesë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familjesh</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përkasin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atyre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grupeve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lidhet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shumë</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kufizime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tjera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njëra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mund</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ketë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nuk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njihen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administrata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shkak</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mungesës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sistemi</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mirë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monitorimi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ana </w:t>
      </w:r>
      <w:proofErr w:type="spellStart"/>
      <w:r w:rsidRPr="00D97086">
        <w:rPr>
          <w:rFonts w:ascii="Times New Roman" w:hAnsi="Times New Roman" w:cs="Times New Roman"/>
          <w:sz w:val="24"/>
          <w:szCs w:val="24"/>
        </w:rPr>
        <w:t>tjetër</w:t>
      </w:r>
      <w:proofErr w:type="spellEnd"/>
      <w:r w:rsidRPr="00D97086">
        <w:rPr>
          <w:rFonts w:ascii="Times New Roman" w:hAnsi="Times New Roman" w:cs="Times New Roman"/>
          <w:sz w:val="24"/>
          <w:szCs w:val="24"/>
        </w:rPr>
        <w:t xml:space="preserve"> ka </w:t>
      </w:r>
      <w:proofErr w:type="spellStart"/>
      <w:r w:rsidRPr="00D97086">
        <w:rPr>
          <w:rFonts w:ascii="Times New Roman" w:hAnsi="Times New Roman" w:cs="Times New Roman"/>
          <w:sz w:val="24"/>
          <w:szCs w:val="24"/>
        </w:rPr>
        <w:t>raste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kur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ekzistojnë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nuk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arrijnë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aplikojnë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ose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përmbushin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kërkesat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dokumentacionit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Kjo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situatë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nënvizon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nevojën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qasje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proaktive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bashkisë</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identifikimin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informimin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mbështetjen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kategorive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mbetura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jashtë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statistikave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zyrtare</w:t>
      </w:r>
      <w:proofErr w:type="spellEnd"/>
      <w:r w:rsidRPr="00D97086">
        <w:rPr>
          <w:rFonts w:ascii="Times New Roman" w:hAnsi="Times New Roman" w:cs="Times New Roman"/>
          <w:sz w:val="24"/>
          <w:szCs w:val="24"/>
        </w:rPr>
        <w:t>.</w:t>
      </w:r>
    </w:p>
    <w:p w14:paraId="17FE95EF" w14:textId="77777777" w:rsidR="00C5456C" w:rsidRPr="005B1542" w:rsidRDefault="00C5456C" w:rsidP="00B06CA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Figura 4: Shpërndarja</w:t>
      </w:r>
      <w:r w:rsidR="008B3784" w:rsidRPr="005B1542">
        <w:rPr>
          <w:rFonts w:ascii="Times New Roman" w:hAnsi="Times New Roman" w:cs="Times New Roman"/>
          <w:sz w:val="24"/>
          <w:szCs w:val="24"/>
          <w:lang w:val="it-IT"/>
        </w:rPr>
        <w:t xml:space="preserve"> e kategorive krye</w:t>
      </w:r>
      <w:r w:rsidRPr="005B1542">
        <w:rPr>
          <w:rFonts w:ascii="Times New Roman" w:hAnsi="Times New Roman" w:cs="Times New Roman"/>
          <w:sz w:val="24"/>
          <w:szCs w:val="24"/>
          <w:lang w:val="it-IT"/>
        </w:rPr>
        <w:t>sore vulnerabël në secilën NjA</w:t>
      </w:r>
    </w:p>
    <w:p w14:paraId="1CCAC12D"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noProof/>
          <w:sz w:val="24"/>
          <w:szCs w:val="24"/>
        </w:rPr>
        <w:drawing>
          <wp:inline distT="0" distB="0" distL="0" distR="0" wp14:anchorId="62C4FBFC" wp14:editId="435F4E9D">
            <wp:extent cx="512445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9619C89" w14:textId="77777777" w:rsidR="008B3784" w:rsidRPr="005B1542" w:rsidRDefault="008B3784" w:rsidP="00B06CA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 xml:space="preserve">Burimi: Bashkia Prrenjas </w:t>
      </w:r>
    </w:p>
    <w:p w14:paraId="20BF0EA9" w14:textId="77777777" w:rsidR="008B3784" w:rsidRPr="005B1542" w:rsidRDefault="008B3784" w:rsidP="00B06CA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Analiza e sfidave sociale dhe ekonomike</w:t>
      </w:r>
    </w:p>
    <w:p w14:paraId="5CA22988" w14:textId="77777777" w:rsidR="008B3784" w:rsidRPr="005B1542" w:rsidRDefault="008B3784" w:rsidP="00B06CA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 xml:space="preserve">Varfëria dhe papunësia mbeten sfida kryesore: janë 449 punëkërkues të papunë të regjistruar, prej të cilëve 385 vetëm në qytetin Prrenjas. Familjet që mbështeten tek NE ose </w:t>
      </w:r>
      <w:r w:rsidRPr="005B1542">
        <w:rPr>
          <w:rFonts w:ascii="Times New Roman" w:hAnsi="Times New Roman" w:cs="Times New Roman"/>
          <w:sz w:val="24"/>
          <w:szCs w:val="24"/>
          <w:lang w:val="it-IT"/>
        </w:rPr>
        <w:lastRenderedPageBreak/>
        <w:t>të ardhura joformale kanë vështirësi të paguajnë qira apo të përballojnë shpenzimet e mirëmbajtjes së banesës.</w:t>
      </w:r>
    </w:p>
    <w:p w14:paraId="542032D4"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Problemet</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legalizimet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mungesa</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dokumentacionit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kufizojnë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aksesin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familjeve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programe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ndërsa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tregu</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qirave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karakterizohet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kontrata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joformale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lënë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qiramarrësit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pambrojtur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pa </w:t>
      </w:r>
      <w:proofErr w:type="spellStart"/>
      <w:r w:rsidRPr="00D97086">
        <w:rPr>
          <w:rFonts w:ascii="Times New Roman" w:hAnsi="Times New Roman" w:cs="Times New Roman"/>
          <w:sz w:val="24"/>
          <w:szCs w:val="24"/>
        </w:rPr>
        <w:t>akses</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subvencione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Komunitetet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rome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egjiptiane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përballen</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diskriminim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rrezik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dëbimi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ndërkohë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moshuarit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PAK </w:t>
      </w:r>
      <w:proofErr w:type="spellStart"/>
      <w:r w:rsidRPr="00D97086">
        <w:rPr>
          <w:rFonts w:ascii="Times New Roman" w:hAnsi="Times New Roman" w:cs="Times New Roman"/>
          <w:sz w:val="24"/>
          <w:szCs w:val="24"/>
        </w:rPr>
        <w:t>përballen</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banesa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papërshtatshme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mungesë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përshtatjesh</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infrastrukturore</w:t>
      </w:r>
      <w:proofErr w:type="spellEnd"/>
      <w:r w:rsidRPr="00D97086">
        <w:rPr>
          <w:rFonts w:ascii="Times New Roman" w:hAnsi="Times New Roman" w:cs="Times New Roman"/>
          <w:sz w:val="24"/>
          <w:szCs w:val="24"/>
        </w:rPr>
        <w:t>.</w:t>
      </w:r>
    </w:p>
    <w:p w14:paraId="724AC27C"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Gjendja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fizike</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banesave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paraqet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sfida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serioze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sigurinë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cilësinë</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jetesës</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pjesë</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konsiderueshme</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banesave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sidomos</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zonat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rurale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janë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amortizuara</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lagështirë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lartë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mungesë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izolimi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termik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çka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rrit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shpenzimet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ngrohje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përkeqëson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shëndetin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banorëve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Janë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evidentuar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raste</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banesa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përbëjnë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rrezik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shembjeje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ndërtime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papërfunduara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ndërhyrje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joformale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cilat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rrisin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pasigurinë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Shumë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banesa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nuk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plotësojnë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standardet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minimale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instalimeve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elektrike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hidraulike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nuk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janë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përshtatura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PAK apo të </w:t>
      </w:r>
      <w:proofErr w:type="spellStart"/>
      <w:r w:rsidRPr="00D97086">
        <w:rPr>
          <w:rFonts w:ascii="Times New Roman" w:hAnsi="Times New Roman" w:cs="Times New Roman"/>
          <w:sz w:val="24"/>
          <w:szCs w:val="24"/>
        </w:rPr>
        <w:t>moshuar</w:t>
      </w:r>
      <w:proofErr w:type="spellEnd"/>
      <w:r w:rsidRPr="00D97086">
        <w:rPr>
          <w:rFonts w:ascii="Times New Roman" w:hAnsi="Times New Roman" w:cs="Times New Roman"/>
          <w:sz w:val="24"/>
          <w:szCs w:val="24"/>
        </w:rPr>
        <w:t>.</w:t>
      </w:r>
    </w:p>
    <w:p w14:paraId="3913F639"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 xml:space="preserve">Në </w:t>
      </w:r>
      <w:proofErr w:type="spellStart"/>
      <w:r w:rsidRPr="00D97086">
        <w:rPr>
          <w:rFonts w:ascii="Times New Roman" w:hAnsi="Times New Roman" w:cs="Times New Roman"/>
          <w:sz w:val="24"/>
          <w:szCs w:val="24"/>
        </w:rPr>
        <w:t>kuadrin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ligjor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social, </w:t>
      </w:r>
      <w:proofErr w:type="spellStart"/>
      <w:r w:rsidRPr="00D97086">
        <w:rPr>
          <w:rFonts w:ascii="Times New Roman" w:hAnsi="Times New Roman" w:cs="Times New Roman"/>
          <w:sz w:val="24"/>
          <w:szCs w:val="24"/>
        </w:rPr>
        <w:t>plani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trajton</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mënyrë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integruar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kategoritë</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përparësi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dëshmorëve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punonjësve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policisë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rënë</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detyrë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punonjës</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shërbimeve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emergjencës</w:t>
      </w:r>
      <w:proofErr w:type="spellEnd"/>
      <w:r w:rsidRPr="00D97086">
        <w:rPr>
          <w:rFonts w:ascii="Times New Roman" w:hAnsi="Times New Roman" w:cs="Times New Roman"/>
          <w:sz w:val="24"/>
          <w:szCs w:val="24"/>
        </w:rPr>
        <w:t xml:space="preserve"> (FNSH/RENEA, </w:t>
      </w:r>
      <w:proofErr w:type="spellStart"/>
      <w:r w:rsidRPr="00D97086">
        <w:rPr>
          <w:rFonts w:ascii="Times New Roman" w:hAnsi="Times New Roman" w:cs="Times New Roman"/>
          <w:sz w:val="24"/>
          <w:szCs w:val="24"/>
        </w:rPr>
        <w:t>zjarrfikës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viktimat</w:t>
      </w:r>
      <w:proofErr w:type="spellEnd"/>
      <w:r w:rsidRPr="00D97086">
        <w:rPr>
          <w:rFonts w:ascii="Times New Roman" w:hAnsi="Times New Roman" w:cs="Times New Roman"/>
          <w:sz w:val="24"/>
          <w:szCs w:val="24"/>
        </w:rPr>
        <w:t xml:space="preserve"> apo </w:t>
      </w:r>
      <w:proofErr w:type="spellStart"/>
      <w:r w:rsidRPr="00D97086">
        <w:rPr>
          <w:rFonts w:ascii="Times New Roman" w:hAnsi="Times New Roman" w:cs="Times New Roman"/>
          <w:sz w:val="24"/>
          <w:szCs w:val="24"/>
        </w:rPr>
        <w:t>viktimat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mundshme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dhunës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trafikimit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Verifikimi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drejtës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përcaktimi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përparësisë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renditja</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listën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pritjes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zhvillohen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sipas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kritereve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ligjit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akteve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nënligjore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bashkëpunim</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institucionet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përgjegjëse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Kjo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qasje</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dyfishtë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sociale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ligjore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siguron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mbështetja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shkallëzohet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sipas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nevojës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statusit</w:t>
      </w:r>
      <w:proofErr w:type="spellEnd"/>
      <w:r w:rsidRPr="00D97086">
        <w:rPr>
          <w:rFonts w:ascii="Times New Roman" w:hAnsi="Times New Roman" w:cs="Times New Roman"/>
          <w:sz w:val="24"/>
          <w:szCs w:val="24"/>
        </w:rPr>
        <w:t xml:space="preserve">, duke </w:t>
      </w:r>
      <w:proofErr w:type="spellStart"/>
      <w:r w:rsidRPr="00D97086">
        <w:rPr>
          <w:rFonts w:ascii="Times New Roman" w:hAnsi="Times New Roman" w:cs="Times New Roman"/>
          <w:sz w:val="24"/>
          <w:szCs w:val="24"/>
        </w:rPr>
        <w:t>ruajtur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parimin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trajtimit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drejtë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Evidenca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verifikimet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pasqyrohen</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tabelat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rubrikës</w:t>
      </w:r>
      <w:proofErr w:type="spellEnd"/>
      <w:r w:rsidRPr="00D97086">
        <w:rPr>
          <w:rFonts w:ascii="Times New Roman" w:hAnsi="Times New Roman" w:cs="Times New Roman"/>
          <w:sz w:val="24"/>
          <w:szCs w:val="24"/>
        </w:rPr>
        <w:t xml:space="preserve"> 4.2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përditësohen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gjatë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zbatimit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planit</w:t>
      </w:r>
      <w:proofErr w:type="spellEnd"/>
      <w:r w:rsidRPr="00D97086">
        <w:rPr>
          <w:rFonts w:ascii="Times New Roman" w:hAnsi="Times New Roman" w:cs="Times New Roman"/>
          <w:sz w:val="24"/>
          <w:szCs w:val="24"/>
        </w:rPr>
        <w:t>.</w:t>
      </w:r>
    </w:p>
    <w:p w14:paraId="4DD9C731"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Sfidat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kryesore</w:t>
      </w:r>
      <w:proofErr w:type="spellEnd"/>
      <w:r w:rsidRPr="00D97086">
        <w:rPr>
          <w:rFonts w:ascii="Times New Roman" w:hAnsi="Times New Roman" w:cs="Times New Roman"/>
          <w:sz w:val="24"/>
          <w:szCs w:val="24"/>
        </w:rPr>
        <w:t xml:space="preserve"> në </w:t>
      </w:r>
      <w:r w:rsidR="00175BB0" w:rsidRPr="00D97086">
        <w:rPr>
          <w:rFonts w:ascii="Times New Roman" w:hAnsi="Times New Roman" w:cs="Times New Roman"/>
          <w:sz w:val="24"/>
          <w:szCs w:val="24"/>
        </w:rPr>
        <w:t>diagnose</w:t>
      </w:r>
    </w:p>
    <w:p w14:paraId="36BB7E84" w14:textId="77777777" w:rsidR="008B3784" w:rsidRPr="005B1542" w:rsidRDefault="008B3784" w:rsidP="00B06CA4">
      <w:pPr>
        <w:pStyle w:val="ListParagraph"/>
        <w:numPr>
          <w:ilvl w:val="0"/>
          <w:numId w:val="15"/>
        </w:num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Përmirësimi i cilësisë së banesave ekzistuese dhe ulja e pasigurisë strukturore.</w:t>
      </w:r>
    </w:p>
    <w:p w14:paraId="51F14E04" w14:textId="77777777" w:rsidR="008B3784" w:rsidRPr="005B1542" w:rsidRDefault="008B3784" w:rsidP="00B06CA4">
      <w:pPr>
        <w:pStyle w:val="ListParagraph"/>
        <w:numPr>
          <w:ilvl w:val="0"/>
          <w:numId w:val="15"/>
        </w:num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Rritja e përballueshmërisë për familjet me të ardhura të ulëta dhe për qiramarrësit.</w:t>
      </w:r>
    </w:p>
    <w:p w14:paraId="314AD4E8" w14:textId="77777777" w:rsidR="008B3784" w:rsidRPr="005B1542" w:rsidRDefault="008B3784" w:rsidP="00B06CA4">
      <w:pPr>
        <w:pStyle w:val="ListParagraph"/>
        <w:numPr>
          <w:ilvl w:val="0"/>
          <w:numId w:val="15"/>
        </w:num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Sigurimi i aksesit në shërbime bazë dhe lidhja me infrastrukturën publike në zonat rurale.</w:t>
      </w:r>
    </w:p>
    <w:p w14:paraId="1ED69FE0" w14:textId="77777777" w:rsidR="008B3784" w:rsidRPr="00D97086" w:rsidRDefault="008B3784" w:rsidP="00B06CA4">
      <w:pPr>
        <w:pStyle w:val="ListParagraph"/>
        <w:numPr>
          <w:ilvl w:val="0"/>
          <w:numId w:val="15"/>
        </w:numPr>
        <w:jc w:val="both"/>
        <w:rPr>
          <w:rFonts w:ascii="Times New Roman" w:hAnsi="Times New Roman" w:cs="Times New Roman"/>
          <w:sz w:val="24"/>
          <w:szCs w:val="24"/>
        </w:rPr>
      </w:pPr>
      <w:proofErr w:type="spellStart"/>
      <w:r w:rsidRPr="00D97086">
        <w:rPr>
          <w:rFonts w:ascii="Times New Roman" w:hAnsi="Times New Roman" w:cs="Times New Roman"/>
          <w:sz w:val="24"/>
          <w:szCs w:val="24"/>
        </w:rPr>
        <w:t>Forcimi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sigurisë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juridike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përmes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asistencës</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dokumentacionin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legalizimet</w:t>
      </w:r>
      <w:proofErr w:type="spellEnd"/>
      <w:r w:rsidRPr="00D97086">
        <w:rPr>
          <w:rFonts w:ascii="Times New Roman" w:hAnsi="Times New Roman" w:cs="Times New Roman"/>
          <w:sz w:val="24"/>
          <w:szCs w:val="24"/>
        </w:rPr>
        <w:t>.</w:t>
      </w:r>
    </w:p>
    <w:p w14:paraId="2AC014D1" w14:textId="77777777" w:rsidR="008B3784" w:rsidRPr="00D97086" w:rsidRDefault="008B3784" w:rsidP="00B06CA4">
      <w:pPr>
        <w:pStyle w:val="ListParagraph"/>
        <w:numPr>
          <w:ilvl w:val="0"/>
          <w:numId w:val="15"/>
        </w:numPr>
        <w:jc w:val="both"/>
        <w:rPr>
          <w:rFonts w:ascii="Times New Roman" w:hAnsi="Times New Roman" w:cs="Times New Roman"/>
          <w:sz w:val="24"/>
          <w:szCs w:val="24"/>
        </w:rPr>
      </w:pPr>
      <w:proofErr w:type="spellStart"/>
      <w:r w:rsidRPr="00D97086">
        <w:rPr>
          <w:rFonts w:ascii="Times New Roman" w:hAnsi="Times New Roman" w:cs="Times New Roman"/>
          <w:sz w:val="24"/>
          <w:szCs w:val="24"/>
        </w:rPr>
        <w:t>Zhvillimi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programeve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përshtatjes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banesave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PAK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moshuarit</w:t>
      </w:r>
      <w:proofErr w:type="spellEnd"/>
      <w:r w:rsidRPr="00D97086">
        <w:rPr>
          <w:rFonts w:ascii="Times New Roman" w:hAnsi="Times New Roman" w:cs="Times New Roman"/>
          <w:sz w:val="24"/>
          <w:szCs w:val="24"/>
        </w:rPr>
        <w:t>.</w:t>
      </w:r>
    </w:p>
    <w:p w14:paraId="25EB517F" w14:textId="77777777" w:rsidR="008B3784" w:rsidRPr="005B1542" w:rsidRDefault="008B3784" w:rsidP="00B06CA4">
      <w:pPr>
        <w:pStyle w:val="ListParagraph"/>
        <w:numPr>
          <w:ilvl w:val="0"/>
          <w:numId w:val="15"/>
        </w:num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Reduktimi i barrierave të informacionit dhe diskriminimit ndaj romëve dhe egjiptianëve.</w:t>
      </w:r>
    </w:p>
    <w:p w14:paraId="4FA2381F" w14:textId="77777777" w:rsidR="008B3784" w:rsidRPr="005B1542" w:rsidRDefault="008B3784" w:rsidP="00B06CA4">
      <w:pPr>
        <w:pStyle w:val="ListParagraph"/>
        <w:numPr>
          <w:ilvl w:val="0"/>
          <w:numId w:val="15"/>
        </w:num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Rritja e koordinimit ndërsektorial dhe funksionalizimi i plotë i mekanizmave të identifikimit dhe referimit në çdo NjA.</w:t>
      </w:r>
    </w:p>
    <w:p w14:paraId="1D4FE5F0" w14:textId="77777777" w:rsidR="00A269A9" w:rsidRPr="005B1542" w:rsidRDefault="00A269A9" w:rsidP="00A269A9">
      <w:pPr>
        <w:pStyle w:val="ListParagraph"/>
        <w:jc w:val="both"/>
        <w:rPr>
          <w:rFonts w:ascii="Times New Roman" w:hAnsi="Times New Roman" w:cs="Times New Roman"/>
          <w:sz w:val="24"/>
          <w:szCs w:val="24"/>
          <w:lang w:val="it-IT"/>
        </w:rPr>
      </w:pPr>
    </w:p>
    <w:p w14:paraId="1D34F883" w14:textId="77777777" w:rsidR="00835857" w:rsidRPr="005B1542" w:rsidRDefault="00835857" w:rsidP="00A269A9">
      <w:pPr>
        <w:pStyle w:val="ListParagraph"/>
        <w:jc w:val="both"/>
        <w:rPr>
          <w:rFonts w:ascii="Times New Roman" w:hAnsi="Times New Roman" w:cs="Times New Roman"/>
          <w:sz w:val="24"/>
          <w:szCs w:val="24"/>
          <w:lang w:val="it-IT"/>
        </w:rPr>
      </w:pPr>
    </w:p>
    <w:p w14:paraId="142E88A4" w14:textId="77777777" w:rsidR="00EA667E" w:rsidRPr="005B1542" w:rsidRDefault="00EA667E" w:rsidP="00A269A9">
      <w:pPr>
        <w:pStyle w:val="ListParagraph"/>
        <w:jc w:val="both"/>
        <w:rPr>
          <w:rFonts w:ascii="Times New Roman" w:hAnsi="Times New Roman" w:cs="Times New Roman"/>
          <w:sz w:val="24"/>
          <w:szCs w:val="24"/>
          <w:lang w:val="it-IT"/>
        </w:rPr>
      </w:pPr>
    </w:p>
    <w:p w14:paraId="583CC741" w14:textId="77777777" w:rsidR="00EA667E" w:rsidRPr="005B1542" w:rsidRDefault="00EA667E" w:rsidP="00A269A9">
      <w:pPr>
        <w:pStyle w:val="ListParagraph"/>
        <w:jc w:val="both"/>
        <w:rPr>
          <w:rFonts w:ascii="Times New Roman" w:hAnsi="Times New Roman" w:cs="Times New Roman"/>
          <w:sz w:val="24"/>
          <w:szCs w:val="24"/>
          <w:lang w:val="it-IT"/>
        </w:rPr>
      </w:pPr>
    </w:p>
    <w:p w14:paraId="2EB4F3FD" w14:textId="77777777" w:rsidR="008B3784" w:rsidRPr="00D97086" w:rsidRDefault="008D5DA0" w:rsidP="008D5DA0">
      <w:pPr>
        <w:pStyle w:val="Heading2"/>
        <w:rPr>
          <w:rFonts w:ascii="Times New Roman" w:hAnsi="Times New Roman" w:cs="Times New Roman"/>
        </w:rPr>
      </w:pPr>
      <w:bookmarkStart w:id="6" w:name="_Toc209703433"/>
      <w:r w:rsidRPr="00D97086">
        <w:rPr>
          <w:rFonts w:ascii="Times New Roman" w:hAnsi="Times New Roman" w:cs="Times New Roman"/>
        </w:rPr>
        <w:t xml:space="preserve">4.2 </w:t>
      </w:r>
      <w:r w:rsidR="008B3784" w:rsidRPr="00D97086">
        <w:rPr>
          <w:rFonts w:ascii="Times New Roman" w:hAnsi="Times New Roman" w:cs="Times New Roman"/>
        </w:rPr>
        <w:t xml:space="preserve">Të </w:t>
      </w:r>
      <w:proofErr w:type="spellStart"/>
      <w:r w:rsidR="008B3784" w:rsidRPr="00D97086">
        <w:rPr>
          <w:rFonts w:ascii="Times New Roman" w:hAnsi="Times New Roman" w:cs="Times New Roman"/>
        </w:rPr>
        <w:t>dhënat</w:t>
      </w:r>
      <w:proofErr w:type="spellEnd"/>
      <w:r w:rsidR="008B3784" w:rsidRPr="00D97086">
        <w:rPr>
          <w:rFonts w:ascii="Times New Roman" w:hAnsi="Times New Roman" w:cs="Times New Roman"/>
        </w:rPr>
        <w:t xml:space="preserve"> </w:t>
      </w:r>
      <w:proofErr w:type="spellStart"/>
      <w:r w:rsidR="008B3784" w:rsidRPr="00D97086">
        <w:rPr>
          <w:rFonts w:ascii="Times New Roman" w:hAnsi="Times New Roman" w:cs="Times New Roman"/>
        </w:rPr>
        <w:t>ekzistuese</w:t>
      </w:r>
      <w:proofErr w:type="spellEnd"/>
      <w:r w:rsidR="008B3784" w:rsidRPr="00D97086">
        <w:rPr>
          <w:rFonts w:ascii="Times New Roman" w:hAnsi="Times New Roman" w:cs="Times New Roman"/>
        </w:rPr>
        <w:t xml:space="preserve"> </w:t>
      </w:r>
      <w:proofErr w:type="spellStart"/>
      <w:r w:rsidR="008B3784" w:rsidRPr="00D97086">
        <w:rPr>
          <w:rFonts w:ascii="Times New Roman" w:hAnsi="Times New Roman" w:cs="Times New Roman"/>
        </w:rPr>
        <w:t>dhe</w:t>
      </w:r>
      <w:proofErr w:type="spellEnd"/>
      <w:r w:rsidR="008B3784" w:rsidRPr="00D97086">
        <w:rPr>
          <w:rFonts w:ascii="Times New Roman" w:hAnsi="Times New Roman" w:cs="Times New Roman"/>
        </w:rPr>
        <w:t xml:space="preserve"> </w:t>
      </w:r>
      <w:proofErr w:type="spellStart"/>
      <w:r w:rsidR="008B3784" w:rsidRPr="00D97086">
        <w:rPr>
          <w:rFonts w:ascii="Times New Roman" w:hAnsi="Times New Roman" w:cs="Times New Roman"/>
        </w:rPr>
        <w:t>boshllëqet</w:t>
      </w:r>
      <w:bookmarkEnd w:id="6"/>
      <w:proofErr w:type="spellEnd"/>
      <w:r w:rsidR="008B3784" w:rsidRPr="00D97086">
        <w:rPr>
          <w:rFonts w:ascii="Times New Roman" w:hAnsi="Times New Roman" w:cs="Times New Roman"/>
        </w:rPr>
        <w:t xml:space="preserve"> </w:t>
      </w:r>
    </w:p>
    <w:p w14:paraId="6F00EF8C" w14:textId="77777777" w:rsidR="008D5DA0" w:rsidRPr="00D97086" w:rsidRDefault="008D5DA0" w:rsidP="00B06CA4">
      <w:pPr>
        <w:jc w:val="both"/>
        <w:rPr>
          <w:rFonts w:ascii="Times New Roman" w:hAnsi="Times New Roman" w:cs="Times New Roman"/>
          <w:sz w:val="24"/>
          <w:szCs w:val="24"/>
        </w:rPr>
      </w:pPr>
    </w:p>
    <w:p w14:paraId="11F2C85F"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 xml:space="preserve">Të </w:t>
      </w:r>
      <w:proofErr w:type="spellStart"/>
      <w:r w:rsidRPr="00D97086">
        <w:rPr>
          <w:rFonts w:ascii="Times New Roman" w:hAnsi="Times New Roman" w:cs="Times New Roman"/>
          <w:sz w:val="24"/>
          <w:szCs w:val="24"/>
        </w:rPr>
        <w:t>dhënat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ekzistuese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strehimin</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Bashkinë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pasqyrojnë</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panoramë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pjesshme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situatës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aktuale</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cila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ndihmon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kuptuar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problematikat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kryesore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evidenton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boshllëqet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kufizojnë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planifikimin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afatgjatë</w:t>
      </w:r>
      <w:proofErr w:type="spellEnd"/>
      <w:r w:rsidRPr="00D97086">
        <w:rPr>
          <w:rFonts w:ascii="Times New Roman" w:hAnsi="Times New Roman" w:cs="Times New Roman"/>
          <w:sz w:val="24"/>
          <w:szCs w:val="24"/>
        </w:rPr>
        <w:t xml:space="preserve">. Analiza </w:t>
      </w:r>
      <w:proofErr w:type="spellStart"/>
      <w:r w:rsidRPr="00D97086">
        <w:rPr>
          <w:rFonts w:ascii="Times New Roman" w:hAnsi="Times New Roman" w:cs="Times New Roman"/>
          <w:sz w:val="24"/>
          <w:szCs w:val="24"/>
        </w:rPr>
        <w:t>synon</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identifikojë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gjendjen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stokut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banesave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tregun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qirasë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blerjes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rastet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emergjente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afatmesme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boshllëqet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kryesore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dhënave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pengojnë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ndërtimin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politikave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gjithëpërfshirëse</w:t>
      </w:r>
      <w:proofErr w:type="spellEnd"/>
      <w:r w:rsidRPr="00D97086">
        <w:rPr>
          <w:rFonts w:ascii="Times New Roman" w:hAnsi="Times New Roman" w:cs="Times New Roman"/>
          <w:sz w:val="24"/>
          <w:szCs w:val="24"/>
        </w:rPr>
        <w:t xml:space="preserve">. Ky </w:t>
      </w:r>
      <w:proofErr w:type="spellStart"/>
      <w:r w:rsidRPr="00D97086">
        <w:rPr>
          <w:rFonts w:ascii="Times New Roman" w:hAnsi="Times New Roman" w:cs="Times New Roman"/>
          <w:sz w:val="24"/>
          <w:szCs w:val="24"/>
        </w:rPr>
        <w:t>seksion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është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parimet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Ligjit</w:t>
      </w:r>
      <w:proofErr w:type="spellEnd"/>
      <w:r w:rsidRPr="00D97086">
        <w:rPr>
          <w:rFonts w:ascii="Times New Roman" w:hAnsi="Times New Roman" w:cs="Times New Roman"/>
          <w:sz w:val="24"/>
          <w:szCs w:val="24"/>
        </w:rPr>
        <w:t xml:space="preserve"> nr. 22/2018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strehimin</w:t>
      </w:r>
      <w:proofErr w:type="spellEnd"/>
      <w:r w:rsidRPr="00D97086">
        <w:rPr>
          <w:rFonts w:ascii="Times New Roman" w:hAnsi="Times New Roman" w:cs="Times New Roman"/>
          <w:sz w:val="24"/>
          <w:szCs w:val="24"/>
        </w:rPr>
        <w:t xml:space="preserve"> social'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Strategjisë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Kombëtare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Mbrojtjes</w:t>
      </w:r>
      <w:proofErr w:type="spellEnd"/>
      <w:r w:rsidRPr="00D97086">
        <w:rPr>
          <w:rFonts w:ascii="Times New Roman" w:hAnsi="Times New Roman" w:cs="Times New Roman"/>
          <w:sz w:val="24"/>
          <w:szCs w:val="24"/>
        </w:rPr>
        <w:t xml:space="preserve"> Sociale 2024–2030, të </w:t>
      </w:r>
      <w:proofErr w:type="spellStart"/>
      <w:r w:rsidRPr="00D97086">
        <w:rPr>
          <w:rFonts w:ascii="Times New Roman" w:hAnsi="Times New Roman" w:cs="Times New Roman"/>
          <w:sz w:val="24"/>
          <w:szCs w:val="24"/>
        </w:rPr>
        <w:t>cilat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konsiderojnë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strehimin</w:t>
      </w:r>
      <w:proofErr w:type="spellEnd"/>
      <w:r w:rsidRPr="00D97086">
        <w:rPr>
          <w:rFonts w:ascii="Times New Roman" w:hAnsi="Times New Roman" w:cs="Times New Roman"/>
          <w:sz w:val="24"/>
          <w:szCs w:val="24"/>
        </w:rPr>
        <w:t xml:space="preserve"> një të </w:t>
      </w:r>
      <w:proofErr w:type="spellStart"/>
      <w:r w:rsidRPr="00D97086">
        <w:rPr>
          <w:rFonts w:ascii="Times New Roman" w:hAnsi="Times New Roman" w:cs="Times New Roman"/>
          <w:sz w:val="24"/>
          <w:szCs w:val="24"/>
        </w:rPr>
        <w:t>drejtë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themelore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shtyllë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mirëqenies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sociale</w:t>
      </w:r>
      <w:proofErr w:type="spellEnd"/>
    </w:p>
    <w:p w14:paraId="29FD9764" w14:textId="77777777" w:rsidR="008B3784" w:rsidRPr="00D97086" w:rsidRDefault="008B3784" w:rsidP="00B06CA4">
      <w:pPr>
        <w:jc w:val="both"/>
        <w:rPr>
          <w:rFonts w:ascii="Times New Roman" w:hAnsi="Times New Roman" w:cs="Times New Roman"/>
          <w:i/>
          <w:sz w:val="24"/>
          <w:szCs w:val="24"/>
          <w:u w:val="single"/>
        </w:rPr>
      </w:pPr>
      <w:proofErr w:type="spellStart"/>
      <w:r w:rsidRPr="00D97086">
        <w:rPr>
          <w:rFonts w:ascii="Times New Roman" w:hAnsi="Times New Roman" w:cs="Times New Roman"/>
          <w:i/>
          <w:sz w:val="24"/>
          <w:szCs w:val="24"/>
          <w:u w:val="single"/>
        </w:rPr>
        <w:t>Stoku</w:t>
      </w:r>
      <w:proofErr w:type="spellEnd"/>
      <w:r w:rsidRPr="00D97086">
        <w:rPr>
          <w:rFonts w:ascii="Times New Roman" w:hAnsi="Times New Roman" w:cs="Times New Roman"/>
          <w:i/>
          <w:sz w:val="24"/>
          <w:szCs w:val="24"/>
          <w:u w:val="single"/>
        </w:rPr>
        <w:t xml:space="preserve"> </w:t>
      </w:r>
      <w:proofErr w:type="spellStart"/>
      <w:r w:rsidRPr="00D97086">
        <w:rPr>
          <w:rFonts w:ascii="Times New Roman" w:hAnsi="Times New Roman" w:cs="Times New Roman"/>
          <w:i/>
          <w:sz w:val="24"/>
          <w:szCs w:val="24"/>
          <w:u w:val="single"/>
        </w:rPr>
        <w:t>i</w:t>
      </w:r>
      <w:proofErr w:type="spellEnd"/>
      <w:r w:rsidRPr="00D97086">
        <w:rPr>
          <w:rFonts w:ascii="Times New Roman" w:hAnsi="Times New Roman" w:cs="Times New Roman"/>
          <w:i/>
          <w:sz w:val="24"/>
          <w:szCs w:val="24"/>
          <w:u w:val="single"/>
        </w:rPr>
        <w:t xml:space="preserve"> </w:t>
      </w:r>
      <w:proofErr w:type="spellStart"/>
      <w:r w:rsidRPr="00D97086">
        <w:rPr>
          <w:rFonts w:ascii="Times New Roman" w:hAnsi="Times New Roman" w:cs="Times New Roman"/>
          <w:i/>
          <w:sz w:val="24"/>
          <w:szCs w:val="24"/>
          <w:u w:val="single"/>
        </w:rPr>
        <w:t>banesave</w:t>
      </w:r>
      <w:proofErr w:type="spellEnd"/>
    </w:p>
    <w:p w14:paraId="00A5979F" w14:textId="77777777" w:rsidR="008B3784" w:rsidRPr="00D97086" w:rsidRDefault="008B3784" w:rsidP="00B06CA4">
      <w:pPr>
        <w:jc w:val="both"/>
        <w:rPr>
          <w:rFonts w:ascii="Times New Roman" w:hAnsi="Times New Roman" w:cs="Times New Roman"/>
          <w:i/>
          <w:sz w:val="24"/>
          <w:szCs w:val="24"/>
        </w:rPr>
      </w:pPr>
      <w:r w:rsidRPr="00D97086">
        <w:rPr>
          <w:rFonts w:ascii="Times New Roman" w:hAnsi="Times New Roman" w:cs="Times New Roman"/>
          <w:sz w:val="24"/>
          <w:szCs w:val="24"/>
        </w:rPr>
        <w:t xml:space="preserve">Bashkia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nuk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disponon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ende</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bazë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plotë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dhënash</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stokun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banesave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gjendjen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tyre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fizike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shpërndarjen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sipas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Njësive</w:t>
      </w:r>
      <w:proofErr w:type="spellEnd"/>
      <w:r w:rsidRPr="00D97086">
        <w:rPr>
          <w:rFonts w:ascii="Times New Roman" w:hAnsi="Times New Roman" w:cs="Times New Roman"/>
          <w:sz w:val="24"/>
          <w:szCs w:val="24"/>
        </w:rPr>
        <w:t xml:space="preserve"> Administrative. Të </w:t>
      </w:r>
      <w:proofErr w:type="spellStart"/>
      <w:r w:rsidRPr="00D97086">
        <w:rPr>
          <w:rFonts w:ascii="Times New Roman" w:hAnsi="Times New Roman" w:cs="Times New Roman"/>
          <w:sz w:val="24"/>
          <w:szCs w:val="24"/>
        </w:rPr>
        <w:t>dhënat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fragmentuara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tregojnë</w:t>
      </w:r>
      <w:proofErr w:type="spellEnd"/>
      <w:r w:rsidRPr="00D97086">
        <w:rPr>
          <w:rFonts w:ascii="Times New Roman" w:hAnsi="Times New Roman" w:cs="Times New Roman"/>
          <w:sz w:val="24"/>
          <w:szCs w:val="24"/>
        </w:rPr>
        <w:t xml:space="preserve"> se në </w:t>
      </w:r>
      <w:proofErr w:type="spellStart"/>
      <w:r w:rsidRPr="00D97086">
        <w:rPr>
          <w:rFonts w:ascii="Times New Roman" w:hAnsi="Times New Roman" w:cs="Times New Roman"/>
          <w:sz w:val="24"/>
          <w:szCs w:val="24"/>
        </w:rPr>
        <w:t>lagjet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vjetra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qytetit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banesat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vuajnë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probleme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lagështisë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mungesë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investimesh</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mirëmbajtje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Rrajcë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evidentohet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shpërndarje</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rrallë</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banesave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mungesë</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infrastrukturës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mbështetëse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Qukës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kanalizimet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janë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pjesshme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ndërsa</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Stravaj</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vërehen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vështirësi</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dukshme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akses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rrugor</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disa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fshatra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thella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Këto</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dhëna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tregojnë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boshllëqe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mëdha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pasi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mungon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informacioni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detajuar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numrin</w:t>
      </w:r>
      <w:proofErr w:type="spellEnd"/>
      <w:r w:rsidRPr="00D97086">
        <w:rPr>
          <w:rFonts w:ascii="Times New Roman" w:hAnsi="Times New Roman" w:cs="Times New Roman"/>
          <w:sz w:val="24"/>
          <w:szCs w:val="24"/>
        </w:rPr>
        <w:t xml:space="preserve"> total të </w:t>
      </w:r>
      <w:proofErr w:type="spellStart"/>
      <w:r w:rsidRPr="00D97086">
        <w:rPr>
          <w:rFonts w:ascii="Times New Roman" w:hAnsi="Times New Roman" w:cs="Times New Roman"/>
          <w:sz w:val="24"/>
          <w:szCs w:val="24"/>
        </w:rPr>
        <w:t>banesave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gjendjen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sipas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kategorive</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mirë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mesatare</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dobët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rrezik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shembjeje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aksesin</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ujë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energji</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kanalizime.</w:t>
      </w:r>
      <w:r w:rsidRPr="00D97086">
        <w:rPr>
          <w:rFonts w:ascii="Times New Roman" w:hAnsi="Times New Roman" w:cs="Times New Roman"/>
          <w:i/>
          <w:sz w:val="24"/>
          <w:szCs w:val="24"/>
        </w:rPr>
        <w:t>Vëzhgimet</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cilësore</w:t>
      </w:r>
      <w:proofErr w:type="spellEnd"/>
      <w:r w:rsidR="00D1048F" w:rsidRPr="00D97086">
        <w:rPr>
          <w:rFonts w:ascii="Times New Roman" w:hAnsi="Times New Roman" w:cs="Times New Roman"/>
          <w:i/>
          <w:sz w:val="24"/>
          <w:szCs w:val="24"/>
        </w:rPr>
        <w:t xml:space="preserve"> (</w:t>
      </w:r>
      <w:proofErr w:type="spellStart"/>
      <w:r w:rsidR="00D1048F" w:rsidRPr="00D97086">
        <w:rPr>
          <w:rFonts w:ascii="Times New Roman" w:hAnsi="Times New Roman" w:cs="Times New Roman"/>
          <w:i/>
          <w:sz w:val="24"/>
          <w:szCs w:val="24"/>
        </w:rPr>
        <w:t>prezantuar</w:t>
      </w:r>
      <w:proofErr w:type="spellEnd"/>
      <w:r w:rsidR="00D1048F" w:rsidRPr="00D97086">
        <w:rPr>
          <w:rFonts w:ascii="Times New Roman" w:hAnsi="Times New Roman" w:cs="Times New Roman"/>
          <w:i/>
          <w:sz w:val="24"/>
          <w:szCs w:val="24"/>
        </w:rPr>
        <w:t xml:space="preserve"> në </w:t>
      </w:r>
      <w:proofErr w:type="spellStart"/>
      <w:r w:rsidR="00D1048F" w:rsidRPr="00D97086">
        <w:rPr>
          <w:rFonts w:ascii="Times New Roman" w:hAnsi="Times New Roman" w:cs="Times New Roman"/>
          <w:i/>
          <w:sz w:val="24"/>
          <w:szCs w:val="24"/>
        </w:rPr>
        <w:t>Figurën</w:t>
      </w:r>
      <w:proofErr w:type="spellEnd"/>
      <w:r w:rsidR="00D1048F" w:rsidRPr="00D97086">
        <w:rPr>
          <w:rFonts w:ascii="Times New Roman" w:hAnsi="Times New Roman" w:cs="Times New Roman"/>
          <w:i/>
          <w:sz w:val="24"/>
          <w:szCs w:val="24"/>
        </w:rPr>
        <w:t xml:space="preserve"> 5)</w:t>
      </w:r>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tregojnë</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probleme</w:t>
      </w:r>
      <w:proofErr w:type="spellEnd"/>
      <w:r w:rsidRPr="00D97086">
        <w:rPr>
          <w:rFonts w:ascii="Times New Roman" w:hAnsi="Times New Roman" w:cs="Times New Roman"/>
          <w:i/>
          <w:sz w:val="24"/>
          <w:szCs w:val="24"/>
        </w:rPr>
        <w:t xml:space="preserve"> me </w:t>
      </w:r>
      <w:proofErr w:type="spellStart"/>
      <w:r w:rsidRPr="00D97086">
        <w:rPr>
          <w:rFonts w:ascii="Times New Roman" w:hAnsi="Times New Roman" w:cs="Times New Roman"/>
          <w:i/>
          <w:sz w:val="24"/>
          <w:szCs w:val="24"/>
        </w:rPr>
        <w:t>lagështirë</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amortizim</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mungesë</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kanalizimesh</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dhe</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akses</w:t>
      </w:r>
      <w:proofErr w:type="spellEnd"/>
      <w:r w:rsidRPr="00D97086">
        <w:rPr>
          <w:rFonts w:ascii="Times New Roman" w:hAnsi="Times New Roman" w:cs="Times New Roman"/>
          <w:i/>
          <w:sz w:val="24"/>
          <w:szCs w:val="24"/>
        </w:rPr>
        <w:t xml:space="preserve"> të </w:t>
      </w:r>
      <w:proofErr w:type="spellStart"/>
      <w:r w:rsidRPr="00D97086">
        <w:rPr>
          <w:rFonts w:ascii="Times New Roman" w:hAnsi="Times New Roman" w:cs="Times New Roman"/>
          <w:i/>
          <w:sz w:val="24"/>
          <w:szCs w:val="24"/>
        </w:rPr>
        <w:t>kufizuar</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rrugor</w:t>
      </w:r>
      <w:proofErr w:type="spellEnd"/>
      <w:r w:rsidRPr="00D97086">
        <w:rPr>
          <w:rFonts w:ascii="Times New Roman" w:hAnsi="Times New Roman" w:cs="Times New Roman"/>
          <w:i/>
          <w:sz w:val="24"/>
          <w:szCs w:val="24"/>
        </w:rPr>
        <w:t xml:space="preserve"> në </w:t>
      </w:r>
      <w:proofErr w:type="spellStart"/>
      <w:r w:rsidRPr="00D97086">
        <w:rPr>
          <w:rFonts w:ascii="Times New Roman" w:hAnsi="Times New Roman" w:cs="Times New Roman"/>
          <w:i/>
          <w:sz w:val="24"/>
          <w:szCs w:val="24"/>
        </w:rPr>
        <w:t>disa</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Njësi</w:t>
      </w:r>
      <w:proofErr w:type="spellEnd"/>
      <w:r w:rsidRPr="00D97086">
        <w:rPr>
          <w:rFonts w:ascii="Times New Roman" w:hAnsi="Times New Roman" w:cs="Times New Roman"/>
          <w:i/>
          <w:sz w:val="24"/>
          <w:szCs w:val="24"/>
        </w:rPr>
        <w:t xml:space="preserve"> Administrative.</w:t>
      </w:r>
    </w:p>
    <w:p w14:paraId="6BB65C64" w14:textId="77777777" w:rsidR="008B3784" w:rsidRPr="005B1542" w:rsidRDefault="008B3784" w:rsidP="00B06CA4">
      <w:pPr>
        <w:jc w:val="both"/>
        <w:rPr>
          <w:rFonts w:ascii="Times New Roman" w:hAnsi="Times New Roman" w:cs="Times New Roman"/>
          <w:sz w:val="24"/>
          <w:szCs w:val="24"/>
          <w:lang w:val="it-IT"/>
        </w:rPr>
      </w:pPr>
      <w:r w:rsidRPr="00D97086">
        <w:rPr>
          <w:rFonts w:ascii="Times New Roman" w:hAnsi="Times New Roman" w:cs="Times New Roman"/>
          <w:sz w:val="24"/>
          <w:szCs w:val="24"/>
        </w:rPr>
        <w:t xml:space="preserve"> </w:t>
      </w:r>
      <w:r w:rsidR="00C5456C" w:rsidRPr="005B1542">
        <w:rPr>
          <w:rFonts w:ascii="Times New Roman" w:hAnsi="Times New Roman" w:cs="Times New Roman"/>
          <w:sz w:val="24"/>
          <w:szCs w:val="24"/>
          <w:lang w:val="it-IT"/>
        </w:rPr>
        <w:t>Figura</w:t>
      </w:r>
      <w:r w:rsidR="00D1048F" w:rsidRPr="005B1542">
        <w:rPr>
          <w:rFonts w:ascii="Times New Roman" w:hAnsi="Times New Roman" w:cs="Times New Roman"/>
          <w:sz w:val="24"/>
          <w:szCs w:val="24"/>
          <w:lang w:val="it-IT"/>
        </w:rPr>
        <w:t xml:space="preserve"> </w:t>
      </w:r>
      <w:r w:rsidR="00C5456C" w:rsidRPr="005B1542">
        <w:rPr>
          <w:rFonts w:ascii="Times New Roman" w:hAnsi="Times New Roman" w:cs="Times New Roman"/>
          <w:sz w:val="24"/>
          <w:szCs w:val="24"/>
          <w:lang w:val="it-IT"/>
        </w:rPr>
        <w:t>5</w:t>
      </w:r>
      <w:r w:rsidRPr="005B1542">
        <w:rPr>
          <w:rFonts w:ascii="Times New Roman" w:hAnsi="Times New Roman" w:cs="Times New Roman"/>
          <w:sz w:val="24"/>
          <w:szCs w:val="24"/>
          <w:lang w:val="it-IT"/>
        </w:rPr>
        <w:t>. Gjendja e banesave sipas Njësive Administrative</w:t>
      </w:r>
    </w:p>
    <w:tbl>
      <w:tblPr>
        <w:tblStyle w:val="LightGrid-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5"/>
        <w:gridCol w:w="1890"/>
        <w:gridCol w:w="4495"/>
      </w:tblGrid>
      <w:tr w:rsidR="008B3784" w:rsidRPr="00D97086" w14:paraId="613B21E1" w14:textId="77777777" w:rsidTr="00FC26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4E0359EC" w14:textId="77777777" w:rsidR="008B3784" w:rsidRPr="00D97086" w:rsidRDefault="008B3784" w:rsidP="00B06CA4">
            <w:pPr>
              <w:jc w:val="both"/>
              <w:rPr>
                <w:rFonts w:ascii="Times New Roman" w:hAnsi="Times New Roman" w:cs="Times New Roman"/>
                <w:sz w:val="28"/>
                <w:szCs w:val="28"/>
              </w:rPr>
            </w:pPr>
            <w:proofErr w:type="spellStart"/>
            <w:r w:rsidRPr="00D97086">
              <w:rPr>
                <w:rFonts w:ascii="Times New Roman" w:hAnsi="Times New Roman" w:cs="Times New Roman"/>
                <w:sz w:val="28"/>
                <w:szCs w:val="28"/>
              </w:rPr>
              <w:t>Njësia</w:t>
            </w:r>
            <w:proofErr w:type="spellEnd"/>
            <w:r w:rsidRPr="00D97086">
              <w:rPr>
                <w:rFonts w:ascii="Times New Roman" w:hAnsi="Times New Roman" w:cs="Times New Roman"/>
                <w:sz w:val="28"/>
                <w:szCs w:val="28"/>
              </w:rPr>
              <w:t xml:space="preserve"> Administrative</w:t>
            </w:r>
          </w:p>
        </w:tc>
        <w:tc>
          <w:tcPr>
            <w:tcW w:w="1890"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719D7FD5" w14:textId="77777777" w:rsidR="008B3784" w:rsidRPr="00D97086" w:rsidRDefault="008B3784" w:rsidP="00B06CA4">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roofErr w:type="spellStart"/>
            <w:r w:rsidRPr="00D97086">
              <w:rPr>
                <w:rFonts w:ascii="Times New Roman" w:hAnsi="Times New Roman" w:cs="Times New Roman"/>
                <w:sz w:val="28"/>
                <w:szCs w:val="28"/>
              </w:rPr>
              <w:t>Numri</w:t>
            </w:r>
            <w:proofErr w:type="spellEnd"/>
            <w:r w:rsidRPr="00D97086">
              <w:rPr>
                <w:rFonts w:ascii="Times New Roman" w:hAnsi="Times New Roman" w:cs="Times New Roman"/>
                <w:sz w:val="28"/>
                <w:szCs w:val="28"/>
              </w:rPr>
              <w:t xml:space="preserve"> </w:t>
            </w:r>
            <w:proofErr w:type="spellStart"/>
            <w:r w:rsidRPr="00D97086">
              <w:rPr>
                <w:rFonts w:ascii="Times New Roman" w:hAnsi="Times New Roman" w:cs="Times New Roman"/>
                <w:sz w:val="28"/>
                <w:szCs w:val="28"/>
              </w:rPr>
              <w:t>i</w:t>
            </w:r>
            <w:proofErr w:type="spellEnd"/>
            <w:r w:rsidRPr="00D97086">
              <w:rPr>
                <w:rFonts w:ascii="Times New Roman" w:hAnsi="Times New Roman" w:cs="Times New Roman"/>
                <w:sz w:val="28"/>
                <w:szCs w:val="28"/>
              </w:rPr>
              <w:t xml:space="preserve"> </w:t>
            </w:r>
            <w:proofErr w:type="spellStart"/>
            <w:r w:rsidRPr="00D97086">
              <w:rPr>
                <w:rFonts w:ascii="Times New Roman" w:hAnsi="Times New Roman" w:cs="Times New Roman"/>
                <w:sz w:val="28"/>
                <w:szCs w:val="28"/>
              </w:rPr>
              <w:t>banesave</w:t>
            </w:r>
            <w:proofErr w:type="spellEnd"/>
          </w:p>
        </w:tc>
        <w:tc>
          <w:tcPr>
            <w:tcW w:w="4495"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423E0B0F" w14:textId="77777777" w:rsidR="008B3784" w:rsidRPr="00D97086" w:rsidRDefault="008B3784" w:rsidP="00B06CA4">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roofErr w:type="spellStart"/>
            <w:r w:rsidRPr="00D97086">
              <w:rPr>
                <w:rFonts w:ascii="Times New Roman" w:hAnsi="Times New Roman" w:cs="Times New Roman"/>
                <w:sz w:val="28"/>
                <w:szCs w:val="28"/>
              </w:rPr>
              <w:t>Gjendja</w:t>
            </w:r>
            <w:proofErr w:type="spellEnd"/>
            <w:r w:rsidRPr="00D97086">
              <w:rPr>
                <w:rFonts w:ascii="Times New Roman" w:hAnsi="Times New Roman" w:cs="Times New Roman"/>
                <w:sz w:val="28"/>
                <w:szCs w:val="28"/>
              </w:rPr>
              <w:t xml:space="preserve"> </w:t>
            </w:r>
            <w:proofErr w:type="spellStart"/>
            <w:r w:rsidRPr="00D97086">
              <w:rPr>
                <w:rFonts w:ascii="Times New Roman" w:hAnsi="Times New Roman" w:cs="Times New Roman"/>
                <w:sz w:val="28"/>
                <w:szCs w:val="28"/>
              </w:rPr>
              <w:t>fizike</w:t>
            </w:r>
            <w:proofErr w:type="spellEnd"/>
          </w:p>
        </w:tc>
      </w:tr>
      <w:tr w:rsidR="008B3784" w:rsidRPr="005B1542" w14:paraId="37049859" w14:textId="77777777" w:rsidTr="00712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tcBorders>
              <w:top w:val="none" w:sz="0" w:space="0" w:color="auto"/>
              <w:left w:val="none" w:sz="0" w:space="0" w:color="auto"/>
              <w:bottom w:val="none" w:sz="0" w:space="0" w:color="auto"/>
              <w:right w:val="none" w:sz="0" w:space="0" w:color="auto"/>
            </w:tcBorders>
            <w:shd w:val="clear" w:color="auto" w:fill="auto"/>
          </w:tcPr>
          <w:p w14:paraId="348F9001"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Prrenjas</w:t>
            </w:r>
            <w:proofErr w:type="spellEnd"/>
          </w:p>
        </w:tc>
        <w:tc>
          <w:tcPr>
            <w:tcW w:w="1890" w:type="dxa"/>
            <w:tcBorders>
              <w:top w:val="none" w:sz="0" w:space="0" w:color="auto"/>
              <w:left w:val="none" w:sz="0" w:space="0" w:color="auto"/>
              <w:bottom w:val="none" w:sz="0" w:space="0" w:color="auto"/>
              <w:right w:val="none" w:sz="0" w:space="0" w:color="auto"/>
            </w:tcBorders>
            <w:shd w:val="clear" w:color="auto" w:fill="auto"/>
          </w:tcPr>
          <w:p w14:paraId="029432FC" w14:textId="77777777" w:rsidR="008B3784" w:rsidRPr="00D97086" w:rsidRDefault="008B3784" w:rsidP="00B06CA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n/a</w:t>
            </w:r>
          </w:p>
        </w:tc>
        <w:tc>
          <w:tcPr>
            <w:tcW w:w="4495" w:type="dxa"/>
            <w:tcBorders>
              <w:top w:val="none" w:sz="0" w:space="0" w:color="auto"/>
              <w:left w:val="none" w:sz="0" w:space="0" w:color="auto"/>
              <w:bottom w:val="none" w:sz="0" w:space="0" w:color="auto"/>
              <w:right w:val="none" w:sz="0" w:space="0" w:color="auto"/>
            </w:tcBorders>
            <w:shd w:val="clear" w:color="auto" w:fill="auto"/>
          </w:tcPr>
          <w:p w14:paraId="0A749F01" w14:textId="77777777" w:rsidR="008B3784" w:rsidRPr="005B1542" w:rsidRDefault="008B3784" w:rsidP="00B06CA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it-IT"/>
              </w:rPr>
            </w:pPr>
            <w:r w:rsidRPr="005B1542">
              <w:rPr>
                <w:rFonts w:ascii="Times New Roman" w:hAnsi="Times New Roman" w:cs="Times New Roman"/>
                <w:sz w:val="24"/>
                <w:szCs w:val="24"/>
                <w:lang w:val="it-IT"/>
              </w:rPr>
              <w:t>Lagështirë e lartë, amortizim i banesave të vjetra</w:t>
            </w:r>
          </w:p>
        </w:tc>
      </w:tr>
      <w:tr w:rsidR="008B3784" w:rsidRPr="00D97086" w14:paraId="01A09D9B" w14:textId="77777777" w:rsidTr="00712EC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tcBorders>
              <w:top w:val="none" w:sz="0" w:space="0" w:color="auto"/>
              <w:left w:val="none" w:sz="0" w:space="0" w:color="auto"/>
              <w:bottom w:val="none" w:sz="0" w:space="0" w:color="auto"/>
              <w:right w:val="none" w:sz="0" w:space="0" w:color="auto"/>
            </w:tcBorders>
          </w:tcPr>
          <w:p w14:paraId="46555488"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Rrajcë</w:t>
            </w:r>
            <w:proofErr w:type="spellEnd"/>
          </w:p>
        </w:tc>
        <w:tc>
          <w:tcPr>
            <w:tcW w:w="1890" w:type="dxa"/>
            <w:tcBorders>
              <w:top w:val="none" w:sz="0" w:space="0" w:color="auto"/>
              <w:left w:val="none" w:sz="0" w:space="0" w:color="auto"/>
              <w:bottom w:val="none" w:sz="0" w:space="0" w:color="auto"/>
              <w:right w:val="none" w:sz="0" w:space="0" w:color="auto"/>
            </w:tcBorders>
          </w:tcPr>
          <w:p w14:paraId="5298B787" w14:textId="77777777" w:rsidR="008B3784" w:rsidRPr="00D97086" w:rsidRDefault="008B3784" w:rsidP="00B06CA4">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n/a</w:t>
            </w:r>
          </w:p>
        </w:tc>
        <w:tc>
          <w:tcPr>
            <w:tcW w:w="4495" w:type="dxa"/>
            <w:tcBorders>
              <w:top w:val="none" w:sz="0" w:space="0" w:color="auto"/>
              <w:left w:val="none" w:sz="0" w:space="0" w:color="auto"/>
              <w:bottom w:val="none" w:sz="0" w:space="0" w:color="auto"/>
              <w:right w:val="none" w:sz="0" w:space="0" w:color="auto"/>
            </w:tcBorders>
          </w:tcPr>
          <w:p w14:paraId="47C592E1" w14:textId="77777777" w:rsidR="008B3784" w:rsidRPr="00D97086" w:rsidRDefault="008B3784" w:rsidP="00B06CA4">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 xml:space="preserve">Banesa të </w:t>
            </w:r>
            <w:proofErr w:type="spellStart"/>
            <w:r w:rsidRPr="00D97086">
              <w:rPr>
                <w:rFonts w:ascii="Times New Roman" w:hAnsi="Times New Roman" w:cs="Times New Roman"/>
                <w:sz w:val="24"/>
                <w:szCs w:val="24"/>
              </w:rPr>
              <w:t>shpërndara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pjesërisht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papërfunduara</w:t>
            </w:r>
            <w:proofErr w:type="spellEnd"/>
          </w:p>
        </w:tc>
      </w:tr>
      <w:tr w:rsidR="008B3784" w:rsidRPr="00D97086" w14:paraId="643BD1AC" w14:textId="77777777" w:rsidTr="00712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tcBorders>
              <w:top w:val="none" w:sz="0" w:space="0" w:color="auto"/>
              <w:left w:val="none" w:sz="0" w:space="0" w:color="auto"/>
              <w:bottom w:val="none" w:sz="0" w:space="0" w:color="auto"/>
              <w:right w:val="none" w:sz="0" w:space="0" w:color="auto"/>
            </w:tcBorders>
            <w:shd w:val="clear" w:color="auto" w:fill="auto"/>
          </w:tcPr>
          <w:p w14:paraId="09CAEAF3"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Qukës</w:t>
            </w:r>
            <w:proofErr w:type="spellEnd"/>
          </w:p>
        </w:tc>
        <w:tc>
          <w:tcPr>
            <w:tcW w:w="1890" w:type="dxa"/>
            <w:tcBorders>
              <w:top w:val="none" w:sz="0" w:space="0" w:color="auto"/>
              <w:left w:val="none" w:sz="0" w:space="0" w:color="auto"/>
              <w:bottom w:val="none" w:sz="0" w:space="0" w:color="auto"/>
              <w:right w:val="none" w:sz="0" w:space="0" w:color="auto"/>
            </w:tcBorders>
            <w:shd w:val="clear" w:color="auto" w:fill="auto"/>
          </w:tcPr>
          <w:p w14:paraId="48A42320" w14:textId="77777777" w:rsidR="008B3784" w:rsidRPr="00D97086" w:rsidRDefault="008B3784" w:rsidP="00B06CA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n/a</w:t>
            </w:r>
          </w:p>
        </w:tc>
        <w:tc>
          <w:tcPr>
            <w:tcW w:w="4495" w:type="dxa"/>
            <w:tcBorders>
              <w:top w:val="none" w:sz="0" w:space="0" w:color="auto"/>
              <w:left w:val="none" w:sz="0" w:space="0" w:color="auto"/>
              <w:bottom w:val="none" w:sz="0" w:space="0" w:color="auto"/>
              <w:right w:val="none" w:sz="0" w:space="0" w:color="auto"/>
            </w:tcBorders>
            <w:shd w:val="clear" w:color="auto" w:fill="auto"/>
          </w:tcPr>
          <w:p w14:paraId="5BE46677" w14:textId="77777777" w:rsidR="008B3784" w:rsidRPr="00D97086" w:rsidRDefault="008B3784" w:rsidP="00B06CA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Kanalizime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pjesshme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mungesë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izolimi</w:t>
            </w:r>
            <w:proofErr w:type="spellEnd"/>
          </w:p>
        </w:tc>
      </w:tr>
      <w:tr w:rsidR="008B3784" w:rsidRPr="005B1542" w14:paraId="783342DD" w14:textId="77777777" w:rsidTr="00712EC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5" w:type="dxa"/>
            <w:tcBorders>
              <w:top w:val="none" w:sz="0" w:space="0" w:color="auto"/>
              <w:left w:val="none" w:sz="0" w:space="0" w:color="auto"/>
              <w:bottom w:val="none" w:sz="0" w:space="0" w:color="auto"/>
              <w:right w:val="none" w:sz="0" w:space="0" w:color="auto"/>
            </w:tcBorders>
          </w:tcPr>
          <w:p w14:paraId="65E7A9A5"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Stravaj</w:t>
            </w:r>
            <w:proofErr w:type="spellEnd"/>
          </w:p>
        </w:tc>
        <w:tc>
          <w:tcPr>
            <w:tcW w:w="1890" w:type="dxa"/>
            <w:tcBorders>
              <w:top w:val="none" w:sz="0" w:space="0" w:color="auto"/>
              <w:left w:val="none" w:sz="0" w:space="0" w:color="auto"/>
              <w:bottom w:val="none" w:sz="0" w:space="0" w:color="auto"/>
              <w:right w:val="none" w:sz="0" w:space="0" w:color="auto"/>
            </w:tcBorders>
          </w:tcPr>
          <w:p w14:paraId="036409F1" w14:textId="77777777" w:rsidR="008B3784" w:rsidRPr="00D97086" w:rsidRDefault="008B3784" w:rsidP="00B06CA4">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n/a</w:t>
            </w:r>
          </w:p>
        </w:tc>
        <w:tc>
          <w:tcPr>
            <w:tcW w:w="4495" w:type="dxa"/>
            <w:tcBorders>
              <w:top w:val="none" w:sz="0" w:space="0" w:color="auto"/>
              <w:left w:val="none" w:sz="0" w:space="0" w:color="auto"/>
              <w:bottom w:val="none" w:sz="0" w:space="0" w:color="auto"/>
              <w:right w:val="none" w:sz="0" w:space="0" w:color="auto"/>
            </w:tcBorders>
          </w:tcPr>
          <w:p w14:paraId="2FDE24B7" w14:textId="77777777" w:rsidR="008B3784" w:rsidRPr="005B1542" w:rsidRDefault="008B3784" w:rsidP="00B06CA4">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it-IT"/>
              </w:rPr>
            </w:pPr>
            <w:r w:rsidRPr="005B1542">
              <w:rPr>
                <w:rFonts w:ascii="Times New Roman" w:hAnsi="Times New Roman" w:cs="Times New Roman"/>
                <w:sz w:val="24"/>
                <w:szCs w:val="24"/>
                <w:lang w:val="it-IT"/>
              </w:rPr>
              <w:t>Banesa të braktisura, akses i kufizuar rrugor</w:t>
            </w:r>
          </w:p>
        </w:tc>
      </w:tr>
    </w:tbl>
    <w:p w14:paraId="619915F0" w14:textId="77777777" w:rsidR="008B3784" w:rsidRPr="005B1542" w:rsidRDefault="00D1048F" w:rsidP="00B06CA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Burimi: Bashkia Prrenjas</w:t>
      </w:r>
    </w:p>
    <w:p w14:paraId="48EB898E" w14:textId="77777777" w:rsidR="008B3784" w:rsidRPr="005B1542" w:rsidRDefault="008B3784" w:rsidP="00B06CA4">
      <w:pPr>
        <w:jc w:val="both"/>
        <w:rPr>
          <w:rFonts w:ascii="Times New Roman" w:hAnsi="Times New Roman" w:cs="Times New Roman"/>
          <w:i/>
          <w:sz w:val="24"/>
          <w:szCs w:val="24"/>
          <w:u w:val="single"/>
          <w:lang w:val="it-IT"/>
        </w:rPr>
      </w:pPr>
      <w:r w:rsidRPr="005B1542">
        <w:rPr>
          <w:rFonts w:ascii="Times New Roman" w:hAnsi="Times New Roman" w:cs="Times New Roman"/>
          <w:i/>
          <w:sz w:val="24"/>
          <w:szCs w:val="24"/>
          <w:u w:val="single"/>
          <w:lang w:val="it-IT"/>
        </w:rPr>
        <w:t>Tregu i qirasë dhe blerjes</w:t>
      </w:r>
    </w:p>
    <w:p w14:paraId="0F08DF9C"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Çmimet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qirasë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përcaktuara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VKB </w:t>
      </w:r>
      <w:proofErr w:type="spellStart"/>
      <w:r w:rsidRPr="00D97086">
        <w:rPr>
          <w:rFonts w:ascii="Times New Roman" w:hAnsi="Times New Roman" w:cs="Times New Roman"/>
          <w:sz w:val="24"/>
          <w:szCs w:val="24"/>
        </w:rPr>
        <w:t>luhaten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10,000 </w:t>
      </w:r>
      <w:proofErr w:type="spellStart"/>
      <w:r w:rsidRPr="00D97086">
        <w:rPr>
          <w:rFonts w:ascii="Times New Roman" w:hAnsi="Times New Roman" w:cs="Times New Roman"/>
          <w:sz w:val="24"/>
          <w:szCs w:val="24"/>
        </w:rPr>
        <w:t>deri</w:t>
      </w:r>
      <w:proofErr w:type="spellEnd"/>
      <w:r w:rsidRPr="00D97086">
        <w:rPr>
          <w:rFonts w:ascii="Times New Roman" w:hAnsi="Times New Roman" w:cs="Times New Roman"/>
          <w:sz w:val="24"/>
          <w:szCs w:val="24"/>
        </w:rPr>
        <w:t xml:space="preserve"> 16,000 </w:t>
      </w:r>
      <w:proofErr w:type="spellStart"/>
      <w:r w:rsidRPr="00D97086">
        <w:rPr>
          <w:rFonts w:ascii="Times New Roman" w:hAnsi="Times New Roman" w:cs="Times New Roman"/>
          <w:sz w:val="24"/>
          <w:szCs w:val="24"/>
        </w:rPr>
        <w:t>lekë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ndërsa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tregu</w:t>
      </w:r>
      <w:proofErr w:type="spellEnd"/>
      <w:r w:rsidRPr="00D97086">
        <w:rPr>
          <w:rFonts w:ascii="Times New Roman" w:hAnsi="Times New Roman" w:cs="Times New Roman"/>
          <w:sz w:val="24"/>
          <w:szCs w:val="24"/>
        </w:rPr>
        <w:t xml:space="preserve"> informal </w:t>
      </w:r>
      <w:proofErr w:type="spellStart"/>
      <w:r w:rsidRPr="00D97086">
        <w:rPr>
          <w:rFonts w:ascii="Times New Roman" w:hAnsi="Times New Roman" w:cs="Times New Roman"/>
          <w:sz w:val="24"/>
          <w:szCs w:val="24"/>
        </w:rPr>
        <w:t>tregon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çmime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larta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deri</w:t>
      </w:r>
      <w:proofErr w:type="spellEnd"/>
      <w:r w:rsidRPr="00D97086">
        <w:rPr>
          <w:rFonts w:ascii="Times New Roman" w:hAnsi="Times New Roman" w:cs="Times New Roman"/>
          <w:sz w:val="24"/>
          <w:szCs w:val="24"/>
        </w:rPr>
        <w:t xml:space="preserve"> në 25,000 </w:t>
      </w:r>
      <w:proofErr w:type="spellStart"/>
      <w:r w:rsidRPr="00D97086">
        <w:rPr>
          <w:rFonts w:ascii="Times New Roman" w:hAnsi="Times New Roman" w:cs="Times New Roman"/>
          <w:sz w:val="24"/>
          <w:szCs w:val="24"/>
        </w:rPr>
        <w:t>lekë</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qytetin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Prrenjasit</w:t>
      </w:r>
      <w:proofErr w:type="spellEnd"/>
      <w:r w:rsidRPr="00D97086">
        <w:rPr>
          <w:rFonts w:ascii="Times New Roman" w:hAnsi="Times New Roman" w:cs="Times New Roman"/>
          <w:sz w:val="24"/>
          <w:szCs w:val="24"/>
        </w:rPr>
        <w:t xml:space="preserve"> duke </w:t>
      </w:r>
      <w:proofErr w:type="spellStart"/>
      <w:r w:rsidRPr="00D97086">
        <w:rPr>
          <w:rFonts w:ascii="Times New Roman" w:hAnsi="Times New Roman" w:cs="Times New Roman"/>
          <w:sz w:val="24"/>
          <w:szCs w:val="24"/>
        </w:rPr>
        <w:t>reflektuar</w:t>
      </w:r>
      <w:proofErr w:type="spellEnd"/>
      <w:r w:rsidRPr="00D97086">
        <w:rPr>
          <w:rFonts w:ascii="Times New Roman" w:hAnsi="Times New Roman" w:cs="Times New Roman"/>
          <w:sz w:val="24"/>
          <w:szCs w:val="24"/>
        </w:rPr>
        <w:t xml:space="preserve"> </w:t>
      </w:r>
      <w:r w:rsidRPr="00D97086">
        <w:rPr>
          <w:rFonts w:ascii="Times New Roman" w:hAnsi="Times New Roman" w:cs="Times New Roman"/>
          <w:sz w:val="24"/>
          <w:szCs w:val="24"/>
        </w:rPr>
        <w:lastRenderedPageBreak/>
        <w:t xml:space="preserve">një </w:t>
      </w:r>
      <w:proofErr w:type="spellStart"/>
      <w:r w:rsidRPr="00D97086">
        <w:rPr>
          <w:rFonts w:ascii="Times New Roman" w:hAnsi="Times New Roman" w:cs="Times New Roman"/>
          <w:sz w:val="24"/>
          <w:szCs w:val="24"/>
        </w:rPr>
        <w:t>rritje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prej</w:t>
      </w:r>
      <w:proofErr w:type="spellEnd"/>
      <w:r w:rsidRPr="00D97086">
        <w:rPr>
          <w:rFonts w:ascii="Times New Roman" w:hAnsi="Times New Roman" w:cs="Times New Roman"/>
          <w:sz w:val="24"/>
          <w:szCs w:val="24"/>
        </w:rPr>
        <w:t xml:space="preserve"> +56% </w:t>
      </w:r>
      <w:proofErr w:type="spellStart"/>
      <w:r w:rsidRPr="00D97086">
        <w:rPr>
          <w:rFonts w:ascii="Times New Roman" w:hAnsi="Times New Roman" w:cs="Times New Roman"/>
          <w:sz w:val="24"/>
          <w:szCs w:val="24"/>
        </w:rPr>
        <w:t>krahasuar</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kufirin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maksimal</w:t>
      </w:r>
      <w:proofErr w:type="spellEnd"/>
      <w:r w:rsidRPr="00D97086">
        <w:rPr>
          <w:rFonts w:ascii="Times New Roman" w:hAnsi="Times New Roman" w:cs="Times New Roman"/>
          <w:sz w:val="24"/>
          <w:szCs w:val="24"/>
        </w:rPr>
        <w:t xml:space="preserve"> formal.  Ky </w:t>
      </w:r>
      <w:proofErr w:type="spellStart"/>
      <w:r w:rsidRPr="00D97086">
        <w:rPr>
          <w:rFonts w:ascii="Times New Roman" w:hAnsi="Times New Roman" w:cs="Times New Roman"/>
          <w:sz w:val="24"/>
          <w:szCs w:val="24"/>
        </w:rPr>
        <w:t>hendek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nxit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pasiguri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familjet</w:t>
      </w:r>
      <w:proofErr w:type="spellEnd"/>
      <w:r w:rsidRPr="00D97086">
        <w:rPr>
          <w:rFonts w:ascii="Times New Roman" w:hAnsi="Times New Roman" w:cs="Times New Roman"/>
          <w:sz w:val="24"/>
          <w:szCs w:val="24"/>
        </w:rPr>
        <w:t xml:space="preserve"> me të </w:t>
      </w:r>
      <w:proofErr w:type="spellStart"/>
      <w:r w:rsidRPr="00D97086">
        <w:rPr>
          <w:rFonts w:ascii="Times New Roman" w:hAnsi="Times New Roman" w:cs="Times New Roman"/>
          <w:sz w:val="24"/>
          <w:szCs w:val="24"/>
        </w:rPr>
        <w:t>ardhura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ulëta</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vitet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fundit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janë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evidentuar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raste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kufizuara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dëbimesh</w:t>
      </w:r>
      <w:proofErr w:type="spellEnd"/>
      <w:r w:rsidRPr="00D97086">
        <w:rPr>
          <w:rFonts w:ascii="Times New Roman" w:hAnsi="Times New Roman" w:cs="Times New Roman"/>
          <w:sz w:val="24"/>
          <w:szCs w:val="24"/>
        </w:rPr>
        <w:t xml:space="preserve"> (2 </w:t>
      </w:r>
      <w:proofErr w:type="spellStart"/>
      <w:r w:rsidRPr="00D97086">
        <w:rPr>
          <w:rFonts w:ascii="Times New Roman" w:hAnsi="Times New Roman" w:cs="Times New Roman"/>
          <w:sz w:val="24"/>
          <w:szCs w:val="24"/>
        </w:rPr>
        <w:t>raste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megjithëse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gjitha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kontratat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qirasë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përfituesit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programeve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subvencionuara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janë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noterizuara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regjistruara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sipas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ligjit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Kjo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tregon</w:t>
      </w:r>
      <w:proofErr w:type="spellEnd"/>
      <w:r w:rsidRPr="00D97086">
        <w:rPr>
          <w:rFonts w:ascii="Times New Roman" w:hAnsi="Times New Roman" w:cs="Times New Roman"/>
          <w:sz w:val="24"/>
          <w:szCs w:val="24"/>
        </w:rPr>
        <w:t xml:space="preserve"> se </w:t>
      </w:r>
      <w:proofErr w:type="spellStart"/>
      <w:r w:rsidRPr="00D97086">
        <w:rPr>
          <w:rFonts w:ascii="Times New Roman" w:hAnsi="Times New Roman" w:cs="Times New Roman"/>
          <w:sz w:val="24"/>
          <w:szCs w:val="24"/>
        </w:rPr>
        <w:t>skema</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subvencionimit</w:t>
      </w:r>
      <w:proofErr w:type="spellEnd"/>
      <w:r w:rsidRPr="00D97086">
        <w:rPr>
          <w:rFonts w:ascii="Times New Roman" w:hAnsi="Times New Roman" w:cs="Times New Roman"/>
          <w:sz w:val="24"/>
          <w:szCs w:val="24"/>
        </w:rPr>
        <w:t xml:space="preserve"> ka </w:t>
      </w:r>
      <w:proofErr w:type="spellStart"/>
      <w:r w:rsidRPr="00D97086">
        <w:rPr>
          <w:rFonts w:ascii="Times New Roman" w:hAnsi="Times New Roman" w:cs="Times New Roman"/>
          <w:sz w:val="24"/>
          <w:szCs w:val="24"/>
        </w:rPr>
        <w:t>siguruar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formalizimin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plotë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marrëdhënieve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kontraktuale</w:t>
      </w:r>
      <w:proofErr w:type="spellEnd"/>
      <w:r w:rsidRPr="00D97086">
        <w:rPr>
          <w:rFonts w:ascii="Times New Roman" w:hAnsi="Times New Roman" w:cs="Times New Roman"/>
          <w:sz w:val="24"/>
          <w:szCs w:val="24"/>
        </w:rPr>
        <w:t xml:space="preserve">, duke </w:t>
      </w:r>
      <w:proofErr w:type="spellStart"/>
      <w:r w:rsidRPr="00D97086">
        <w:rPr>
          <w:rFonts w:ascii="Times New Roman" w:hAnsi="Times New Roman" w:cs="Times New Roman"/>
          <w:sz w:val="24"/>
          <w:szCs w:val="24"/>
        </w:rPr>
        <w:t>mbrojtur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mirë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pasiguria</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tregun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lirë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qirasë</w:t>
      </w:r>
      <w:proofErr w:type="spellEnd"/>
      <w:r w:rsidRPr="00D97086">
        <w:rPr>
          <w:rFonts w:ascii="Times New Roman" w:hAnsi="Times New Roman" w:cs="Times New Roman"/>
          <w:sz w:val="24"/>
          <w:szCs w:val="24"/>
        </w:rPr>
        <w:t>.</w:t>
      </w:r>
    </w:p>
    <w:p w14:paraId="62772109"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 xml:space="preserve">Të </w:t>
      </w:r>
      <w:proofErr w:type="spellStart"/>
      <w:r w:rsidRPr="00D97086">
        <w:rPr>
          <w:rFonts w:ascii="Times New Roman" w:hAnsi="Times New Roman" w:cs="Times New Roman"/>
          <w:sz w:val="24"/>
          <w:szCs w:val="24"/>
        </w:rPr>
        <w:t>dhënat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tregun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blerjes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banesave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mungojnë</w:t>
      </w:r>
      <w:proofErr w:type="spellEnd"/>
      <w:r w:rsidRPr="00D97086">
        <w:rPr>
          <w:rFonts w:ascii="Times New Roman" w:hAnsi="Times New Roman" w:cs="Times New Roman"/>
          <w:sz w:val="24"/>
          <w:szCs w:val="24"/>
        </w:rPr>
        <w:t xml:space="preserve">, duke e </w:t>
      </w:r>
      <w:proofErr w:type="spellStart"/>
      <w:r w:rsidRPr="00D97086">
        <w:rPr>
          <w:rFonts w:ascii="Times New Roman" w:hAnsi="Times New Roman" w:cs="Times New Roman"/>
          <w:sz w:val="24"/>
          <w:szCs w:val="24"/>
        </w:rPr>
        <w:t>bërë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vështirë</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analizë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qartë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përballueshmërisë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banesave</w:t>
      </w:r>
      <w:proofErr w:type="spellEnd"/>
      <w:r w:rsidRPr="00D97086">
        <w:rPr>
          <w:rFonts w:ascii="Times New Roman" w:hAnsi="Times New Roman" w:cs="Times New Roman"/>
          <w:sz w:val="24"/>
          <w:szCs w:val="24"/>
        </w:rPr>
        <w:t>.</w:t>
      </w:r>
    </w:p>
    <w:p w14:paraId="0F3B4D69" w14:textId="77777777" w:rsidR="008B3784" w:rsidRPr="00D97086" w:rsidRDefault="008B3784" w:rsidP="00B06CA4">
      <w:pPr>
        <w:jc w:val="both"/>
        <w:rPr>
          <w:rFonts w:ascii="Times New Roman" w:hAnsi="Times New Roman" w:cs="Times New Roman"/>
          <w:i/>
          <w:sz w:val="24"/>
          <w:szCs w:val="24"/>
          <w:u w:val="single"/>
        </w:rPr>
      </w:pPr>
      <w:proofErr w:type="spellStart"/>
      <w:r w:rsidRPr="00D97086">
        <w:rPr>
          <w:rFonts w:ascii="Times New Roman" w:hAnsi="Times New Roman" w:cs="Times New Roman"/>
          <w:i/>
          <w:sz w:val="24"/>
          <w:szCs w:val="24"/>
          <w:u w:val="single"/>
        </w:rPr>
        <w:t>Rastet</w:t>
      </w:r>
      <w:proofErr w:type="spellEnd"/>
      <w:r w:rsidRPr="00D97086">
        <w:rPr>
          <w:rFonts w:ascii="Times New Roman" w:hAnsi="Times New Roman" w:cs="Times New Roman"/>
          <w:i/>
          <w:sz w:val="24"/>
          <w:szCs w:val="24"/>
          <w:u w:val="single"/>
        </w:rPr>
        <w:t xml:space="preserve"> </w:t>
      </w:r>
      <w:proofErr w:type="spellStart"/>
      <w:r w:rsidRPr="00D97086">
        <w:rPr>
          <w:rFonts w:ascii="Times New Roman" w:hAnsi="Times New Roman" w:cs="Times New Roman"/>
          <w:i/>
          <w:sz w:val="24"/>
          <w:szCs w:val="24"/>
          <w:u w:val="single"/>
        </w:rPr>
        <w:t>emergjente</w:t>
      </w:r>
      <w:proofErr w:type="spellEnd"/>
      <w:r w:rsidRPr="00D97086">
        <w:rPr>
          <w:rFonts w:ascii="Times New Roman" w:hAnsi="Times New Roman" w:cs="Times New Roman"/>
          <w:i/>
          <w:sz w:val="24"/>
          <w:szCs w:val="24"/>
          <w:u w:val="single"/>
        </w:rPr>
        <w:t xml:space="preserve"> </w:t>
      </w:r>
      <w:proofErr w:type="spellStart"/>
      <w:r w:rsidRPr="00D97086">
        <w:rPr>
          <w:rFonts w:ascii="Times New Roman" w:hAnsi="Times New Roman" w:cs="Times New Roman"/>
          <w:i/>
          <w:sz w:val="24"/>
          <w:szCs w:val="24"/>
          <w:u w:val="single"/>
        </w:rPr>
        <w:t>dhe</w:t>
      </w:r>
      <w:proofErr w:type="spellEnd"/>
      <w:r w:rsidRPr="00D97086">
        <w:rPr>
          <w:rFonts w:ascii="Times New Roman" w:hAnsi="Times New Roman" w:cs="Times New Roman"/>
          <w:i/>
          <w:sz w:val="24"/>
          <w:szCs w:val="24"/>
          <w:u w:val="single"/>
        </w:rPr>
        <w:t xml:space="preserve"> </w:t>
      </w:r>
      <w:proofErr w:type="spellStart"/>
      <w:r w:rsidRPr="00D97086">
        <w:rPr>
          <w:rFonts w:ascii="Times New Roman" w:hAnsi="Times New Roman" w:cs="Times New Roman"/>
          <w:i/>
          <w:sz w:val="24"/>
          <w:szCs w:val="24"/>
          <w:u w:val="single"/>
        </w:rPr>
        <w:t>afatmesme</w:t>
      </w:r>
      <w:proofErr w:type="spellEnd"/>
    </w:p>
    <w:p w14:paraId="71156146"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 xml:space="preserve">Në </w:t>
      </w:r>
      <w:proofErr w:type="spellStart"/>
      <w:r w:rsidRPr="00D97086">
        <w:rPr>
          <w:rFonts w:ascii="Times New Roman" w:hAnsi="Times New Roman" w:cs="Times New Roman"/>
          <w:sz w:val="24"/>
          <w:szCs w:val="24"/>
        </w:rPr>
        <w:t>periudhën</w:t>
      </w:r>
      <w:proofErr w:type="spellEnd"/>
      <w:r w:rsidRPr="00D97086">
        <w:rPr>
          <w:rFonts w:ascii="Times New Roman" w:hAnsi="Times New Roman" w:cs="Times New Roman"/>
          <w:sz w:val="24"/>
          <w:szCs w:val="24"/>
        </w:rPr>
        <w:t xml:space="preserve"> 2022–2024, Bashkia ka </w:t>
      </w:r>
      <w:proofErr w:type="spellStart"/>
      <w:r w:rsidRPr="00D97086">
        <w:rPr>
          <w:rFonts w:ascii="Times New Roman" w:hAnsi="Times New Roman" w:cs="Times New Roman"/>
          <w:sz w:val="24"/>
          <w:szCs w:val="24"/>
        </w:rPr>
        <w:t>evidentuar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raste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kufizuara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kërkojnë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ndërhyrje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urgjente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Janë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regjistruar</w:t>
      </w:r>
      <w:proofErr w:type="spellEnd"/>
      <w:r w:rsidRPr="00D97086">
        <w:rPr>
          <w:rFonts w:ascii="Times New Roman" w:hAnsi="Times New Roman" w:cs="Times New Roman"/>
          <w:sz w:val="24"/>
          <w:szCs w:val="24"/>
        </w:rPr>
        <w:t xml:space="preserve"> 3 </w:t>
      </w:r>
      <w:proofErr w:type="spellStart"/>
      <w:r w:rsidRPr="00D97086">
        <w:rPr>
          <w:rFonts w:ascii="Times New Roman" w:hAnsi="Times New Roman" w:cs="Times New Roman"/>
          <w:sz w:val="24"/>
          <w:szCs w:val="24"/>
        </w:rPr>
        <w:t>raste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emergjente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12 </w:t>
      </w:r>
      <w:proofErr w:type="spellStart"/>
      <w:r w:rsidRPr="00D97086">
        <w:rPr>
          <w:rFonts w:ascii="Times New Roman" w:hAnsi="Times New Roman" w:cs="Times New Roman"/>
          <w:sz w:val="24"/>
          <w:szCs w:val="24"/>
        </w:rPr>
        <w:t>raste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afatmesme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nivel</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bashkie</w:t>
      </w:r>
      <w:proofErr w:type="spellEnd"/>
      <w:r w:rsidR="00D1048F" w:rsidRPr="00D97086">
        <w:rPr>
          <w:rFonts w:ascii="Times New Roman" w:hAnsi="Times New Roman" w:cs="Times New Roman"/>
          <w:sz w:val="24"/>
          <w:szCs w:val="24"/>
        </w:rPr>
        <w:t xml:space="preserve"> (shiko </w:t>
      </w:r>
      <w:proofErr w:type="spellStart"/>
      <w:r w:rsidR="00D1048F" w:rsidRPr="00D97086">
        <w:rPr>
          <w:rFonts w:ascii="Times New Roman" w:hAnsi="Times New Roman" w:cs="Times New Roman"/>
          <w:sz w:val="24"/>
          <w:szCs w:val="24"/>
        </w:rPr>
        <w:t>Figurën</w:t>
      </w:r>
      <w:proofErr w:type="spellEnd"/>
      <w:r w:rsidR="00D1048F" w:rsidRPr="00D97086">
        <w:rPr>
          <w:rFonts w:ascii="Times New Roman" w:hAnsi="Times New Roman" w:cs="Times New Roman"/>
          <w:sz w:val="24"/>
          <w:szCs w:val="24"/>
        </w:rPr>
        <w:t xml:space="preserve"> 6 </w:t>
      </w:r>
      <w:proofErr w:type="spellStart"/>
      <w:r w:rsidR="00D1048F" w:rsidRPr="00D97086">
        <w:rPr>
          <w:rFonts w:ascii="Times New Roman" w:hAnsi="Times New Roman" w:cs="Times New Roman"/>
          <w:sz w:val="24"/>
          <w:szCs w:val="24"/>
        </w:rPr>
        <w:t>më</w:t>
      </w:r>
      <w:proofErr w:type="spellEnd"/>
      <w:r w:rsidR="00D1048F" w:rsidRPr="00D97086">
        <w:rPr>
          <w:rFonts w:ascii="Times New Roman" w:hAnsi="Times New Roman" w:cs="Times New Roman"/>
          <w:sz w:val="24"/>
          <w:szCs w:val="24"/>
        </w:rPr>
        <w:t xml:space="preserve"> </w:t>
      </w:r>
      <w:proofErr w:type="spellStart"/>
      <w:r w:rsidR="00D1048F" w:rsidRPr="00D97086">
        <w:rPr>
          <w:rFonts w:ascii="Times New Roman" w:hAnsi="Times New Roman" w:cs="Times New Roman"/>
          <w:sz w:val="24"/>
          <w:szCs w:val="24"/>
        </w:rPr>
        <w:t>poshtë</w:t>
      </w:r>
      <w:proofErr w:type="spellEnd"/>
      <w:r w:rsidR="00D1048F" w:rsidRPr="00D97086">
        <w:rPr>
          <w:rFonts w:ascii="Times New Roman" w:hAnsi="Times New Roman" w:cs="Times New Roman"/>
          <w:sz w:val="24"/>
          <w:szCs w:val="24"/>
        </w:rPr>
        <w:t>)</w:t>
      </w:r>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ku</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instrumenti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dominues</w:t>
      </w:r>
      <w:proofErr w:type="spellEnd"/>
      <w:r w:rsidRPr="00D97086">
        <w:rPr>
          <w:rFonts w:ascii="Times New Roman" w:hAnsi="Times New Roman" w:cs="Times New Roman"/>
          <w:sz w:val="24"/>
          <w:szCs w:val="24"/>
        </w:rPr>
        <w:t xml:space="preserve"> ka </w:t>
      </w:r>
      <w:proofErr w:type="spellStart"/>
      <w:r w:rsidRPr="00D97086">
        <w:rPr>
          <w:rFonts w:ascii="Times New Roman" w:hAnsi="Times New Roman" w:cs="Times New Roman"/>
          <w:sz w:val="24"/>
          <w:szCs w:val="24"/>
        </w:rPr>
        <w:t>qenë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subvencioni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qirasë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Stravaj</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nuk</w:t>
      </w:r>
      <w:proofErr w:type="spellEnd"/>
      <w:r w:rsidRPr="00D97086">
        <w:rPr>
          <w:rFonts w:ascii="Times New Roman" w:hAnsi="Times New Roman" w:cs="Times New Roman"/>
          <w:sz w:val="24"/>
          <w:szCs w:val="24"/>
        </w:rPr>
        <w:t xml:space="preserve"> ka </w:t>
      </w:r>
      <w:proofErr w:type="spellStart"/>
      <w:r w:rsidRPr="00D97086">
        <w:rPr>
          <w:rFonts w:ascii="Times New Roman" w:hAnsi="Times New Roman" w:cs="Times New Roman"/>
          <w:sz w:val="24"/>
          <w:szCs w:val="24"/>
        </w:rPr>
        <w:t>raste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evidentuara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ndërsa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ka </w:t>
      </w:r>
      <w:proofErr w:type="spellStart"/>
      <w:r w:rsidRPr="00D97086">
        <w:rPr>
          <w:rFonts w:ascii="Times New Roman" w:hAnsi="Times New Roman" w:cs="Times New Roman"/>
          <w:sz w:val="24"/>
          <w:szCs w:val="24"/>
        </w:rPr>
        <w:t>numrin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lartë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rasteve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afatmesme</w:t>
      </w:r>
      <w:proofErr w:type="spellEnd"/>
      <w:r w:rsidRPr="00D97086">
        <w:rPr>
          <w:rFonts w:ascii="Times New Roman" w:hAnsi="Times New Roman" w:cs="Times New Roman"/>
          <w:sz w:val="24"/>
          <w:szCs w:val="24"/>
        </w:rPr>
        <w:t xml:space="preserve"> (8). </w:t>
      </w:r>
      <w:proofErr w:type="spellStart"/>
      <w:r w:rsidRPr="00D97086">
        <w:rPr>
          <w:rFonts w:ascii="Times New Roman" w:hAnsi="Times New Roman" w:cs="Times New Roman"/>
          <w:sz w:val="24"/>
          <w:szCs w:val="24"/>
        </w:rPr>
        <w:t>Këto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tregojnë</w:t>
      </w:r>
      <w:proofErr w:type="spellEnd"/>
      <w:r w:rsidRPr="00D97086">
        <w:rPr>
          <w:rFonts w:ascii="Times New Roman" w:hAnsi="Times New Roman" w:cs="Times New Roman"/>
          <w:sz w:val="24"/>
          <w:szCs w:val="24"/>
        </w:rPr>
        <w:t xml:space="preserve"> se </w:t>
      </w:r>
      <w:proofErr w:type="spellStart"/>
      <w:r w:rsidRPr="00D97086">
        <w:rPr>
          <w:rFonts w:ascii="Times New Roman" w:hAnsi="Times New Roman" w:cs="Times New Roman"/>
          <w:sz w:val="24"/>
          <w:szCs w:val="24"/>
        </w:rPr>
        <w:t>mekanizmat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menaxhimin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situatave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urgjente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funksionojnë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mbulimi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mbetet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shumë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kufizuar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pa një </w:t>
      </w:r>
      <w:proofErr w:type="spellStart"/>
      <w:r w:rsidRPr="00D97086">
        <w:rPr>
          <w:rFonts w:ascii="Times New Roman" w:hAnsi="Times New Roman" w:cs="Times New Roman"/>
          <w:sz w:val="24"/>
          <w:szCs w:val="24"/>
        </w:rPr>
        <w:t>databazë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plotë</w:t>
      </w:r>
      <w:proofErr w:type="spellEnd"/>
      <w:r w:rsidRPr="00D97086">
        <w:rPr>
          <w:rFonts w:ascii="Times New Roman" w:hAnsi="Times New Roman" w:cs="Times New Roman"/>
          <w:sz w:val="24"/>
          <w:szCs w:val="24"/>
        </w:rPr>
        <w:t>.</w:t>
      </w:r>
    </w:p>
    <w:p w14:paraId="5C41BA1B" w14:textId="77777777" w:rsidR="008B3784" w:rsidRPr="00D97086" w:rsidRDefault="00D1048F"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Figura</w:t>
      </w:r>
      <w:proofErr w:type="spellEnd"/>
      <w:r w:rsidRPr="00D97086">
        <w:rPr>
          <w:rFonts w:ascii="Times New Roman" w:hAnsi="Times New Roman" w:cs="Times New Roman"/>
          <w:sz w:val="24"/>
          <w:szCs w:val="24"/>
        </w:rPr>
        <w:t xml:space="preserve"> 6</w:t>
      </w:r>
      <w:r w:rsidR="008B3784" w:rsidRPr="00D97086">
        <w:rPr>
          <w:rFonts w:ascii="Times New Roman" w:hAnsi="Times New Roman" w:cs="Times New Roman"/>
          <w:sz w:val="24"/>
          <w:szCs w:val="24"/>
        </w:rPr>
        <w:t xml:space="preserve">. </w:t>
      </w:r>
      <w:proofErr w:type="spellStart"/>
      <w:r w:rsidR="008B3784" w:rsidRPr="00D97086">
        <w:rPr>
          <w:rFonts w:ascii="Times New Roman" w:hAnsi="Times New Roman" w:cs="Times New Roman"/>
          <w:sz w:val="24"/>
          <w:szCs w:val="24"/>
        </w:rPr>
        <w:t>Rastet</w:t>
      </w:r>
      <w:proofErr w:type="spellEnd"/>
      <w:r w:rsidR="008B3784" w:rsidRPr="00D97086">
        <w:rPr>
          <w:rFonts w:ascii="Times New Roman" w:hAnsi="Times New Roman" w:cs="Times New Roman"/>
          <w:sz w:val="24"/>
          <w:szCs w:val="24"/>
        </w:rPr>
        <w:t xml:space="preserve"> </w:t>
      </w:r>
      <w:proofErr w:type="spellStart"/>
      <w:r w:rsidR="008B3784" w:rsidRPr="00D97086">
        <w:rPr>
          <w:rFonts w:ascii="Times New Roman" w:hAnsi="Times New Roman" w:cs="Times New Roman"/>
          <w:sz w:val="24"/>
          <w:szCs w:val="24"/>
        </w:rPr>
        <w:t>emergjente</w:t>
      </w:r>
      <w:proofErr w:type="spellEnd"/>
      <w:r w:rsidR="008B3784" w:rsidRPr="00D97086">
        <w:rPr>
          <w:rFonts w:ascii="Times New Roman" w:hAnsi="Times New Roman" w:cs="Times New Roman"/>
          <w:sz w:val="24"/>
          <w:szCs w:val="24"/>
        </w:rPr>
        <w:t xml:space="preserve"> </w:t>
      </w:r>
      <w:proofErr w:type="spellStart"/>
      <w:r w:rsidR="008B3784" w:rsidRPr="00D97086">
        <w:rPr>
          <w:rFonts w:ascii="Times New Roman" w:hAnsi="Times New Roman" w:cs="Times New Roman"/>
          <w:sz w:val="24"/>
          <w:szCs w:val="24"/>
        </w:rPr>
        <w:t>dhe</w:t>
      </w:r>
      <w:proofErr w:type="spellEnd"/>
      <w:r w:rsidR="008B3784" w:rsidRPr="00D97086">
        <w:rPr>
          <w:rFonts w:ascii="Times New Roman" w:hAnsi="Times New Roman" w:cs="Times New Roman"/>
          <w:sz w:val="24"/>
          <w:szCs w:val="24"/>
        </w:rPr>
        <w:t xml:space="preserve"> </w:t>
      </w:r>
      <w:proofErr w:type="spellStart"/>
      <w:r w:rsidR="008B3784" w:rsidRPr="00D97086">
        <w:rPr>
          <w:rFonts w:ascii="Times New Roman" w:hAnsi="Times New Roman" w:cs="Times New Roman"/>
          <w:sz w:val="24"/>
          <w:szCs w:val="24"/>
        </w:rPr>
        <w:t>afatmesme</w:t>
      </w:r>
      <w:proofErr w:type="spellEnd"/>
      <w:r w:rsidR="008B3784" w:rsidRPr="00D97086">
        <w:rPr>
          <w:rFonts w:ascii="Times New Roman" w:hAnsi="Times New Roman" w:cs="Times New Roman"/>
          <w:sz w:val="24"/>
          <w:szCs w:val="24"/>
        </w:rPr>
        <w:t xml:space="preserve"> </w:t>
      </w:r>
      <w:proofErr w:type="spellStart"/>
      <w:r w:rsidR="008B3784" w:rsidRPr="00D97086">
        <w:rPr>
          <w:rFonts w:ascii="Times New Roman" w:hAnsi="Times New Roman" w:cs="Times New Roman"/>
          <w:sz w:val="24"/>
          <w:szCs w:val="24"/>
        </w:rPr>
        <w:t>sipas</w:t>
      </w:r>
      <w:proofErr w:type="spellEnd"/>
      <w:r w:rsidR="008B3784" w:rsidRPr="00D97086">
        <w:rPr>
          <w:rFonts w:ascii="Times New Roman" w:hAnsi="Times New Roman" w:cs="Times New Roman"/>
          <w:sz w:val="24"/>
          <w:szCs w:val="24"/>
        </w:rPr>
        <w:t xml:space="preserve"> </w:t>
      </w:r>
      <w:proofErr w:type="spellStart"/>
      <w:r w:rsidR="008B3784" w:rsidRPr="00D97086">
        <w:rPr>
          <w:rFonts w:ascii="Times New Roman" w:hAnsi="Times New Roman" w:cs="Times New Roman"/>
          <w:sz w:val="24"/>
          <w:szCs w:val="24"/>
        </w:rPr>
        <w:t>Njësive</w:t>
      </w:r>
      <w:proofErr w:type="spellEnd"/>
      <w:r w:rsidR="008B3784" w:rsidRPr="00D97086">
        <w:rPr>
          <w:rFonts w:ascii="Times New Roman" w:hAnsi="Times New Roman" w:cs="Times New Roman"/>
          <w:sz w:val="24"/>
          <w:szCs w:val="24"/>
        </w:rPr>
        <w:t xml:space="preserve"> Administrative</w:t>
      </w:r>
    </w:p>
    <w:tbl>
      <w:tblPr>
        <w:tblStyle w:val="LightGrid-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8"/>
        <w:gridCol w:w="2876"/>
        <w:gridCol w:w="2876"/>
      </w:tblGrid>
      <w:tr w:rsidR="008B3784" w:rsidRPr="00D97086" w14:paraId="0C94E0A4" w14:textId="77777777" w:rsidTr="00FC26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608D8B6D" w14:textId="77777777" w:rsidR="008B3784" w:rsidRPr="00D97086" w:rsidRDefault="008B3784" w:rsidP="00B06CA4">
            <w:pPr>
              <w:jc w:val="both"/>
              <w:rPr>
                <w:rFonts w:ascii="Times New Roman" w:hAnsi="Times New Roman" w:cs="Times New Roman"/>
                <w:sz w:val="28"/>
                <w:szCs w:val="28"/>
              </w:rPr>
            </w:pPr>
            <w:proofErr w:type="spellStart"/>
            <w:r w:rsidRPr="00D97086">
              <w:rPr>
                <w:rFonts w:ascii="Times New Roman" w:hAnsi="Times New Roman" w:cs="Times New Roman"/>
                <w:sz w:val="28"/>
                <w:szCs w:val="28"/>
              </w:rPr>
              <w:t>Njësia</w:t>
            </w:r>
            <w:proofErr w:type="spellEnd"/>
            <w:r w:rsidRPr="00D97086">
              <w:rPr>
                <w:rFonts w:ascii="Times New Roman" w:hAnsi="Times New Roman" w:cs="Times New Roman"/>
                <w:sz w:val="28"/>
                <w:szCs w:val="28"/>
              </w:rPr>
              <w:t xml:space="preserve"> Administrative</w:t>
            </w:r>
          </w:p>
        </w:tc>
        <w:tc>
          <w:tcPr>
            <w:tcW w:w="2880"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312ACAD6" w14:textId="77777777" w:rsidR="008B3784" w:rsidRPr="00D97086" w:rsidRDefault="008B3784" w:rsidP="00B06CA4">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roofErr w:type="spellStart"/>
            <w:r w:rsidRPr="00D97086">
              <w:rPr>
                <w:rFonts w:ascii="Times New Roman" w:hAnsi="Times New Roman" w:cs="Times New Roman"/>
                <w:sz w:val="28"/>
                <w:szCs w:val="28"/>
              </w:rPr>
              <w:t>Rastet</w:t>
            </w:r>
            <w:proofErr w:type="spellEnd"/>
            <w:r w:rsidRPr="00D97086">
              <w:rPr>
                <w:rFonts w:ascii="Times New Roman" w:hAnsi="Times New Roman" w:cs="Times New Roman"/>
                <w:sz w:val="28"/>
                <w:szCs w:val="28"/>
              </w:rPr>
              <w:t xml:space="preserve"> </w:t>
            </w:r>
            <w:proofErr w:type="spellStart"/>
            <w:r w:rsidRPr="00D97086">
              <w:rPr>
                <w:rFonts w:ascii="Times New Roman" w:hAnsi="Times New Roman" w:cs="Times New Roman"/>
                <w:sz w:val="28"/>
                <w:szCs w:val="28"/>
              </w:rPr>
              <w:t>emergjente</w:t>
            </w:r>
            <w:proofErr w:type="spellEnd"/>
          </w:p>
        </w:tc>
        <w:tc>
          <w:tcPr>
            <w:tcW w:w="2880"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51B43F58" w14:textId="77777777" w:rsidR="008B3784" w:rsidRPr="00D97086" w:rsidRDefault="008B3784" w:rsidP="00B06CA4">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roofErr w:type="spellStart"/>
            <w:r w:rsidRPr="00D97086">
              <w:rPr>
                <w:rFonts w:ascii="Times New Roman" w:hAnsi="Times New Roman" w:cs="Times New Roman"/>
                <w:sz w:val="28"/>
                <w:szCs w:val="28"/>
              </w:rPr>
              <w:t>Rastet</w:t>
            </w:r>
            <w:proofErr w:type="spellEnd"/>
            <w:r w:rsidRPr="00D97086">
              <w:rPr>
                <w:rFonts w:ascii="Times New Roman" w:hAnsi="Times New Roman" w:cs="Times New Roman"/>
                <w:sz w:val="28"/>
                <w:szCs w:val="28"/>
              </w:rPr>
              <w:t xml:space="preserve"> </w:t>
            </w:r>
            <w:proofErr w:type="spellStart"/>
            <w:r w:rsidRPr="00D97086">
              <w:rPr>
                <w:rFonts w:ascii="Times New Roman" w:hAnsi="Times New Roman" w:cs="Times New Roman"/>
                <w:sz w:val="28"/>
                <w:szCs w:val="28"/>
              </w:rPr>
              <w:t>afatmesme</w:t>
            </w:r>
            <w:proofErr w:type="spellEnd"/>
          </w:p>
          <w:p w14:paraId="0AEEF760" w14:textId="77777777" w:rsidR="00FC26B4" w:rsidRPr="00D97086" w:rsidRDefault="00FC26B4" w:rsidP="00B06CA4">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
        </w:tc>
      </w:tr>
      <w:tr w:rsidR="008B3784" w:rsidRPr="00D97086" w14:paraId="567A0E73" w14:textId="77777777" w:rsidTr="00712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Borders>
              <w:top w:val="none" w:sz="0" w:space="0" w:color="auto"/>
              <w:left w:val="none" w:sz="0" w:space="0" w:color="auto"/>
              <w:bottom w:val="none" w:sz="0" w:space="0" w:color="auto"/>
              <w:right w:val="none" w:sz="0" w:space="0" w:color="auto"/>
            </w:tcBorders>
            <w:shd w:val="clear" w:color="auto" w:fill="auto"/>
          </w:tcPr>
          <w:p w14:paraId="467AA0FC"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Prrenjas</w:t>
            </w:r>
            <w:proofErr w:type="spellEnd"/>
          </w:p>
        </w:tc>
        <w:tc>
          <w:tcPr>
            <w:tcW w:w="2880" w:type="dxa"/>
            <w:tcBorders>
              <w:top w:val="none" w:sz="0" w:space="0" w:color="auto"/>
              <w:left w:val="none" w:sz="0" w:space="0" w:color="auto"/>
              <w:bottom w:val="none" w:sz="0" w:space="0" w:color="auto"/>
              <w:right w:val="none" w:sz="0" w:space="0" w:color="auto"/>
            </w:tcBorders>
            <w:shd w:val="clear" w:color="auto" w:fill="auto"/>
          </w:tcPr>
          <w:p w14:paraId="697EC03B" w14:textId="77777777" w:rsidR="008B3784" w:rsidRPr="00D97086" w:rsidRDefault="008B3784" w:rsidP="00B06CA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1</w:t>
            </w:r>
          </w:p>
        </w:tc>
        <w:tc>
          <w:tcPr>
            <w:tcW w:w="2880" w:type="dxa"/>
            <w:tcBorders>
              <w:top w:val="none" w:sz="0" w:space="0" w:color="auto"/>
              <w:left w:val="none" w:sz="0" w:space="0" w:color="auto"/>
              <w:bottom w:val="none" w:sz="0" w:space="0" w:color="auto"/>
              <w:right w:val="none" w:sz="0" w:space="0" w:color="auto"/>
            </w:tcBorders>
            <w:shd w:val="clear" w:color="auto" w:fill="auto"/>
          </w:tcPr>
          <w:p w14:paraId="3EA18BB9" w14:textId="77777777" w:rsidR="008B3784" w:rsidRPr="00D97086" w:rsidRDefault="008B3784" w:rsidP="00B06CA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8</w:t>
            </w:r>
          </w:p>
        </w:tc>
      </w:tr>
      <w:tr w:rsidR="008B3784" w:rsidRPr="00D97086" w14:paraId="00977CC9" w14:textId="77777777" w:rsidTr="00712EC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Borders>
              <w:top w:val="none" w:sz="0" w:space="0" w:color="auto"/>
              <w:left w:val="none" w:sz="0" w:space="0" w:color="auto"/>
              <w:bottom w:val="none" w:sz="0" w:space="0" w:color="auto"/>
              <w:right w:val="none" w:sz="0" w:space="0" w:color="auto"/>
            </w:tcBorders>
          </w:tcPr>
          <w:p w14:paraId="23892E3E"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Rrajcë</w:t>
            </w:r>
            <w:proofErr w:type="spellEnd"/>
          </w:p>
        </w:tc>
        <w:tc>
          <w:tcPr>
            <w:tcW w:w="2880" w:type="dxa"/>
            <w:tcBorders>
              <w:top w:val="none" w:sz="0" w:space="0" w:color="auto"/>
              <w:left w:val="none" w:sz="0" w:space="0" w:color="auto"/>
              <w:bottom w:val="none" w:sz="0" w:space="0" w:color="auto"/>
              <w:right w:val="none" w:sz="0" w:space="0" w:color="auto"/>
            </w:tcBorders>
          </w:tcPr>
          <w:p w14:paraId="60BFB98B" w14:textId="77777777" w:rsidR="008B3784" w:rsidRPr="00D97086" w:rsidRDefault="008B3784" w:rsidP="00B06CA4">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1</w:t>
            </w:r>
          </w:p>
        </w:tc>
        <w:tc>
          <w:tcPr>
            <w:tcW w:w="2880" w:type="dxa"/>
            <w:tcBorders>
              <w:top w:val="none" w:sz="0" w:space="0" w:color="auto"/>
              <w:left w:val="none" w:sz="0" w:space="0" w:color="auto"/>
              <w:bottom w:val="none" w:sz="0" w:space="0" w:color="auto"/>
              <w:right w:val="none" w:sz="0" w:space="0" w:color="auto"/>
            </w:tcBorders>
          </w:tcPr>
          <w:p w14:paraId="363DEC1A" w14:textId="77777777" w:rsidR="008B3784" w:rsidRPr="00D97086" w:rsidRDefault="008B3784" w:rsidP="00B06CA4">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2</w:t>
            </w:r>
          </w:p>
        </w:tc>
      </w:tr>
      <w:tr w:rsidR="008B3784" w:rsidRPr="00D97086" w14:paraId="7A82F3E3" w14:textId="77777777" w:rsidTr="00712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Borders>
              <w:top w:val="none" w:sz="0" w:space="0" w:color="auto"/>
              <w:left w:val="none" w:sz="0" w:space="0" w:color="auto"/>
              <w:bottom w:val="none" w:sz="0" w:space="0" w:color="auto"/>
              <w:right w:val="none" w:sz="0" w:space="0" w:color="auto"/>
            </w:tcBorders>
            <w:shd w:val="clear" w:color="auto" w:fill="auto"/>
          </w:tcPr>
          <w:p w14:paraId="4E9AEE9B"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Qukës</w:t>
            </w:r>
            <w:proofErr w:type="spellEnd"/>
          </w:p>
        </w:tc>
        <w:tc>
          <w:tcPr>
            <w:tcW w:w="2880" w:type="dxa"/>
            <w:tcBorders>
              <w:top w:val="none" w:sz="0" w:space="0" w:color="auto"/>
              <w:left w:val="none" w:sz="0" w:space="0" w:color="auto"/>
              <w:bottom w:val="none" w:sz="0" w:space="0" w:color="auto"/>
              <w:right w:val="none" w:sz="0" w:space="0" w:color="auto"/>
            </w:tcBorders>
            <w:shd w:val="clear" w:color="auto" w:fill="auto"/>
          </w:tcPr>
          <w:p w14:paraId="28C08402" w14:textId="77777777" w:rsidR="008B3784" w:rsidRPr="00D97086" w:rsidRDefault="008B3784" w:rsidP="00B06CA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1</w:t>
            </w:r>
          </w:p>
        </w:tc>
        <w:tc>
          <w:tcPr>
            <w:tcW w:w="2880" w:type="dxa"/>
            <w:tcBorders>
              <w:top w:val="none" w:sz="0" w:space="0" w:color="auto"/>
              <w:left w:val="none" w:sz="0" w:space="0" w:color="auto"/>
              <w:bottom w:val="none" w:sz="0" w:space="0" w:color="auto"/>
              <w:right w:val="none" w:sz="0" w:space="0" w:color="auto"/>
            </w:tcBorders>
            <w:shd w:val="clear" w:color="auto" w:fill="auto"/>
          </w:tcPr>
          <w:p w14:paraId="7C94FB8B" w14:textId="77777777" w:rsidR="008B3784" w:rsidRPr="00D97086" w:rsidRDefault="008B3784" w:rsidP="00B06CA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2</w:t>
            </w:r>
          </w:p>
        </w:tc>
      </w:tr>
      <w:tr w:rsidR="008B3784" w:rsidRPr="00D97086" w14:paraId="6B5C3FDD" w14:textId="77777777" w:rsidTr="00712EC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Borders>
              <w:top w:val="none" w:sz="0" w:space="0" w:color="auto"/>
              <w:left w:val="none" w:sz="0" w:space="0" w:color="auto"/>
              <w:bottom w:val="none" w:sz="0" w:space="0" w:color="auto"/>
              <w:right w:val="none" w:sz="0" w:space="0" w:color="auto"/>
            </w:tcBorders>
          </w:tcPr>
          <w:p w14:paraId="0CD336FE"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Stravaj</w:t>
            </w:r>
            <w:proofErr w:type="spellEnd"/>
          </w:p>
        </w:tc>
        <w:tc>
          <w:tcPr>
            <w:tcW w:w="2880" w:type="dxa"/>
            <w:tcBorders>
              <w:top w:val="none" w:sz="0" w:space="0" w:color="auto"/>
              <w:left w:val="none" w:sz="0" w:space="0" w:color="auto"/>
              <w:bottom w:val="none" w:sz="0" w:space="0" w:color="auto"/>
              <w:right w:val="none" w:sz="0" w:space="0" w:color="auto"/>
            </w:tcBorders>
          </w:tcPr>
          <w:p w14:paraId="1DF15490" w14:textId="77777777" w:rsidR="008B3784" w:rsidRPr="00D97086" w:rsidRDefault="008B3784" w:rsidP="00B06CA4">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0</w:t>
            </w:r>
          </w:p>
        </w:tc>
        <w:tc>
          <w:tcPr>
            <w:tcW w:w="2880" w:type="dxa"/>
            <w:tcBorders>
              <w:top w:val="none" w:sz="0" w:space="0" w:color="auto"/>
              <w:left w:val="none" w:sz="0" w:space="0" w:color="auto"/>
              <w:bottom w:val="none" w:sz="0" w:space="0" w:color="auto"/>
              <w:right w:val="none" w:sz="0" w:space="0" w:color="auto"/>
            </w:tcBorders>
          </w:tcPr>
          <w:p w14:paraId="4E45EB2F" w14:textId="77777777" w:rsidR="008B3784" w:rsidRPr="00D97086" w:rsidRDefault="008B3784" w:rsidP="00B06CA4">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0</w:t>
            </w:r>
          </w:p>
        </w:tc>
      </w:tr>
    </w:tbl>
    <w:p w14:paraId="4D0B00AA" w14:textId="77777777" w:rsidR="008B3784" w:rsidRPr="00D97086" w:rsidRDefault="00D1048F"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Burimi</w:t>
      </w:r>
      <w:proofErr w:type="spellEnd"/>
      <w:r w:rsidRPr="00D97086">
        <w:rPr>
          <w:rFonts w:ascii="Times New Roman" w:hAnsi="Times New Roman" w:cs="Times New Roman"/>
          <w:sz w:val="24"/>
          <w:szCs w:val="24"/>
        </w:rPr>
        <w:t xml:space="preserve">: Bashkia </w:t>
      </w:r>
      <w:proofErr w:type="spellStart"/>
      <w:r w:rsidRPr="00D97086">
        <w:rPr>
          <w:rFonts w:ascii="Times New Roman" w:hAnsi="Times New Roman" w:cs="Times New Roman"/>
          <w:sz w:val="24"/>
          <w:szCs w:val="24"/>
        </w:rPr>
        <w:t>Prrenjas</w:t>
      </w:r>
      <w:proofErr w:type="spellEnd"/>
    </w:p>
    <w:p w14:paraId="3A254B81" w14:textId="77777777" w:rsidR="008B3784" w:rsidRPr="00D97086" w:rsidRDefault="008B3784" w:rsidP="00B06CA4">
      <w:pPr>
        <w:jc w:val="both"/>
        <w:rPr>
          <w:rFonts w:ascii="Times New Roman" w:hAnsi="Times New Roman" w:cs="Times New Roman"/>
          <w:i/>
          <w:sz w:val="24"/>
          <w:szCs w:val="24"/>
          <w:u w:val="single"/>
        </w:rPr>
      </w:pPr>
      <w:proofErr w:type="spellStart"/>
      <w:r w:rsidRPr="00D97086">
        <w:rPr>
          <w:rFonts w:ascii="Times New Roman" w:hAnsi="Times New Roman" w:cs="Times New Roman"/>
          <w:i/>
          <w:sz w:val="24"/>
          <w:szCs w:val="24"/>
          <w:u w:val="single"/>
        </w:rPr>
        <w:t>Programet</w:t>
      </w:r>
      <w:proofErr w:type="spellEnd"/>
      <w:r w:rsidRPr="00D97086">
        <w:rPr>
          <w:rFonts w:ascii="Times New Roman" w:hAnsi="Times New Roman" w:cs="Times New Roman"/>
          <w:i/>
          <w:sz w:val="24"/>
          <w:szCs w:val="24"/>
          <w:u w:val="single"/>
        </w:rPr>
        <w:t xml:space="preserve"> </w:t>
      </w:r>
      <w:proofErr w:type="spellStart"/>
      <w:r w:rsidRPr="00D97086">
        <w:rPr>
          <w:rFonts w:ascii="Times New Roman" w:hAnsi="Times New Roman" w:cs="Times New Roman"/>
          <w:i/>
          <w:sz w:val="24"/>
          <w:szCs w:val="24"/>
          <w:u w:val="single"/>
        </w:rPr>
        <w:t>ekzistuese</w:t>
      </w:r>
      <w:proofErr w:type="spellEnd"/>
      <w:r w:rsidRPr="00D97086">
        <w:rPr>
          <w:rFonts w:ascii="Times New Roman" w:hAnsi="Times New Roman" w:cs="Times New Roman"/>
          <w:i/>
          <w:sz w:val="24"/>
          <w:szCs w:val="24"/>
          <w:u w:val="single"/>
        </w:rPr>
        <w:t xml:space="preserve"> të </w:t>
      </w:r>
      <w:proofErr w:type="spellStart"/>
      <w:r w:rsidRPr="00D97086">
        <w:rPr>
          <w:rFonts w:ascii="Times New Roman" w:hAnsi="Times New Roman" w:cs="Times New Roman"/>
          <w:i/>
          <w:sz w:val="24"/>
          <w:szCs w:val="24"/>
          <w:u w:val="single"/>
        </w:rPr>
        <w:t>strehimit</w:t>
      </w:r>
      <w:proofErr w:type="spellEnd"/>
      <w:r w:rsidRPr="00D97086">
        <w:rPr>
          <w:rFonts w:ascii="Times New Roman" w:hAnsi="Times New Roman" w:cs="Times New Roman"/>
          <w:i/>
          <w:sz w:val="24"/>
          <w:szCs w:val="24"/>
          <w:u w:val="single"/>
        </w:rPr>
        <w:t xml:space="preserve"> </w:t>
      </w:r>
      <w:proofErr w:type="spellStart"/>
      <w:r w:rsidRPr="00D97086">
        <w:rPr>
          <w:rFonts w:ascii="Times New Roman" w:hAnsi="Times New Roman" w:cs="Times New Roman"/>
          <w:i/>
          <w:sz w:val="24"/>
          <w:szCs w:val="24"/>
          <w:u w:val="single"/>
        </w:rPr>
        <w:t>dhe</w:t>
      </w:r>
      <w:proofErr w:type="spellEnd"/>
      <w:r w:rsidRPr="00D97086">
        <w:rPr>
          <w:rFonts w:ascii="Times New Roman" w:hAnsi="Times New Roman" w:cs="Times New Roman"/>
          <w:i/>
          <w:sz w:val="24"/>
          <w:szCs w:val="24"/>
          <w:u w:val="single"/>
        </w:rPr>
        <w:t xml:space="preserve"> </w:t>
      </w:r>
      <w:proofErr w:type="spellStart"/>
      <w:r w:rsidRPr="00D97086">
        <w:rPr>
          <w:rFonts w:ascii="Times New Roman" w:hAnsi="Times New Roman" w:cs="Times New Roman"/>
          <w:i/>
          <w:sz w:val="24"/>
          <w:szCs w:val="24"/>
          <w:u w:val="single"/>
        </w:rPr>
        <w:t>analiza</w:t>
      </w:r>
      <w:proofErr w:type="spellEnd"/>
      <w:r w:rsidRPr="00D97086">
        <w:rPr>
          <w:rFonts w:ascii="Times New Roman" w:hAnsi="Times New Roman" w:cs="Times New Roman"/>
          <w:i/>
          <w:sz w:val="24"/>
          <w:szCs w:val="24"/>
          <w:u w:val="single"/>
        </w:rPr>
        <w:t xml:space="preserve"> e </w:t>
      </w:r>
      <w:proofErr w:type="spellStart"/>
      <w:r w:rsidRPr="00D97086">
        <w:rPr>
          <w:rFonts w:ascii="Times New Roman" w:hAnsi="Times New Roman" w:cs="Times New Roman"/>
          <w:i/>
          <w:sz w:val="24"/>
          <w:szCs w:val="24"/>
          <w:u w:val="single"/>
        </w:rPr>
        <w:t>ndikimit</w:t>
      </w:r>
      <w:proofErr w:type="spellEnd"/>
    </w:p>
    <w:p w14:paraId="43CE7439"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 xml:space="preserve">Bashkia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ka </w:t>
      </w:r>
      <w:proofErr w:type="spellStart"/>
      <w:r w:rsidRPr="00D97086">
        <w:rPr>
          <w:rFonts w:ascii="Times New Roman" w:hAnsi="Times New Roman" w:cs="Times New Roman"/>
          <w:sz w:val="24"/>
          <w:szCs w:val="24"/>
        </w:rPr>
        <w:t>zbatuar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instrumente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ndryshme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w:t>
      </w:r>
    </w:p>
    <w:p w14:paraId="624D78CF" w14:textId="77777777" w:rsidR="008B3784" w:rsidRPr="00D97086" w:rsidRDefault="008B3784" w:rsidP="00B06CA4">
      <w:pPr>
        <w:pStyle w:val="ListParagraph"/>
        <w:numPr>
          <w:ilvl w:val="0"/>
          <w:numId w:val="16"/>
        </w:numPr>
        <w:jc w:val="both"/>
        <w:rPr>
          <w:rFonts w:ascii="Times New Roman" w:hAnsi="Times New Roman" w:cs="Times New Roman"/>
          <w:sz w:val="24"/>
          <w:szCs w:val="24"/>
        </w:rPr>
      </w:pPr>
      <w:proofErr w:type="spellStart"/>
      <w:r w:rsidRPr="00D97086">
        <w:rPr>
          <w:rFonts w:ascii="Times New Roman" w:hAnsi="Times New Roman" w:cs="Times New Roman"/>
          <w:sz w:val="24"/>
          <w:szCs w:val="24"/>
        </w:rPr>
        <w:t>Kredi</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buta</w:t>
      </w:r>
      <w:proofErr w:type="spellEnd"/>
      <w:r w:rsidRPr="00D97086">
        <w:rPr>
          <w:rFonts w:ascii="Times New Roman" w:hAnsi="Times New Roman" w:cs="Times New Roman"/>
          <w:sz w:val="24"/>
          <w:szCs w:val="24"/>
        </w:rPr>
        <w:t xml:space="preserve">: 11 </w:t>
      </w:r>
      <w:proofErr w:type="spellStart"/>
      <w:r w:rsidRPr="00D97086">
        <w:rPr>
          <w:rFonts w:ascii="Times New Roman" w:hAnsi="Times New Roman" w:cs="Times New Roman"/>
          <w:sz w:val="24"/>
          <w:szCs w:val="24"/>
        </w:rPr>
        <w:t>përfitues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gjithsej</w:t>
      </w:r>
      <w:proofErr w:type="spellEnd"/>
      <w:r w:rsidRPr="00D97086">
        <w:rPr>
          <w:rFonts w:ascii="Times New Roman" w:hAnsi="Times New Roman" w:cs="Times New Roman"/>
          <w:sz w:val="24"/>
          <w:szCs w:val="24"/>
        </w:rPr>
        <w:t>.</w:t>
      </w:r>
    </w:p>
    <w:p w14:paraId="51208FB0" w14:textId="77777777" w:rsidR="008B3784" w:rsidRPr="00D97086" w:rsidRDefault="008B3784" w:rsidP="00B06CA4">
      <w:pPr>
        <w:pStyle w:val="ListParagraph"/>
        <w:numPr>
          <w:ilvl w:val="0"/>
          <w:numId w:val="16"/>
        </w:numPr>
        <w:jc w:val="both"/>
        <w:rPr>
          <w:rFonts w:ascii="Times New Roman" w:hAnsi="Times New Roman" w:cs="Times New Roman"/>
          <w:sz w:val="24"/>
          <w:szCs w:val="24"/>
        </w:rPr>
      </w:pPr>
      <w:proofErr w:type="spellStart"/>
      <w:r w:rsidRPr="00D97086">
        <w:rPr>
          <w:rFonts w:ascii="Times New Roman" w:hAnsi="Times New Roman" w:cs="Times New Roman"/>
          <w:sz w:val="24"/>
          <w:szCs w:val="24"/>
        </w:rPr>
        <w:t>Subvencione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qiraje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nevojë</w:t>
      </w:r>
      <w:proofErr w:type="spellEnd"/>
      <w:r w:rsidRPr="00D97086">
        <w:rPr>
          <w:rFonts w:ascii="Times New Roman" w:hAnsi="Times New Roman" w:cs="Times New Roman"/>
          <w:sz w:val="24"/>
          <w:szCs w:val="24"/>
        </w:rPr>
        <w:t>.</w:t>
      </w:r>
    </w:p>
    <w:p w14:paraId="693541C1" w14:textId="77777777" w:rsidR="008B3784" w:rsidRPr="005B1542" w:rsidRDefault="008B3784" w:rsidP="00B06CA4">
      <w:pPr>
        <w:pStyle w:val="ListParagraph"/>
        <w:numPr>
          <w:ilvl w:val="0"/>
          <w:numId w:val="16"/>
        </w:num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Truall prej 3.64 ha i dedikuar për ndërtimin e banesave sociale.</w:t>
      </w:r>
    </w:p>
    <w:p w14:paraId="3B287BC1" w14:textId="77777777" w:rsidR="008B3784" w:rsidRPr="005B1542" w:rsidRDefault="008B3784" w:rsidP="00B06CA4">
      <w:pPr>
        <w:pStyle w:val="ListParagraph"/>
        <w:numPr>
          <w:ilvl w:val="0"/>
          <w:numId w:val="16"/>
        </w:num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Përmirësimi i kushteve të banimit</w:t>
      </w:r>
      <w:r w:rsidR="00175BB0" w:rsidRPr="005B1542">
        <w:rPr>
          <w:rFonts w:ascii="Times New Roman" w:hAnsi="Times New Roman" w:cs="Times New Roman"/>
          <w:sz w:val="24"/>
          <w:szCs w:val="24"/>
          <w:lang w:val="it-IT"/>
        </w:rPr>
        <w:t>.</w:t>
      </w:r>
      <w:r w:rsidRPr="005B1542">
        <w:rPr>
          <w:rFonts w:ascii="Times New Roman" w:hAnsi="Times New Roman" w:cs="Times New Roman"/>
          <w:sz w:val="24"/>
          <w:szCs w:val="24"/>
          <w:lang w:val="it-IT"/>
        </w:rPr>
        <w:t xml:space="preserve"> </w:t>
      </w:r>
    </w:p>
    <w:p w14:paraId="1B207182" w14:textId="77777777" w:rsidR="008B3784" w:rsidRPr="005B1542" w:rsidRDefault="008B3784" w:rsidP="00B06CA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Ndikimi i këtyre pr</w:t>
      </w:r>
      <w:r w:rsidR="00175BB0" w:rsidRPr="005B1542">
        <w:rPr>
          <w:rFonts w:ascii="Times New Roman" w:hAnsi="Times New Roman" w:cs="Times New Roman"/>
          <w:sz w:val="24"/>
          <w:szCs w:val="24"/>
          <w:lang w:val="it-IT"/>
        </w:rPr>
        <w:t>ogrameve është ende i kufizuar:</w:t>
      </w:r>
    </w:p>
    <w:p w14:paraId="46AF4C43" w14:textId="77777777" w:rsidR="008B3784" w:rsidRPr="00D97086" w:rsidRDefault="008B3784" w:rsidP="00B06CA4">
      <w:pPr>
        <w:pStyle w:val="ListParagraph"/>
        <w:numPr>
          <w:ilvl w:val="0"/>
          <w:numId w:val="17"/>
        </w:numPr>
        <w:jc w:val="both"/>
        <w:rPr>
          <w:rFonts w:ascii="Times New Roman" w:hAnsi="Times New Roman" w:cs="Times New Roman"/>
          <w:sz w:val="24"/>
          <w:szCs w:val="24"/>
        </w:rPr>
      </w:pPr>
      <w:proofErr w:type="spellStart"/>
      <w:r w:rsidRPr="00D97086">
        <w:rPr>
          <w:rFonts w:ascii="Times New Roman" w:hAnsi="Times New Roman" w:cs="Times New Roman"/>
          <w:sz w:val="24"/>
          <w:szCs w:val="24"/>
        </w:rPr>
        <w:t>kreditë</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buta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mbulojnë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rreth</w:t>
      </w:r>
      <w:proofErr w:type="spellEnd"/>
      <w:r w:rsidRPr="00D97086">
        <w:rPr>
          <w:rFonts w:ascii="Times New Roman" w:hAnsi="Times New Roman" w:cs="Times New Roman"/>
          <w:sz w:val="24"/>
          <w:szCs w:val="24"/>
        </w:rPr>
        <w:t xml:space="preserve"> 0.08% të </w:t>
      </w:r>
      <w:proofErr w:type="spellStart"/>
      <w:r w:rsidRPr="00D97086">
        <w:rPr>
          <w:rFonts w:ascii="Times New Roman" w:hAnsi="Times New Roman" w:cs="Times New Roman"/>
          <w:sz w:val="24"/>
          <w:szCs w:val="24"/>
        </w:rPr>
        <w:t>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gjitha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familjeve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territorin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bashkisë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ose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afërsisht</w:t>
      </w:r>
      <w:proofErr w:type="spellEnd"/>
      <w:r w:rsidRPr="00D97086">
        <w:rPr>
          <w:rFonts w:ascii="Times New Roman" w:hAnsi="Times New Roman" w:cs="Times New Roman"/>
          <w:sz w:val="24"/>
          <w:szCs w:val="24"/>
        </w:rPr>
        <w:t xml:space="preserve"> 4.4% të </w:t>
      </w:r>
      <w:proofErr w:type="spellStart"/>
      <w:r w:rsidRPr="00D97086">
        <w:rPr>
          <w:rFonts w:ascii="Times New Roman" w:hAnsi="Times New Roman" w:cs="Times New Roman"/>
          <w:sz w:val="24"/>
          <w:szCs w:val="24"/>
        </w:rPr>
        <w:t>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gjithë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përfituesve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skemat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periudhën</w:t>
      </w:r>
      <w:proofErr w:type="spellEnd"/>
      <w:r w:rsidRPr="00D97086">
        <w:rPr>
          <w:rFonts w:ascii="Times New Roman" w:hAnsi="Times New Roman" w:cs="Times New Roman"/>
          <w:sz w:val="24"/>
          <w:szCs w:val="24"/>
        </w:rPr>
        <w:t xml:space="preserve"> 2022–2024. Ky </w:t>
      </w:r>
      <w:proofErr w:type="spellStart"/>
      <w:r w:rsidRPr="00D97086">
        <w:rPr>
          <w:rFonts w:ascii="Times New Roman" w:hAnsi="Times New Roman" w:cs="Times New Roman"/>
          <w:sz w:val="24"/>
          <w:szCs w:val="24"/>
        </w:rPr>
        <w:t>tregues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dëshmon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kufizimin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madh</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këtij</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instrumenti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cili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mbetet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paarritshëm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shumicën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familjeve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vulnerabël</w:t>
      </w:r>
      <w:proofErr w:type="spellEnd"/>
      <w:r w:rsidRPr="00D97086">
        <w:rPr>
          <w:rFonts w:ascii="Times New Roman" w:hAnsi="Times New Roman" w:cs="Times New Roman"/>
          <w:sz w:val="24"/>
          <w:szCs w:val="24"/>
        </w:rPr>
        <w:t xml:space="preserve"> me të </w:t>
      </w:r>
      <w:proofErr w:type="spellStart"/>
      <w:r w:rsidRPr="00D97086">
        <w:rPr>
          <w:rFonts w:ascii="Times New Roman" w:hAnsi="Times New Roman" w:cs="Times New Roman"/>
          <w:sz w:val="24"/>
          <w:szCs w:val="24"/>
        </w:rPr>
        <w:t>ardhura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ulëta</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lastRenderedPageBreak/>
        <w:t>praktikë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subvencioni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qirasë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programi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përmirësimit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kushteve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banimit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rezultojnë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jenë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mjetet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aksesueshme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përdorura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nevojë</w:t>
      </w:r>
      <w:proofErr w:type="spellEnd"/>
      <w:r w:rsidRPr="00D97086">
        <w:rPr>
          <w:rFonts w:ascii="Times New Roman" w:hAnsi="Times New Roman" w:cs="Times New Roman"/>
          <w:sz w:val="24"/>
          <w:szCs w:val="24"/>
        </w:rPr>
        <w:t>.</w:t>
      </w:r>
    </w:p>
    <w:p w14:paraId="4E0D7D7B" w14:textId="77777777" w:rsidR="008B3784" w:rsidRPr="00D97086" w:rsidRDefault="008B3784" w:rsidP="00B06CA4">
      <w:pPr>
        <w:pStyle w:val="ListParagraph"/>
        <w:numPr>
          <w:ilvl w:val="0"/>
          <w:numId w:val="17"/>
        </w:numPr>
        <w:jc w:val="both"/>
        <w:rPr>
          <w:rFonts w:ascii="Times New Roman" w:hAnsi="Times New Roman" w:cs="Times New Roman"/>
          <w:sz w:val="24"/>
          <w:szCs w:val="24"/>
        </w:rPr>
      </w:pPr>
      <w:proofErr w:type="spellStart"/>
      <w:r w:rsidRPr="00D97086">
        <w:rPr>
          <w:rFonts w:ascii="Times New Roman" w:hAnsi="Times New Roman" w:cs="Times New Roman"/>
          <w:sz w:val="24"/>
          <w:szCs w:val="24"/>
        </w:rPr>
        <w:t>Subvencionet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qirasë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janë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instrumenti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përdorur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Bashkia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duke </w:t>
      </w:r>
      <w:proofErr w:type="spellStart"/>
      <w:r w:rsidRPr="00D97086">
        <w:rPr>
          <w:rFonts w:ascii="Times New Roman" w:hAnsi="Times New Roman" w:cs="Times New Roman"/>
          <w:sz w:val="24"/>
          <w:szCs w:val="24"/>
        </w:rPr>
        <w:t>mbuluar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pjesën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madhe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familjeve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përfituese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vitet</w:t>
      </w:r>
      <w:proofErr w:type="spellEnd"/>
      <w:r w:rsidRPr="00D97086">
        <w:rPr>
          <w:rFonts w:ascii="Times New Roman" w:hAnsi="Times New Roman" w:cs="Times New Roman"/>
          <w:sz w:val="24"/>
          <w:szCs w:val="24"/>
        </w:rPr>
        <w:t xml:space="preserve"> 2022–2024. </w:t>
      </w:r>
      <w:proofErr w:type="spellStart"/>
      <w:r w:rsidRPr="00D97086">
        <w:rPr>
          <w:rFonts w:ascii="Times New Roman" w:hAnsi="Times New Roman" w:cs="Times New Roman"/>
          <w:sz w:val="24"/>
          <w:szCs w:val="24"/>
        </w:rPr>
        <w:t>Megjithatë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kjo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skemë</w:t>
      </w:r>
      <w:proofErr w:type="spellEnd"/>
      <w:r w:rsidRPr="00D97086">
        <w:rPr>
          <w:rFonts w:ascii="Times New Roman" w:hAnsi="Times New Roman" w:cs="Times New Roman"/>
          <w:sz w:val="24"/>
          <w:szCs w:val="24"/>
        </w:rPr>
        <w:t xml:space="preserve"> ka </w:t>
      </w:r>
      <w:proofErr w:type="spellStart"/>
      <w:r w:rsidRPr="00D97086">
        <w:rPr>
          <w:rFonts w:ascii="Times New Roman" w:hAnsi="Times New Roman" w:cs="Times New Roman"/>
          <w:sz w:val="24"/>
          <w:szCs w:val="24"/>
        </w:rPr>
        <w:t>karakter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afatshkurtër</w:t>
      </w:r>
      <w:proofErr w:type="spellEnd"/>
      <w:r w:rsidRPr="00D97086">
        <w:rPr>
          <w:rFonts w:ascii="Times New Roman" w:hAnsi="Times New Roman" w:cs="Times New Roman"/>
          <w:sz w:val="24"/>
          <w:szCs w:val="24"/>
        </w:rPr>
        <w:t xml:space="preserve">: ajo </w:t>
      </w:r>
      <w:proofErr w:type="spellStart"/>
      <w:r w:rsidRPr="00D97086">
        <w:rPr>
          <w:rFonts w:ascii="Times New Roman" w:hAnsi="Times New Roman" w:cs="Times New Roman"/>
          <w:sz w:val="24"/>
          <w:szCs w:val="24"/>
        </w:rPr>
        <w:t>ofron</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lehtësim</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përkohshëm</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nevojës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nuk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garanton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siguri</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qëndrueshme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banimi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Varësia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tregu</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privat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qirasë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ekspozon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ndaj</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rritjes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çmimeve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mungesës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ofertës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banesave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përshtatshme</w:t>
      </w:r>
      <w:proofErr w:type="spellEnd"/>
      <w:r w:rsidRPr="00D97086">
        <w:rPr>
          <w:rFonts w:ascii="Times New Roman" w:hAnsi="Times New Roman" w:cs="Times New Roman"/>
          <w:sz w:val="24"/>
          <w:szCs w:val="24"/>
        </w:rPr>
        <w:t xml:space="preserve">, duke e </w:t>
      </w:r>
      <w:proofErr w:type="spellStart"/>
      <w:r w:rsidRPr="00D97086">
        <w:rPr>
          <w:rFonts w:ascii="Times New Roman" w:hAnsi="Times New Roman" w:cs="Times New Roman"/>
          <w:sz w:val="24"/>
          <w:szCs w:val="24"/>
        </w:rPr>
        <w:t>bërë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këtë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mbështetje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domosdoshme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por</w:t>
      </w:r>
      <w:proofErr w:type="spellEnd"/>
      <w:r w:rsidRPr="00D97086">
        <w:rPr>
          <w:rFonts w:ascii="Times New Roman" w:hAnsi="Times New Roman" w:cs="Times New Roman"/>
          <w:sz w:val="24"/>
          <w:szCs w:val="24"/>
        </w:rPr>
        <w:t xml:space="preserve"> jo një </w:t>
      </w:r>
      <w:proofErr w:type="spellStart"/>
      <w:r w:rsidRPr="00D97086">
        <w:rPr>
          <w:rFonts w:ascii="Times New Roman" w:hAnsi="Times New Roman" w:cs="Times New Roman"/>
          <w:sz w:val="24"/>
          <w:szCs w:val="24"/>
        </w:rPr>
        <w:t>zgjidhje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strukturore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afatgjatë</w:t>
      </w:r>
      <w:proofErr w:type="spellEnd"/>
      <w:r w:rsidRPr="00D97086">
        <w:rPr>
          <w:rFonts w:ascii="Times New Roman" w:hAnsi="Times New Roman" w:cs="Times New Roman"/>
          <w:sz w:val="24"/>
          <w:szCs w:val="24"/>
        </w:rPr>
        <w:t>.</w:t>
      </w:r>
    </w:p>
    <w:p w14:paraId="7693BB09" w14:textId="77777777" w:rsidR="00A45CED" w:rsidRPr="00D97086" w:rsidRDefault="00A45CED" w:rsidP="00A45CED">
      <w:pPr>
        <w:pStyle w:val="ListParagraph"/>
        <w:numPr>
          <w:ilvl w:val="0"/>
          <w:numId w:val="17"/>
        </w:numPr>
        <w:jc w:val="both"/>
        <w:rPr>
          <w:rFonts w:ascii="Times New Roman" w:hAnsi="Times New Roman" w:cs="Times New Roman"/>
        </w:rPr>
      </w:pPr>
      <w:proofErr w:type="spellStart"/>
      <w:r w:rsidRPr="00D97086">
        <w:rPr>
          <w:rFonts w:ascii="Times New Roman" w:hAnsi="Times New Roman" w:cs="Times New Roman"/>
        </w:rPr>
        <w:t>Programi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përmirësimit</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kushteve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banimit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përbën</w:t>
      </w:r>
      <w:proofErr w:type="spellEnd"/>
      <w:r w:rsidRPr="00D97086">
        <w:rPr>
          <w:rFonts w:ascii="Times New Roman" w:hAnsi="Times New Roman" w:cs="Times New Roman"/>
        </w:rPr>
        <w:t xml:space="preserve"> një </w:t>
      </w:r>
      <w:proofErr w:type="spellStart"/>
      <w:r w:rsidRPr="00D97086">
        <w:rPr>
          <w:rFonts w:ascii="Times New Roman" w:hAnsi="Times New Roman" w:cs="Times New Roman"/>
        </w:rPr>
        <w:t>ndër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prioritetet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kryesore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Bashkisë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Prrenjas</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pasi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adreson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drejtpërdrejt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nevojat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urgjente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familjeve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vulnerabël</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që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jetojnë</w:t>
      </w:r>
      <w:proofErr w:type="spellEnd"/>
      <w:r w:rsidRPr="00D97086">
        <w:rPr>
          <w:rFonts w:ascii="Times New Roman" w:hAnsi="Times New Roman" w:cs="Times New Roman"/>
        </w:rPr>
        <w:t xml:space="preserve"> në </w:t>
      </w:r>
      <w:proofErr w:type="spellStart"/>
      <w:r w:rsidRPr="00D97086">
        <w:rPr>
          <w:rFonts w:ascii="Times New Roman" w:hAnsi="Times New Roman" w:cs="Times New Roman"/>
        </w:rPr>
        <w:t>banesa</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amortizuara</w:t>
      </w:r>
      <w:proofErr w:type="spellEnd"/>
      <w:r w:rsidRPr="00D97086">
        <w:rPr>
          <w:rFonts w:ascii="Times New Roman" w:hAnsi="Times New Roman" w:cs="Times New Roman"/>
        </w:rPr>
        <w:t xml:space="preserve">. Ai ka </w:t>
      </w:r>
      <w:proofErr w:type="spellStart"/>
      <w:r w:rsidRPr="00D97086">
        <w:rPr>
          <w:rFonts w:ascii="Times New Roman" w:hAnsi="Times New Roman" w:cs="Times New Roman"/>
        </w:rPr>
        <w:t>pasur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ndikim</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dukshëm</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tek</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familjet</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moshuara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ato</w:t>
      </w:r>
      <w:proofErr w:type="spellEnd"/>
      <w:r w:rsidRPr="00D97086">
        <w:rPr>
          <w:rFonts w:ascii="Times New Roman" w:hAnsi="Times New Roman" w:cs="Times New Roman"/>
        </w:rPr>
        <w:t xml:space="preserve"> me PAK, të </w:t>
      </w:r>
      <w:proofErr w:type="spellStart"/>
      <w:r w:rsidRPr="00D97086">
        <w:rPr>
          <w:rFonts w:ascii="Times New Roman" w:hAnsi="Times New Roman" w:cs="Times New Roman"/>
        </w:rPr>
        <w:t>cilat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shpesh</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nuk</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përfitojnë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nga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instrumente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tjera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kreditë</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buta</w:t>
      </w:r>
      <w:proofErr w:type="spellEnd"/>
      <w:r w:rsidRPr="00D97086">
        <w:rPr>
          <w:rFonts w:ascii="Times New Roman" w:hAnsi="Times New Roman" w:cs="Times New Roman"/>
        </w:rPr>
        <w:t xml:space="preserve">. Pas një </w:t>
      </w:r>
      <w:proofErr w:type="spellStart"/>
      <w:r w:rsidRPr="00D97086">
        <w:rPr>
          <w:rFonts w:ascii="Times New Roman" w:hAnsi="Times New Roman" w:cs="Times New Roman"/>
        </w:rPr>
        <w:t>periudhe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suksesshme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zbatimi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gjatë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viteve</w:t>
      </w:r>
      <w:proofErr w:type="spellEnd"/>
      <w:r w:rsidRPr="00D97086">
        <w:rPr>
          <w:rFonts w:ascii="Times New Roman" w:hAnsi="Times New Roman" w:cs="Times New Roman"/>
        </w:rPr>
        <w:t xml:space="preserve"> 2019–2023, </w:t>
      </w:r>
      <w:proofErr w:type="spellStart"/>
      <w:r w:rsidRPr="00D97086">
        <w:rPr>
          <w:rFonts w:ascii="Times New Roman" w:hAnsi="Times New Roman" w:cs="Times New Roman"/>
        </w:rPr>
        <w:t>programi</w:t>
      </w:r>
      <w:proofErr w:type="spellEnd"/>
      <w:r w:rsidRPr="00D97086">
        <w:rPr>
          <w:rFonts w:ascii="Times New Roman" w:hAnsi="Times New Roman" w:cs="Times New Roman"/>
        </w:rPr>
        <w:t xml:space="preserve"> u </w:t>
      </w:r>
      <w:proofErr w:type="spellStart"/>
      <w:r w:rsidRPr="00D97086">
        <w:rPr>
          <w:rFonts w:ascii="Times New Roman" w:hAnsi="Times New Roman" w:cs="Times New Roman"/>
        </w:rPr>
        <w:t>ndërpre</w:t>
      </w:r>
      <w:proofErr w:type="spellEnd"/>
      <w:r w:rsidRPr="00D97086">
        <w:rPr>
          <w:rFonts w:ascii="Times New Roman" w:hAnsi="Times New Roman" w:cs="Times New Roman"/>
        </w:rPr>
        <w:t xml:space="preserve"> në </w:t>
      </w:r>
      <w:proofErr w:type="spellStart"/>
      <w:r w:rsidRPr="00D97086">
        <w:rPr>
          <w:rFonts w:ascii="Times New Roman" w:hAnsi="Times New Roman" w:cs="Times New Roman"/>
        </w:rPr>
        <w:t>vitin</w:t>
      </w:r>
      <w:proofErr w:type="spellEnd"/>
      <w:r w:rsidRPr="00D97086">
        <w:rPr>
          <w:rFonts w:ascii="Times New Roman" w:hAnsi="Times New Roman" w:cs="Times New Roman"/>
        </w:rPr>
        <w:t xml:space="preserve"> 2024 </w:t>
      </w:r>
      <w:proofErr w:type="spellStart"/>
      <w:r w:rsidRPr="00D97086">
        <w:rPr>
          <w:rFonts w:ascii="Times New Roman" w:hAnsi="Times New Roman" w:cs="Times New Roman"/>
        </w:rPr>
        <w:t>vetëm</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shkak</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moskualifikimit</w:t>
      </w:r>
      <w:proofErr w:type="spellEnd"/>
      <w:r w:rsidRPr="00D97086">
        <w:rPr>
          <w:rFonts w:ascii="Times New Roman" w:hAnsi="Times New Roman" w:cs="Times New Roman"/>
        </w:rPr>
        <w:t xml:space="preserve"> në </w:t>
      </w:r>
      <w:proofErr w:type="spellStart"/>
      <w:r w:rsidRPr="00D97086">
        <w:rPr>
          <w:rFonts w:ascii="Times New Roman" w:hAnsi="Times New Roman" w:cs="Times New Roman"/>
        </w:rPr>
        <w:t>procesin</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vlerësimit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jo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mungesë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domosdoshmërie</w:t>
      </w:r>
      <w:proofErr w:type="spellEnd"/>
      <w:r w:rsidRPr="00D97086">
        <w:rPr>
          <w:rFonts w:ascii="Times New Roman" w:hAnsi="Times New Roman" w:cs="Times New Roman"/>
        </w:rPr>
        <w:t xml:space="preserve"> apo </w:t>
      </w:r>
      <w:proofErr w:type="spellStart"/>
      <w:r w:rsidRPr="00D97086">
        <w:rPr>
          <w:rFonts w:ascii="Times New Roman" w:hAnsi="Times New Roman" w:cs="Times New Roman"/>
        </w:rPr>
        <w:t>prioriteti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Riaktivizimi</w:t>
      </w:r>
      <w:proofErr w:type="spellEnd"/>
      <w:r w:rsidRPr="00D97086">
        <w:rPr>
          <w:rFonts w:ascii="Times New Roman" w:hAnsi="Times New Roman" w:cs="Times New Roman"/>
        </w:rPr>
        <w:t xml:space="preserve"> në </w:t>
      </w:r>
      <w:proofErr w:type="spellStart"/>
      <w:r w:rsidRPr="00D97086">
        <w:rPr>
          <w:rFonts w:ascii="Times New Roman" w:hAnsi="Times New Roman" w:cs="Times New Roman"/>
        </w:rPr>
        <w:t>vitin</w:t>
      </w:r>
      <w:proofErr w:type="spellEnd"/>
      <w:r w:rsidRPr="00D97086">
        <w:rPr>
          <w:rFonts w:ascii="Times New Roman" w:hAnsi="Times New Roman" w:cs="Times New Roman"/>
        </w:rPr>
        <w:t xml:space="preserve"> 2025, me </w:t>
      </w:r>
      <w:proofErr w:type="spellStart"/>
      <w:r w:rsidRPr="00D97086">
        <w:rPr>
          <w:rFonts w:ascii="Times New Roman" w:hAnsi="Times New Roman" w:cs="Times New Roman"/>
        </w:rPr>
        <w:t>fonde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miratuara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ndara</w:t>
      </w:r>
      <w:proofErr w:type="spellEnd"/>
      <w:r w:rsidRPr="00D97086">
        <w:rPr>
          <w:rFonts w:ascii="Times New Roman" w:hAnsi="Times New Roman" w:cs="Times New Roman"/>
        </w:rPr>
        <w:t xml:space="preserve"> në </w:t>
      </w:r>
      <w:proofErr w:type="spellStart"/>
      <w:r w:rsidRPr="00D97086">
        <w:rPr>
          <w:rFonts w:ascii="Times New Roman" w:hAnsi="Times New Roman" w:cs="Times New Roman"/>
        </w:rPr>
        <w:t>dy</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faza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paraqet</w:t>
      </w:r>
      <w:proofErr w:type="spellEnd"/>
      <w:r w:rsidRPr="00D97086">
        <w:rPr>
          <w:rFonts w:ascii="Times New Roman" w:hAnsi="Times New Roman" w:cs="Times New Roman"/>
        </w:rPr>
        <w:t xml:space="preserve"> një </w:t>
      </w:r>
      <w:proofErr w:type="spellStart"/>
      <w:r w:rsidRPr="00D97086">
        <w:rPr>
          <w:rFonts w:ascii="Times New Roman" w:hAnsi="Times New Roman" w:cs="Times New Roman"/>
        </w:rPr>
        <w:t>mundësi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reale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rikthyer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këtë</w:t>
      </w:r>
      <w:proofErr w:type="spellEnd"/>
      <w:r w:rsidRPr="00D97086">
        <w:rPr>
          <w:rFonts w:ascii="Times New Roman" w:hAnsi="Times New Roman" w:cs="Times New Roman"/>
        </w:rPr>
        <w:t xml:space="preserve"> instrument </w:t>
      </w:r>
      <w:proofErr w:type="spellStart"/>
      <w:r w:rsidRPr="00D97086">
        <w:rPr>
          <w:rFonts w:ascii="Times New Roman" w:hAnsi="Times New Roman" w:cs="Times New Roman"/>
        </w:rPr>
        <w:t>jetik</w:t>
      </w:r>
      <w:proofErr w:type="spellEnd"/>
      <w:r w:rsidRPr="00D97086">
        <w:rPr>
          <w:rFonts w:ascii="Times New Roman" w:hAnsi="Times New Roman" w:cs="Times New Roman"/>
        </w:rPr>
        <w:t xml:space="preserve"> në </w:t>
      </w:r>
      <w:proofErr w:type="spellStart"/>
      <w:r w:rsidRPr="00D97086">
        <w:rPr>
          <w:rFonts w:ascii="Times New Roman" w:hAnsi="Times New Roman" w:cs="Times New Roman"/>
        </w:rPr>
        <w:t>Planin</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Strehimit</w:t>
      </w:r>
      <w:proofErr w:type="spellEnd"/>
      <w:r w:rsidRPr="00D97086">
        <w:rPr>
          <w:rFonts w:ascii="Times New Roman" w:hAnsi="Times New Roman" w:cs="Times New Roman"/>
        </w:rPr>
        <w:t xml:space="preserve">, duke </w:t>
      </w:r>
      <w:proofErr w:type="spellStart"/>
      <w:r w:rsidRPr="00D97086">
        <w:rPr>
          <w:rFonts w:ascii="Times New Roman" w:hAnsi="Times New Roman" w:cs="Times New Roman"/>
        </w:rPr>
        <w:t>zgjeruar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alternativat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duke </w:t>
      </w:r>
      <w:proofErr w:type="spellStart"/>
      <w:r w:rsidRPr="00D97086">
        <w:rPr>
          <w:rFonts w:ascii="Times New Roman" w:hAnsi="Times New Roman" w:cs="Times New Roman"/>
        </w:rPr>
        <w:t>garantuar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mbështetje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më</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qëndrueshme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familjet</w:t>
      </w:r>
      <w:proofErr w:type="spellEnd"/>
      <w:r w:rsidRPr="00D97086">
        <w:rPr>
          <w:rFonts w:ascii="Times New Roman" w:hAnsi="Times New Roman" w:cs="Times New Roman"/>
        </w:rPr>
        <w:t xml:space="preserve"> në </w:t>
      </w:r>
      <w:proofErr w:type="spellStart"/>
      <w:r w:rsidRPr="00D97086">
        <w:rPr>
          <w:rFonts w:ascii="Times New Roman" w:hAnsi="Times New Roman" w:cs="Times New Roman"/>
        </w:rPr>
        <w:t>nevojë</w:t>
      </w:r>
      <w:proofErr w:type="spellEnd"/>
      <w:r w:rsidRPr="00D97086">
        <w:rPr>
          <w:rFonts w:ascii="Times New Roman" w:hAnsi="Times New Roman" w:cs="Times New Roman"/>
        </w:rPr>
        <w:t>.</w:t>
      </w:r>
    </w:p>
    <w:p w14:paraId="1C7B42EE" w14:textId="77777777" w:rsidR="008B3784" w:rsidRPr="00D97086" w:rsidRDefault="008B3784" w:rsidP="00B06CA4">
      <w:pPr>
        <w:pStyle w:val="ListParagraph"/>
        <w:numPr>
          <w:ilvl w:val="0"/>
          <w:numId w:val="17"/>
        </w:numPr>
        <w:jc w:val="both"/>
        <w:rPr>
          <w:rFonts w:ascii="Times New Roman" w:hAnsi="Times New Roman" w:cs="Times New Roman"/>
          <w:sz w:val="24"/>
          <w:szCs w:val="24"/>
        </w:rPr>
      </w:pPr>
      <w:proofErr w:type="spellStart"/>
      <w:r w:rsidRPr="00D97086">
        <w:rPr>
          <w:rFonts w:ascii="Times New Roman" w:hAnsi="Times New Roman" w:cs="Times New Roman"/>
          <w:sz w:val="24"/>
          <w:szCs w:val="24"/>
        </w:rPr>
        <w:t>Trualli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dedikuar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prej</w:t>
      </w:r>
      <w:proofErr w:type="spellEnd"/>
      <w:r w:rsidRPr="00D97086">
        <w:rPr>
          <w:rFonts w:ascii="Times New Roman" w:hAnsi="Times New Roman" w:cs="Times New Roman"/>
          <w:sz w:val="24"/>
          <w:szCs w:val="24"/>
        </w:rPr>
        <w:t xml:space="preserve"> 3.64 ha ka </w:t>
      </w:r>
      <w:proofErr w:type="spellStart"/>
      <w:r w:rsidRPr="00D97086">
        <w:rPr>
          <w:rFonts w:ascii="Times New Roman" w:hAnsi="Times New Roman" w:cs="Times New Roman"/>
          <w:sz w:val="24"/>
          <w:szCs w:val="24"/>
        </w:rPr>
        <w:t>potencial</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konsiderueshëm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ndërtimin</w:t>
      </w:r>
      <w:proofErr w:type="spellEnd"/>
      <w:r w:rsidRPr="00D97086">
        <w:rPr>
          <w:rFonts w:ascii="Times New Roman" w:hAnsi="Times New Roman" w:cs="Times New Roman"/>
          <w:sz w:val="24"/>
          <w:szCs w:val="24"/>
        </w:rPr>
        <w:t xml:space="preserve"> e 40–50 </w:t>
      </w:r>
      <w:proofErr w:type="spellStart"/>
      <w:r w:rsidRPr="00D97086">
        <w:rPr>
          <w:rFonts w:ascii="Times New Roman" w:hAnsi="Times New Roman" w:cs="Times New Roman"/>
          <w:sz w:val="24"/>
          <w:szCs w:val="24"/>
        </w:rPr>
        <w:t>apartamenteve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sociale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cilat</w:t>
      </w:r>
      <w:proofErr w:type="spellEnd"/>
      <w:r w:rsidRPr="00D97086">
        <w:rPr>
          <w:rFonts w:ascii="Times New Roman" w:hAnsi="Times New Roman" w:cs="Times New Roman"/>
          <w:sz w:val="24"/>
          <w:szCs w:val="24"/>
        </w:rPr>
        <w:t xml:space="preserve"> do të </w:t>
      </w:r>
      <w:proofErr w:type="spellStart"/>
      <w:r w:rsidRPr="00D97086">
        <w:rPr>
          <w:rFonts w:ascii="Times New Roman" w:hAnsi="Times New Roman" w:cs="Times New Roman"/>
          <w:sz w:val="24"/>
          <w:szCs w:val="24"/>
        </w:rPr>
        <w:t>sillnin</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rritje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dukshme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ofertës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banesave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përballueshme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Megjithatë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deri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sot </w:t>
      </w:r>
      <w:proofErr w:type="spellStart"/>
      <w:r w:rsidRPr="00D97086">
        <w:rPr>
          <w:rFonts w:ascii="Times New Roman" w:hAnsi="Times New Roman" w:cs="Times New Roman"/>
          <w:sz w:val="24"/>
          <w:szCs w:val="24"/>
        </w:rPr>
        <w:t>procesi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ndërtimit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nuk</w:t>
      </w:r>
      <w:proofErr w:type="spellEnd"/>
      <w:r w:rsidRPr="00D97086">
        <w:rPr>
          <w:rFonts w:ascii="Times New Roman" w:hAnsi="Times New Roman" w:cs="Times New Roman"/>
          <w:sz w:val="24"/>
          <w:szCs w:val="24"/>
        </w:rPr>
        <w:t xml:space="preserve"> ka </w:t>
      </w:r>
      <w:proofErr w:type="spellStart"/>
      <w:r w:rsidRPr="00D97086">
        <w:rPr>
          <w:rFonts w:ascii="Times New Roman" w:hAnsi="Times New Roman" w:cs="Times New Roman"/>
          <w:sz w:val="24"/>
          <w:szCs w:val="24"/>
        </w:rPr>
        <w:t>nisur</w:t>
      </w:r>
      <w:proofErr w:type="spellEnd"/>
      <w:r w:rsidRPr="00D97086">
        <w:rPr>
          <w:rFonts w:ascii="Times New Roman" w:hAnsi="Times New Roman" w:cs="Times New Roman"/>
          <w:sz w:val="24"/>
          <w:szCs w:val="24"/>
        </w:rPr>
        <w:t xml:space="preserve">, duke e </w:t>
      </w:r>
      <w:proofErr w:type="spellStart"/>
      <w:r w:rsidRPr="00D97086">
        <w:rPr>
          <w:rFonts w:ascii="Times New Roman" w:hAnsi="Times New Roman" w:cs="Times New Roman"/>
          <w:sz w:val="24"/>
          <w:szCs w:val="24"/>
        </w:rPr>
        <w:t>lënë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këtë</w:t>
      </w:r>
      <w:proofErr w:type="spellEnd"/>
      <w:r w:rsidRPr="00D97086">
        <w:rPr>
          <w:rFonts w:ascii="Times New Roman" w:hAnsi="Times New Roman" w:cs="Times New Roman"/>
          <w:sz w:val="24"/>
          <w:szCs w:val="24"/>
        </w:rPr>
        <w:t xml:space="preserve"> instrument </w:t>
      </w:r>
      <w:proofErr w:type="spellStart"/>
      <w:r w:rsidRPr="00D97086">
        <w:rPr>
          <w:rFonts w:ascii="Times New Roman" w:hAnsi="Times New Roman" w:cs="Times New Roman"/>
          <w:sz w:val="24"/>
          <w:szCs w:val="24"/>
        </w:rPr>
        <w:t>vetëm</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fazën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planifikimit</w:t>
      </w:r>
      <w:proofErr w:type="spellEnd"/>
      <w:r w:rsidRPr="00D97086">
        <w:rPr>
          <w:rFonts w:ascii="Times New Roman" w:hAnsi="Times New Roman" w:cs="Times New Roman"/>
          <w:sz w:val="24"/>
          <w:szCs w:val="24"/>
        </w:rPr>
        <w:t xml:space="preserve">. Pa </w:t>
      </w:r>
      <w:proofErr w:type="spellStart"/>
      <w:r w:rsidRPr="00D97086">
        <w:rPr>
          <w:rFonts w:ascii="Times New Roman" w:hAnsi="Times New Roman" w:cs="Times New Roman"/>
          <w:sz w:val="24"/>
          <w:szCs w:val="24"/>
        </w:rPr>
        <w:t>mobilizim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financiar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bashkëpunim</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qeverinë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qendrore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partnerët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zhvillimit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ky</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potencial</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mbetet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pashfrytëzuar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nuk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kontribuon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realisht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lehtësimin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krizës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w:t>
      </w:r>
    </w:p>
    <w:p w14:paraId="3FC36546" w14:textId="77777777" w:rsidR="008B3784" w:rsidRPr="00D97086" w:rsidRDefault="008B3784" w:rsidP="00B06CA4">
      <w:pPr>
        <w:jc w:val="both"/>
        <w:rPr>
          <w:rFonts w:ascii="Times New Roman" w:hAnsi="Times New Roman" w:cs="Times New Roman"/>
          <w:sz w:val="24"/>
          <w:szCs w:val="24"/>
        </w:rPr>
      </w:pPr>
    </w:p>
    <w:p w14:paraId="46110CD7"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 xml:space="preserve"> </w:t>
      </w:r>
      <w:proofErr w:type="spellStart"/>
      <w:r w:rsidR="00D1048F" w:rsidRPr="00D97086">
        <w:rPr>
          <w:rFonts w:ascii="Times New Roman" w:hAnsi="Times New Roman" w:cs="Times New Roman"/>
          <w:sz w:val="24"/>
          <w:szCs w:val="24"/>
        </w:rPr>
        <w:t>Figura</w:t>
      </w:r>
      <w:proofErr w:type="spellEnd"/>
      <w:r w:rsidR="00D1048F" w:rsidRPr="00D97086">
        <w:rPr>
          <w:rFonts w:ascii="Times New Roman" w:hAnsi="Times New Roman" w:cs="Times New Roman"/>
          <w:sz w:val="24"/>
          <w:szCs w:val="24"/>
        </w:rPr>
        <w:t xml:space="preserve"> 7:</w:t>
      </w:r>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Kategoritë</w:t>
      </w:r>
      <w:proofErr w:type="spellEnd"/>
      <w:r w:rsidR="00D1048F" w:rsidRPr="00D97086">
        <w:rPr>
          <w:rFonts w:ascii="Times New Roman" w:hAnsi="Times New Roman" w:cs="Times New Roman"/>
          <w:sz w:val="24"/>
          <w:szCs w:val="24"/>
        </w:rPr>
        <w:t xml:space="preserve"> </w:t>
      </w:r>
      <w:proofErr w:type="spellStart"/>
      <w:r w:rsidR="00D1048F" w:rsidRPr="00D97086">
        <w:rPr>
          <w:rFonts w:ascii="Times New Roman" w:hAnsi="Times New Roman" w:cs="Times New Roman"/>
          <w:sz w:val="24"/>
          <w:szCs w:val="24"/>
        </w:rPr>
        <w:t>përfituese</w:t>
      </w:r>
      <w:proofErr w:type="spellEnd"/>
      <w:r w:rsidR="00D1048F" w:rsidRPr="00D97086">
        <w:rPr>
          <w:rFonts w:ascii="Times New Roman" w:hAnsi="Times New Roman" w:cs="Times New Roman"/>
          <w:sz w:val="24"/>
          <w:szCs w:val="24"/>
        </w:rPr>
        <w:t xml:space="preserve"> në </w:t>
      </w:r>
      <w:proofErr w:type="spellStart"/>
      <w:r w:rsidR="00D1048F" w:rsidRPr="00D97086">
        <w:rPr>
          <w:rFonts w:ascii="Times New Roman" w:hAnsi="Times New Roman" w:cs="Times New Roman"/>
          <w:sz w:val="24"/>
          <w:szCs w:val="24"/>
        </w:rPr>
        <w:t>Bashkinë</w:t>
      </w:r>
      <w:proofErr w:type="spellEnd"/>
      <w:r w:rsidR="00D1048F" w:rsidRPr="00D97086">
        <w:rPr>
          <w:rFonts w:ascii="Times New Roman" w:hAnsi="Times New Roman" w:cs="Times New Roman"/>
          <w:sz w:val="24"/>
          <w:szCs w:val="24"/>
        </w:rPr>
        <w:t xml:space="preserve"> </w:t>
      </w:r>
      <w:proofErr w:type="spellStart"/>
      <w:r w:rsidR="00D1048F" w:rsidRPr="00D97086">
        <w:rPr>
          <w:rFonts w:ascii="Times New Roman" w:hAnsi="Times New Roman" w:cs="Times New Roman"/>
          <w:sz w:val="24"/>
          <w:szCs w:val="24"/>
        </w:rPr>
        <w:t>Prrenjas</w:t>
      </w:r>
      <w:proofErr w:type="spellEnd"/>
      <w:r w:rsidR="00D1048F" w:rsidRPr="00D97086">
        <w:rPr>
          <w:rFonts w:ascii="Times New Roman" w:hAnsi="Times New Roman" w:cs="Times New Roman"/>
          <w:sz w:val="24"/>
          <w:szCs w:val="24"/>
        </w:rPr>
        <w:t xml:space="preserve"> </w:t>
      </w:r>
      <w:proofErr w:type="spellStart"/>
      <w:r w:rsidR="00D1048F" w:rsidRPr="00D97086">
        <w:rPr>
          <w:rFonts w:ascii="Times New Roman" w:hAnsi="Times New Roman" w:cs="Times New Roman"/>
          <w:sz w:val="24"/>
          <w:szCs w:val="24"/>
        </w:rPr>
        <w:t>nga</w:t>
      </w:r>
      <w:proofErr w:type="spellEnd"/>
      <w:r w:rsidR="00D1048F" w:rsidRPr="00D97086">
        <w:rPr>
          <w:rFonts w:ascii="Times New Roman" w:hAnsi="Times New Roman" w:cs="Times New Roman"/>
          <w:sz w:val="24"/>
          <w:szCs w:val="24"/>
        </w:rPr>
        <w:t xml:space="preserve"> </w:t>
      </w:r>
      <w:proofErr w:type="spellStart"/>
      <w:r w:rsidR="00D1048F" w:rsidRPr="00D97086">
        <w:rPr>
          <w:rFonts w:ascii="Times New Roman" w:hAnsi="Times New Roman" w:cs="Times New Roman"/>
          <w:sz w:val="24"/>
          <w:szCs w:val="24"/>
        </w:rPr>
        <w:t>Programet</w:t>
      </w:r>
      <w:proofErr w:type="spellEnd"/>
      <w:r w:rsidR="00D1048F" w:rsidRPr="00D97086">
        <w:rPr>
          <w:rFonts w:ascii="Times New Roman" w:hAnsi="Times New Roman" w:cs="Times New Roman"/>
          <w:sz w:val="24"/>
          <w:szCs w:val="24"/>
        </w:rPr>
        <w:t xml:space="preserve"> e </w:t>
      </w:r>
      <w:proofErr w:type="spellStart"/>
      <w:r w:rsidR="00D1048F"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sipas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Ligjit</w:t>
      </w:r>
      <w:proofErr w:type="spellEnd"/>
      <w:r w:rsidRPr="00D97086">
        <w:rPr>
          <w:rFonts w:ascii="Times New Roman" w:hAnsi="Times New Roman" w:cs="Times New Roman"/>
          <w:sz w:val="24"/>
          <w:szCs w:val="24"/>
        </w:rPr>
        <w:t xml:space="preserve"> 22/2018</w:t>
      </w:r>
    </w:p>
    <w:tbl>
      <w:tblPr>
        <w:tblStyle w:val="LightGrid-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7"/>
        <w:gridCol w:w="2876"/>
        <w:gridCol w:w="2877"/>
      </w:tblGrid>
      <w:tr w:rsidR="008B3784" w:rsidRPr="00D97086" w14:paraId="21773A2E" w14:textId="77777777" w:rsidTr="00FC26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7"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172668DA" w14:textId="77777777" w:rsidR="008B3784" w:rsidRPr="00D97086" w:rsidRDefault="008B3784" w:rsidP="00FC26B4">
            <w:pPr>
              <w:jc w:val="center"/>
              <w:rPr>
                <w:rFonts w:ascii="Times New Roman" w:hAnsi="Times New Roman" w:cs="Times New Roman"/>
                <w:sz w:val="28"/>
                <w:szCs w:val="28"/>
              </w:rPr>
            </w:pPr>
            <w:proofErr w:type="spellStart"/>
            <w:r w:rsidRPr="00D97086">
              <w:rPr>
                <w:rFonts w:ascii="Times New Roman" w:hAnsi="Times New Roman" w:cs="Times New Roman"/>
                <w:sz w:val="28"/>
                <w:szCs w:val="28"/>
              </w:rPr>
              <w:t>Kategoria</w:t>
            </w:r>
            <w:proofErr w:type="spellEnd"/>
          </w:p>
        </w:tc>
        <w:tc>
          <w:tcPr>
            <w:tcW w:w="2876"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37913762" w14:textId="77777777" w:rsidR="008B3784" w:rsidRPr="00D97086" w:rsidRDefault="008B3784" w:rsidP="00FC26B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roofErr w:type="spellStart"/>
            <w:r w:rsidRPr="00D97086">
              <w:rPr>
                <w:rFonts w:ascii="Times New Roman" w:hAnsi="Times New Roman" w:cs="Times New Roman"/>
                <w:sz w:val="28"/>
                <w:szCs w:val="28"/>
              </w:rPr>
              <w:t>Numri</w:t>
            </w:r>
            <w:proofErr w:type="spellEnd"/>
            <w:r w:rsidRPr="00D97086">
              <w:rPr>
                <w:rFonts w:ascii="Times New Roman" w:hAnsi="Times New Roman" w:cs="Times New Roman"/>
                <w:sz w:val="28"/>
                <w:szCs w:val="28"/>
              </w:rPr>
              <w:t xml:space="preserve"> </w:t>
            </w:r>
            <w:proofErr w:type="spellStart"/>
            <w:r w:rsidRPr="00D97086">
              <w:rPr>
                <w:rFonts w:ascii="Times New Roman" w:hAnsi="Times New Roman" w:cs="Times New Roman"/>
                <w:sz w:val="28"/>
                <w:szCs w:val="28"/>
              </w:rPr>
              <w:t>i</w:t>
            </w:r>
            <w:proofErr w:type="spellEnd"/>
            <w:r w:rsidRPr="00D97086">
              <w:rPr>
                <w:rFonts w:ascii="Times New Roman" w:hAnsi="Times New Roman" w:cs="Times New Roman"/>
                <w:sz w:val="28"/>
                <w:szCs w:val="28"/>
              </w:rPr>
              <w:t xml:space="preserve"> </w:t>
            </w:r>
            <w:proofErr w:type="spellStart"/>
            <w:r w:rsidRPr="00D97086">
              <w:rPr>
                <w:rFonts w:ascii="Times New Roman" w:hAnsi="Times New Roman" w:cs="Times New Roman"/>
                <w:sz w:val="28"/>
                <w:szCs w:val="28"/>
              </w:rPr>
              <w:t>rasteve</w:t>
            </w:r>
            <w:proofErr w:type="spellEnd"/>
          </w:p>
        </w:tc>
        <w:tc>
          <w:tcPr>
            <w:tcW w:w="2877"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59066951" w14:textId="77777777" w:rsidR="008B3784" w:rsidRPr="00D97086" w:rsidRDefault="008B3784" w:rsidP="00FC26B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roofErr w:type="spellStart"/>
            <w:r w:rsidRPr="00D97086">
              <w:rPr>
                <w:rFonts w:ascii="Times New Roman" w:hAnsi="Times New Roman" w:cs="Times New Roman"/>
                <w:sz w:val="28"/>
                <w:szCs w:val="28"/>
              </w:rPr>
              <w:t>Boshllëqe</w:t>
            </w:r>
            <w:proofErr w:type="spellEnd"/>
          </w:p>
          <w:p w14:paraId="66032389" w14:textId="77777777" w:rsidR="00FC26B4" w:rsidRPr="00D97086" w:rsidRDefault="00FC26B4" w:rsidP="00FC26B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
        </w:tc>
      </w:tr>
      <w:tr w:rsidR="008B3784" w:rsidRPr="00D97086" w14:paraId="7871EF4F" w14:textId="77777777" w:rsidTr="00D104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7" w:type="dxa"/>
            <w:tcBorders>
              <w:top w:val="none" w:sz="0" w:space="0" w:color="auto"/>
              <w:left w:val="none" w:sz="0" w:space="0" w:color="auto"/>
              <w:bottom w:val="none" w:sz="0" w:space="0" w:color="auto"/>
              <w:right w:val="none" w:sz="0" w:space="0" w:color="auto"/>
            </w:tcBorders>
            <w:shd w:val="clear" w:color="auto" w:fill="auto"/>
          </w:tcPr>
          <w:p w14:paraId="75FFB067"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 xml:space="preserve">Gra </w:t>
            </w:r>
            <w:proofErr w:type="spellStart"/>
            <w:r w:rsidRPr="00D97086">
              <w:rPr>
                <w:rFonts w:ascii="Times New Roman" w:hAnsi="Times New Roman" w:cs="Times New Roman"/>
                <w:sz w:val="24"/>
                <w:szCs w:val="24"/>
              </w:rPr>
              <w:t>kryefamiljare</w:t>
            </w:r>
            <w:proofErr w:type="spellEnd"/>
          </w:p>
        </w:tc>
        <w:tc>
          <w:tcPr>
            <w:tcW w:w="2876" w:type="dxa"/>
            <w:tcBorders>
              <w:top w:val="none" w:sz="0" w:space="0" w:color="auto"/>
              <w:left w:val="none" w:sz="0" w:space="0" w:color="auto"/>
              <w:bottom w:val="none" w:sz="0" w:space="0" w:color="auto"/>
              <w:right w:val="none" w:sz="0" w:space="0" w:color="auto"/>
            </w:tcBorders>
            <w:shd w:val="clear" w:color="auto" w:fill="auto"/>
          </w:tcPr>
          <w:p w14:paraId="6D1F5A5F" w14:textId="77777777" w:rsidR="008B3784" w:rsidRPr="00D97086" w:rsidRDefault="008B3784" w:rsidP="00B06CA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38</w:t>
            </w:r>
          </w:p>
        </w:tc>
        <w:tc>
          <w:tcPr>
            <w:tcW w:w="2877" w:type="dxa"/>
            <w:tcBorders>
              <w:top w:val="none" w:sz="0" w:space="0" w:color="auto"/>
              <w:left w:val="none" w:sz="0" w:space="0" w:color="auto"/>
              <w:bottom w:val="none" w:sz="0" w:space="0" w:color="auto"/>
              <w:right w:val="none" w:sz="0" w:space="0" w:color="auto"/>
            </w:tcBorders>
            <w:shd w:val="clear" w:color="auto" w:fill="auto"/>
          </w:tcPr>
          <w:p w14:paraId="66DAF18F" w14:textId="77777777" w:rsidR="008B3784" w:rsidRPr="00D97086" w:rsidRDefault="008B3784" w:rsidP="00B06CA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Mungon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shpërndarja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sipas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NjA</w:t>
            </w:r>
            <w:proofErr w:type="spellEnd"/>
          </w:p>
        </w:tc>
      </w:tr>
      <w:tr w:rsidR="008B3784" w:rsidRPr="005B1542" w14:paraId="5A8A1E3C" w14:textId="77777777" w:rsidTr="00D1048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7" w:type="dxa"/>
            <w:tcBorders>
              <w:top w:val="none" w:sz="0" w:space="0" w:color="auto"/>
              <w:left w:val="none" w:sz="0" w:space="0" w:color="auto"/>
              <w:bottom w:val="none" w:sz="0" w:space="0" w:color="auto"/>
              <w:right w:val="none" w:sz="0" w:space="0" w:color="auto"/>
            </w:tcBorders>
          </w:tcPr>
          <w:p w14:paraId="45F6AD46"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 xml:space="preserve">Të </w:t>
            </w:r>
            <w:proofErr w:type="spellStart"/>
            <w:r w:rsidRPr="00D97086">
              <w:rPr>
                <w:rFonts w:ascii="Times New Roman" w:hAnsi="Times New Roman" w:cs="Times New Roman"/>
                <w:sz w:val="24"/>
                <w:szCs w:val="24"/>
              </w:rPr>
              <w:t>moshuar</w:t>
            </w:r>
            <w:proofErr w:type="spellEnd"/>
            <w:r w:rsidRPr="00D97086">
              <w:rPr>
                <w:rFonts w:ascii="Times New Roman" w:hAnsi="Times New Roman" w:cs="Times New Roman"/>
                <w:sz w:val="24"/>
                <w:szCs w:val="24"/>
              </w:rPr>
              <w:t xml:space="preserve"> pa </w:t>
            </w:r>
            <w:proofErr w:type="spellStart"/>
            <w:r w:rsidRPr="00D97086">
              <w:rPr>
                <w:rFonts w:ascii="Times New Roman" w:hAnsi="Times New Roman" w:cs="Times New Roman"/>
                <w:sz w:val="24"/>
                <w:szCs w:val="24"/>
              </w:rPr>
              <w:t>strehim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institucional</w:t>
            </w:r>
            <w:proofErr w:type="spellEnd"/>
          </w:p>
        </w:tc>
        <w:tc>
          <w:tcPr>
            <w:tcW w:w="2876" w:type="dxa"/>
            <w:tcBorders>
              <w:top w:val="none" w:sz="0" w:space="0" w:color="auto"/>
              <w:left w:val="none" w:sz="0" w:space="0" w:color="auto"/>
              <w:bottom w:val="none" w:sz="0" w:space="0" w:color="auto"/>
              <w:right w:val="none" w:sz="0" w:space="0" w:color="auto"/>
            </w:tcBorders>
          </w:tcPr>
          <w:p w14:paraId="23622EC6" w14:textId="77777777" w:rsidR="008B3784" w:rsidRPr="00D97086" w:rsidRDefault="008B3784" w:rsidP="00B06CA4">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20</w:t>
            </w:r>
          </w:p>
        </w:tc>
        <w:tc>
          <w:tcPr>
            <w:tcW w:w="2877" w:type="dxa"/>
            <w:tcBorders>
              <w:top w:val="none" w:sz="0" w:space="0" w:color="auto"/>
              <w:left w:val="none" w:sz="0" w:space="0" w:color="auto"/>
              <w:bottom w:val="none" w:sz="0" w:space="0" w:color="auto"/>
              <w:right w:val="none" w:sz="0" w:space="0" w:color="auto"/>
            </w:tcBorders>
          </w:tcPr>
          <w:p w14:paraId="08A91B54" w14:textId="77777777" w:rsidR="008B3784" w:rsidRPr="005B1542" w:rsidRDefault="008B3784" w:rsidP="00B06CA4">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it-IT"/>
              </w:rPr>
            </w:pPr>
            <w:r w:rsidRPr="005B1542">
              <w:rPr>
                <w:rFonts w:ascii="Times New Roman" w:hAnsi="Times New Roman" w:cs="Times New Roman"/>
                <w:sz w:val="24"/>
                <w:szCs w:val="24"/>
                <w:lang w:val="it-IT"/>
              </w:rPr>
              <w:t>Mungon analiza e gjendjes së banesave</w:t>
            </w:r>
          </w:p>
        </w:tc>
      </w:tr>
      <w:tr w:rsidR="008B3784" w:rsidRPr="005B1542" w14:paraId="59DEABC4" w14:textId="77777777" w:rsidTr="00D104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7" w:type="dxa"/>
            <w:tcBorders>
              <w:top w:val="none" w:sz="0" w:space="0" w:color="auto"/>
              <w:left w:val="none" w:sz="0" w:space="0" w:color="auto"/>
              <w:bottom w:val="none" w:sz="0" w:space="0" w:color="auto"/>
              <w:right w:val="none" w:sz="0" w:space="0" w:color="auto"/>
            </w:tcBorders>
            <w:shd w:val="clear" w:color="auto" w:fill="auto"/>
          </w:tcPr>
          <w:p w14:paraId="7FB6D0E4"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Personat</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aftësi</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kufizuara</w:t>
            </w:r>
            <w:proofErr w:type="spellEnd"/>
          </w:p>
        </w:tc>
        <w:tc>
          <w:tcPr>
            <w:tcW w:w="2876" w:type="dxa"/>
            <w:tcBorders>
              <w:top w:val="none" w:sz="0" w:space="0" w:color="auto"/>
              <w:left w:val="none" w:sz="0" w:space="0" w:color="auto"/>
              <w:bottom w:val="none" w:sz="0" w:space="0" w:color="auto"/>
              <w:right w:val="none" w:sz="0" w:space="0" w:color="auto"/>
            </w:tcBorders>
            <w:shd w:val="clear" w:color="auto" w:fill="auto"/>
          </w:tcPr>
          <w:p w14:paraId="2378A6A7" w14:textId="77777777" w:rsidR="008B3784" w:rsidRPr="00D97086" w:rsidRDefault="008B3784" w:rsidP="00B06CA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23</w:t>
            </w:r>
          </w:p>
        </w:tc>
        <w:tc>
          <w:tcPr>
            <w:tcW w:w="2877" w:type="dxa"/>
            <w:tcBorders>
              <w:top w:val="none" w:sz="0" w:space="0" w:color="auto"/>
              <w:left w:val="none" w:sz="0" w:space="0" w:color="auto"/>
              <w:bottom w:val="none" w:sz="0" w:space="0" w:color="auto"/>
              <w:right w:val="none" w:sz="0" w:space="0" w:color="auto"/>
            </w:tcBorders>
            <w:shd w:val="clear" w:color="auto" w:fill="auto"/>
          </w:tcPr>
          <w:p w14:paraId="669E16D4" w14:textId="77777777" w:rsidR="008B3784" w:rsidRPr="005B1542" w:rsidRDefault="008B3784" w:rsidP="00B06CA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it-IT"/>
              </w:rPr>
            </w:pPr>
            <w:r w:rsidRPr="005B1542">
              <w:rPr>
                <w:rFonts w:ascii="Times New Roman" w:hAnsi="Times New Roman" w:cs="Times New Roman"/>
                <w:sz w:val="24"/>
                <w:szCs w:val="24"/>
                <w:lang w:val="it-IT"/>
              </w:rPr>
              <w:t>Mungon vlerësimi i përshtatjeve të banesave</w:t>
            </w:r>
          </w:p>
        </w:tc>
      </w:tr>
      <w:tr w:rsidR="008B3784" w:rsidRPr="005B1542" w14:paraId="4815E4EC" w14:textId="77777777" w:rsidTr="00D1048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7" w:type="dxa"/>
            <w:tcBorders>
              <w:top w:val="none" w:sz="0" w:space="0" w:color="auto"/>
              <w:left w:val="none" w:sz="0" w:space="0" w:color="auto"/>
              <w:bottom w:val="none" w:sz="0" w:space="0" w:color="auto"/>
              <w:right w:val="none" w:sz="0" w:space="0" w:color="auto"/>
            </w:tcBorders>
          </w:tcPr>
          <w:p w14:paraId="4E70557E"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Komuniteti</w:t>
            </w:r>
            <w:proofErr w:type="spellEnd"/>
            <w:r w:rsidRPr="00D97086">
              <w:rPr>
                <w:rFonts w:ascii="Times New Roman" w:hAnsi="Times New Roman" w:cs="Times New Roman"/>
                <w:sz w:val="24"/>
                <w:szCs w:val="24"/>
              </w:rPr>
              <w:t xml:space="preserve"> rom</w:t>
            </w:r>
          </w:p>
        </w:tc>
        <w:tc>
          <w:tcPr>
            <w:tcW w:w="2876" w:type="dxa"/>
            <w:tcBorders>
              <w:top w:val="none" w:sz="0" w:space="0" w:color="auto"/>
              <w:left w:val="none" w:sz="0" w:space="0" w:color="auto"/>
              <w:bottom w:val="none" w:sz="0" w:space="0" w:color="auto"/>
              <w:right w:val="none" w:sz="0" w:space="0" w:color="auto"/>
            </w:tcBorders>
          </w:tcPr>
          <w:p w14:paraId="468CB411" w14:textId="77777777" w:rsidR="008B3784" w:rsidRPr="00D97086" w:rsidRDefault="008B3784" w:rsidP="00B06CA4">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15</w:t>
            </w:r>
          </w:p>
        </w:tc>
        <w:tc>
          <w:tcPr>
            <w:tcW w:w="2877" w:type="dxa"/>
            <w:tcBorders>
              <w:top w:val="none" w:sz="0" w:space="0" w:color="auto"/>
              <w:left w:val="none" w:sz="0" w:space="0" w:color="auto"/>
              <w:bottom w:val="none" w:sz="0" w:space="0" w:color="auto"/>
              <w:right w:val="none" w:sz="0" w:space="0" w:color="auto"/>
            </w:tcBorders>
          </w:tcPr>
          <w:p w14:paraId="1EE4BC3B" w14:textId="77777777" w:rsidR="008B3784" w:rsidRPr="005B1542" w:rsidRDefault="008B3784" w:rsidP="00B06CA4">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it-IT"/>
              </w:rPr>
            </w:pPr>
            <w:r w:rsidRPr="005B1542">
              <w:rPr>
                <w:rFonts w:ascii="Times New Roman" w:hAnsi="Times New Roman" w:cs="Times New Roman"/>
                <w:sz w:val="24"/>
                <w:szCs w:val="24"/>
                <w:lang w:val="it-IT"/>
              </w:rPr>
              <w:t>Të dhëna të pjesshme mbi kushtet e banimit</w:t>
            </w:r>
          </w:p>
        </w:tc>
      </w:tr>
      <w:tr w:rsidR="008B3784" w:rsidRPr="005B1542" w14:paraId="44BDD3ED" w14:textId="77777777" w:rsidTr="00D104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77" w:type="dxa"/>
            <w:tcBorders>
              <w:top w:val="none" w:sz="0" w:space="0" w:color="auto"/>
              <w:left w:val="none" w:sz="0" w:space="0" w:color="auto"/>
              <w:bottom w:val="none" w:sz="0" w:space="0" w:color="auto"/>
              <w:right w:val="none" w:sz="0" w:space="0" w:color="auto"/>
            </w:tcBorders>
            <w:shd w:val="clear" w:color="auto" w:fill="auto"/>
          </w:tcPr>
          <w:p w14:paraId="0AFC0223"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lastRenderedPageBreak/>
              <w:t>Komuniteti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egjiptian</w:t>
            </w:r>
            <w:proofErr w:type="spellEnd"/>
          </w:p>
        </w:tc>
        <w:tc>
          <w:tcPr>
            <w:tcW w:w="2876" w:type="dxa"/>
            <w:tcBorders>
              <w:top w:val="none" w:sz="0" w:space="0" w:color="auto"/>
              <w:left w:val="none" w:sz="0" w:space="0" w:color="auto"/>
              <w:bottom w:val="none" w:sz="0" w:space="0" w:color="auto"/>
              <w:right w:val="none" w:sz="0" w:space="0" w:color="auto"/>
            </w:tcBorders>
            <w:shd w:val="clear" w:color="auto" w:fill="auto"/>
          </w:tcPr>
          <w:p w14:paraId="00EAA860" w14:textId="77777777" w:rsidR="008B3784" w:rsidRPr="00D97086" w:rsidRDefault="008B3784" w:rsidP="00B06CA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10</w:t>
            </w:r>
          </w:p>
        </w:tc>
        <w:tc>
          <w:tcPr>
            <w:tcW w:w="2877" w:type="dxa"/>
            <w:tcBorders>
              <w:top w:val="none" w:sz="0" w:space="0" w:color="auto"/>
              <w:left w:val="none" w:sz="0" w:space="0" w:color="auto"/>
              <w:bottom w:val="none" w:sz="0" w:space="0" w:color="auto"/>
              <w:right w:val="none" w:sz="0" w:space="0" w:color="auto"/>
            </w:tcBorders>
            <w:shd w:val="clear" w:color="auto" w:fill="auto"/>
          </w:tcPr>
          <w:p w14:paraId="454A0C11" w14:textId="77777777" w:rsidR="008B3784" w:rsidRPr="005B1542" w:rsidRDefault="008B3784" w:rsidP="00B06CA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it-IT"/>
              </w:rPr>
            </w:pPr>
            <w:r w:rsidRPr="005B1542">
              <w:rPr>
                <w:rFonts w:ascii="Times New Roman" w:hAnsi="Times New Roman" w:cs="Times New Roman"/>
                <w:sz w:val="24"/>
                <w:szCs w:val="24"/>
                <w:lang w:val="it-IT"/>
              </w:rPr>
              <w:t>Të dhëna të pjesshme mbi kushtet e banimit</w:t>
            </w:r>
          </w:p>
        </w:tc>
      </w:tr>
    </w:tbl>
    <w:p w14:paraId="4177F1AE" w14:textId="77777777" w:rsidR="008B3784" w:rsidRPr="005B1542" w:rsidRDefault="00D1048F" w:rsidP="00B06CA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Burimi: Bashkia Prrenjas</w:t>
      </w:r>
    </w:p>
    <w:p w14:paraId="317F7E19" w14:textId="77777777" w:rsidR="008B3784" w:rsidRPr="005B1542" w:rsidRDefault="008B3784" w:rsidP="00B06CA4">
      <w:pPr>
        <w:jc w:val="both"/>
        <w:rPr>
          <w:rFonts w:ascii="Times New Roman" w:hAnsi="Times New Roman" w:cs="Times New Roman"/>
          <w:i/>
          <w:sz w:val="24"/>
          <w:szCs w:val="24"/>
          <w:u w:val="single"/>
          <w:lang w:val="it-IT"/>
        </w:rPr>
      </w:pPr>
      <w:r w:rsidRPr="005B1542">
        <w:rPr>
          <w:rFonts w:ascii="Times New Roman" w:hAnsi="Times New Roman" w:cs="Times New Roman"/>
          <w:i/>
          <w:sz w:val="24"/>
          <w:szCs w:val="24"/>
          <w:u w:val="single"/>
          <w:lang w:val="it-IT"/>
        </w:rPr>
        <w:t>Analiza e boshllëqeve të të dhënave</w:t>
      </w:r>
    </w:p>
    <w:p w14:paraId="03154F6A" w14:textId="77777777" w:rsidR="008B3784" w:rsidRPr="005B1542" w:rsidRDefault="008B3784" w:rsidP="00B06CA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Analiza e të dhënave evidenton boshllëqe si më poshtë:</w:t>
      </w:r>
    </w:p>
    <w:p w14:paraId="6394502D" w14:textId="77777777" w:rsidR="008B3784" w:rsidRPr="005B1542" w:rsidRDefault="008B3784" w:rsidP="00B06CA4">
      <w:pPr>
        <w:pStyle w:val="ListParagraph"/>
        <w:numPr>
          <w:ilvl w:val="0"/>
          <w:numId w:val="18"/>
        </w:num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Mungon regjistri i plotë i stokut të banesave sipas tipologjisë dhe gjendjes fizike.</w:t>
      </w:r>
    </w:p>
    <w:p w14:paraId="4BD4B0CE" w14:textId="77777777" w:rsidR="008B3784" w:rsidRPr="005B1542" w:rsidRDefault="008B3784" w:rsidP="00B06CA4">
      <w:pPr>
        <w:pStyle w:val="ListParagraph"/>
        <w:numPr>
          <w:ilvl w:val="0"/>
          <w:numId w:val="18"/>
        </w:num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Tregu i qirasë nuk monitorohet rregullisht dhe mungojnë të dhëna për zonat rurale.</w:t>
      </w:r>
    </w:p>
    <w:p w14:paraId="398FB33E" w14:textId="77777777" w:rsidR="008B3784" w:rsidRPr="005B1542" w:rsidRDefault="008B3784" w:rsidP="00B06CA4">
      <w:pPr>
        <w:pStyle w:val="ListParagraph"/>
        <w:numPr>
          <w:ilvl w:val="0"/>
          <w:numId w:val="18"/>
        </w:num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Rastet emergjente dhe afatmesme nuk evidentohen në një databazë të përhershme.</w:t>
      </w:r>
    </w:p>
    <w:p w14:paraId="58DC1449" w14:textId="77777777" w:rsidR="008B3784" w:rsidRPr="005B1542" w:rsidRDefault="008B3784" w:rsidP="00B06CA4">
      <w:pPr>
        <w:pStyle w:val="ListParagraph"/>
        <w:numPr>
          <w:ilvl w:val="0"/>
          <w:numId w:val="18"/>
        </w:num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Mungojnë të dhëna për përshtatjet e banesave për PAK dhe të moshuarit.</w:t>
      </w:r>
    </w:p>
    <w:p w14:paraId="0E03084B" w14:textId="77777777" w:rsidR="008B3784" w:rsidRPr="005B1542" w:rsidRDefault="008B3784" w:rsidP="00B06CA4">
      <w:pPr>
        <w:pStyle w:val="ListParagraph"/>
        <w:numPr>
          <w:ilvl w:val="0"/>
          <w:numId w:val="18"/>
        </w:num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Evidencat për disa kategori me përparësi sipas ligjit janë të pjesshme ose mungojnë.</w:t>
      </w:r>
    </w:p>
    <w:p w14:paraId="2561DB92" w14:textId="77777777" w:rsidR="008B3784" w:rsidRPr="005B1542" w:rsidRDefault="008B3784" w:rsidP="00B06CA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 xml:space="preserve"> </w:t>
      </w:r>
      <w:r w:rsidR="00D1048F" w:rsidRPr="005B1542">
        <w:rPr>
          <w:rFonts w:ascii="Times New Roman" w:hAnsi="Times New Roman" w:cs="Times New Roman"/>
          <w:sz w:val="24"/>
          <w:szCs w:val="24"/>
          <w:lang w:val="it-IT"/>
        </w:rPr>
        <w:t>Figura 8: Sinteza</w:t>
      </w:r>
      <w:r w:rsidRPr="005B1542">
        <w:rPr>
          <w:rFonts w:ascii="Times New Roman" w:hAnsi="Times New Roman" w:cs="Times New Roman"/>
          <w:sz w:val="24"/>
          <w:szCs w:val="24"/>
          <w:lang w:val="it-IT"/>
        </w:rPr>
        <w:t xml:space="preserve"> e të dhënave, boshllëqeve dhe hapave për plotësim</w:t>
      </w:r>
    </w:p>
    <w:tbl>
      <w:tblPr>
        <w:tblStyle w:val="LightGrid-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2068"/>
        <w:gridCol w:w="2004"/>
        <w:gridCol w:w="2023"/>
      </w:tblGrid>
      <w:tr w:rsidR="008B3784" w:rsidRPr="00D97086" w14:paraId="1BA9082F" w14:textId="77777777" w:rsidTr="00FC26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7"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36313DF7" w14:textId="77777777" w:rsidR="008B3784" w:rsidRPr="00D97086" w:rsidRDefault="008B3784" w:rsidP="00B06CA4">
            <w:pPr>
              <w:jc w:val="both"/>
              <w:rPr>
                <w:rFonts w:ascii="Times New Roman" w:hAnsi="Times New Roman" w:cs="Times New Roman"/>
                <w:sz w:val="28"/>
                <w:szCs w:val="28"/>
              </w:rPr>
            </w:pPr>
            <w:proofErr w:type="spellStart"/>
            <w:r w:rsidRPr="00D97086">
              <w:rPr>
                <w:rFonts w:ascii="Times New Roman" w:hAnsi="Times New Roman" w:cs="Times New Roman"/>
                <w:sz w:val="28"/>
                <w:szCs w:val="28"/>
              </w:rPr>
              <w:t>Indikatori</w:t>
            </w:r>
            <w:proofErr w:type="spellEnd"/>
          </w:p>
        </w:tc>
        <w:tc>
          <w:tcPr>
            <w:tcW w:w="2104"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1A2302FA" w14:textId="77777777" w:rsidR="008B3784" w:rsidRPr="00D97086" w:rsidRDefault="008B3784" w:rsidP="00B06CA4">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D97086">
              <w:rPr>
                <w:rFonts w:ascii="Times New Roman" w:hAnsi="Times New Roman" w:cs="Times New Roman"/>
                <w:sz w:val="28"/>
                <w:szCs w:val="28"/>
              </w:rPr>
              <w:t xml:space="preserve">Të </w:t>
            </w:r>
            <w:proofErr w:type="spellStart"/>
            <w:r w:rsidRPr="00D97086">
              <w:rPr>
                <w:rFonts w:ascii="Times New Roman" w:hAnsi="Times New Roman" w:cs="Times New Roman"/>
                <w:sz w:val="28"/>
                <w:szCs w:val="28"/>
              </w:rPr>
              <w:t>dhënat</w:t>
            </w:r>
            <w:proofErr w:type="spellEnd"/>
            <w:r w:rsidRPr="00D97086">
              <w:rPr>
                <w:rFonts w:ascii="Times New Roman" w:hAnsi="Times New Roman" w:cs="Times New Roman"/>
                <w:sz w:val="28"/>
                <w:szCs w:val="28"/>
              </w:rPr>
              <w:t xml:space="preserve"> </w:t>
            </w:r>
            <w:proofErr w:type="spellStart"/>
            <w:r w:rsidRPr="00D97086">
              <w:rPr>
                <w:rFonts w:ascii="Times New Roman" w:hAnsi="Times New Roman" w:cs="Times New Roman"/>
                <w:sz w:val="28"/>
                <w:szCs w:val="28"/>
              </w:rPr>
              <w:t>ekzistuese</w:t>
            </w:r>
            <w:proofErr w:type="spellEnd"/>
          </w:p>
        </w:tc>
        <w:tc>
          <w:tcPr>
            <w:tcW w:w="2056"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4C35E6EB" w14:textId="77777777" w:rsidR="008B3784" w:rsidRPr="00D97086" w:rsidRDefault="008B3784" w:rsidP="00B06CA4">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roofErr w:type="spellStart"/>
            <w:r w:rsidRPr="00D97086">
              <w:rPr>
                <w:rFonts w:ascii="Times New Roman" w:hAnsi="Times New Roman" w:cs="Times New Roman"/>
                <w:sz w:val="28"/>
                <w:szCs w:val="28"/>
              </w:rPr>
              <w:t>Boshllëqet</w:t>
            </w:r>
            <w:proofErr w:type="spellEnd"/>
          </w:p>
        </w:tc>
        <w:tc>
          <w:tcPr>
            <w:tcW w:w="2073"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4AE8A4C1" w14:textId="77777777" w:rsidR="008B3784" w:rsidRPr="00D97086" w:rsidRDefault="008B3784" w:rsidP="00B06CA4">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roofErr w:type="spellStart"/>
            <w:r w:rsidRPr="00D97086">
              <w:rPr>
                <w:rFonts w:ascii="Times New Roman" w:hAnsi="Times New Roman" w:cs="Times New Roman"/>
                <w:sz w:val="28"/>
                <w:szCs w:val="28"/>
              </w:rPr>
              <w:t>Hapat</w:t>
            </w:r>
            <w:proofErr w:type="spellEnd"/>
            <w:r w:rsidRPr="00D97086">
              <w:rPr>
                <w:rFonts w:ascii="Times New Roman" w:hAnsi="Times New Roman" w:cs="Times New Roman"/>
                <w:sz w:val="28"/>
                <w:szCs w:val="28"/>
              </w:rPr>
              <w:t xml:space="preserve"> </w:t>
            </w:r>
            <w:proofErr w:type="spellStart"/>
            <w:r w:rsidRPr="00D97086">
              <w:rPr>
                <w:rFonts w:ascii="Times New Roman" w:hAnsi="Times New Roman" w:cs="Times New Roman"/>
                <w:sz w:val="28"/>
                <w:szCs w:val="28"/>
              </w:rPr>
              <w:t>për</w:t>
            </w:r>
            <w:proofErr w:type="spellEnd"/>
            <w:r w:rsidRPr="00D97086">
              <w:rPr>
                <w:rFonts w:ascii="Times New Roman" w:hAnsi="Times New Roman" w:cs="Times New Roman"/>
                <w:sz w:val="28"/>
                <w:szCs w:val="28"/>
              </w:rPr>
              <w:t xml:space="preserve"> </w:t>
            </w:r>
            <w:proofErr w:type="spellStart"/>
            <w:r w:rsidRPr="00D97086">
              <w:rPr>
                <w:rFonts w:ascii="Times New Roman" w:hAnsi="Times New Roman" w:cs="Times New Roman"/>
                <w:sz w:val="28"/>
                <w:szCs w:val="28"/>
              </w:rPr>
              <w:t>plotësim</w:t>
            </w:r>
            <w:proofErr w:type="spellEnd"/>
          </w:p>
          <w:p w14:paraId="5A0562B8" w14:textId="77777777" w:rsidR="00FC26B4" w:rsidRPr="00D97086" w:rsidRDefault="00FC26B4" w:rsidP="00B06CA4">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
        </w:tc>
      </w:tr>
      <w:tr w:rsidR="008B3784" w:rsidRPr="005B1542" w14:paraId="3BAEE325" w14:textId="77777777" w:rsidTr="00712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7" w:type="dxa"/>
            <w:tcBorders>
              <w:top w:val="none" w:sz="0" w:space="0" w:color="auto"/>
              <w:left w:val="none" w:sz="0" w:space="0" w:color="auto"/>
              <w:bottom w:val="none" w:sz="0" w:space="0" w:color="auto"/>
              <w:right w:val="none" w:sz="0" w:space="0" w:color="auto"/>
            </w:tcBorders>
            <w:shd w:val="clear" w:color="auto" w:fill="auto"/>
          </w:tcPr>
          <w:p w14:paraId="3EABB6A9"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Stoku</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banesave</w:t>
            </w:r>
            <w:proofErr w:type="spellEnd"/>
          </w:p>
        </w:tc>
        <w:tc>
          <w:tcPr>
            <w:tcW w:w="2104" w:type="dxa"/>
            <w:tcBorders>
              <w:top w:val="none" w:sz="0" w:space="0" w:color="auto"/>
              <w:left w:val="none" w:sz="0" w:space="0" w:color="auto"/>
              <w:bottom w:val="none" w:sz="0" w:space="0" w:color="auto"/>
              <w:right w:val="none" w:sz="0" w:space="0" w:color="auto"/>
            </w:tcBorders>
            <w:shd w:val="clear" w:color="auto" w:fill="auto"/>
          </w:tcPr>
          <w:p w14:paraId="5C8B4517" w14:textId="77777777" w:rsidR="008B3784" w:rsidRPr="00D97086" w:rsidRDefault="008B3784" w:rsidP="00B06CA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 xml:space="preserve">Të </w:t>
            </w:r>
            <w:proofErr w:type="spellStart"/>
            <w:r w:rsidRPr="00D97086">
              <w:rPr>
                <w:rFonts w:ascii="Times New Roman" w:hAnsi="Times New Roman" w:cs="Times New Roman"/>
                <w:sz w:val="24"/>
                <w:szCs w:val="24"/>
              </w:rPr>
              <w:t>dhëna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pjesshme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bashkia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vëzhgime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cilësore</w:t>
            </w:r>
            <w:proofErr w:type="spellEnd"/>
          </w:p>
        </w:tc>
        <w:tc>
          <w:tcPr>
            <w:tcW w:w="2056" w:type="dxa"/>
            <w:tcBorders>
              <w:top w:val="none" w:sz="0" w:space="0" w:color="auto"/>
              <w:left w:val="none" w:sz="0" w:space="0" w:color="auto"/>
              <w:bottom w:val="none" w:sz="0" w:space="0" w:color="auto"/>
              <w:right w:val="none" w:sz="0" w:space="0" w:color="auto"/>
            </w:tcBorders>
            <w:shd w:val="clear" w:color="auto" w:fill="auto"/>
          </w:tcPr>
          <w:p w14:paraId="65E65912" w14:textId="77777777" w:rsidR="008B3784" w:rsidRPr="00D97086" w:rsidRDefault="008B3784" w:rsidP="00B06CA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Mungon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regjistri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plotë</w:t>
            </w:r>
            <w:proofErr w:type="spellEnd"/>
          </w:p>
        </w:tc>
        <w:tc>
          <w:tcPr>
            <w:tcW w:w="2073" w:type="dxa"/>
            <w:tcBorders>
              <w:top w:val="none" w:sz="0" w:space="0" w:color="auto"/>
              <w:left w:val="none" w:sz="0" w:space="0" w:color="auto"/>
              <w:bottom w:val="none" w:sz="0" w:space="0" w:color="auto"/>
              <w:right w:val="none" w:sz="0" w:space="0" w:color="auto"/>
            </w:tcBorders>
            <w:shd w:val="clear" w:color="auto" w:fill="auto"/>
          </w:tcPr>
          <w:p w14:paraId="50F3FFF3" w14:textId="77777777" w:rsidR="008B3784" w:rsidRPr="005B1542" w:rsidRDefault="008B3784" w:rsidP="00B06CA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it-IT"/>
              </w:rPr>
            </w:pPr>
            <w:r w:rsidRPr="005B1542">
              <w:rPr>
                <w:rFonts w:ascii="Times New Roman" w:hAnsi="Times New Roman" w:cs="Times New Roman"/>
                <w:sz w:val="24"/>
                <w:szCs w:val="24"/>
                <w:lang w:val="it-IT"/>
              </w:rPr>
              <w:t>Hartimi i inventarit të stokut të banesave</w:t>
            </w:r>
          </w:p>
        </w:tc>
      </w:tr>
      <w:tr w:rsidR="008B3784" w:rsidRPr="005B1542" w14:paraId="473A19BD" w14:textId="77777777" w:rsidTr="00712EC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7" w:type="dxa"/>
            <w:tcBorders>
              <w:top w:val="none" w:sz="0" w:space="0" w:color="auto"/>
              <w:left w:val="none" w:sz="0" w:space="0" w:color="auto"/>
              <w:bottom w:val="none" w:sz="0" w:space="0" w:color="auto"/>
              <w:right w:val="none" w:sz="0" w:space="0" w:color="auto"/>
            </w:tcBorders>
          </w:tcPr>
          <w:p w14:paraId="3F4CE26D"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Tregu</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qirasë</w:t>
            </w:r>
            <w:proofErr w:type="spellEnd"/>
          </w:p>
        </w:tc>
        <w:tc>
          <w:tcPr>
            <w:tcW w:w="2104" w:type="dxa"/>
            <w:tcBorders>
              <w:top w:val="none" w:sz="0" w:space="0" w:color="auto"/>
              <w:left w:val="none" w:sz="0" w:space="0" w:color="auto"/>
              <w:bottom w:val="none" w:sz="0" w:space="0" w:color="auto"/>
              <w:right w:val="none" w:sz="0" w:space="0" w:color="auto"/>
            </w:tcBorders>
          </w:tcPr>
          <w:p w14:paraId="03973D3A" w14:textId="77777777" w:rsidR="008B3784" w:rsidRPr="00D97086" w:rsidRDefault="008B3784" w:rsidP="00B06CA4">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Çmime</w:t>
            </w:r>
            <w:proofErr w:type="spellEnd"/>
            <w:r w:rsidRPr="00D97086">
              <w:rPr>
                <w:rFonts w:ascii="Times New Roman" w:hAnsi="Times New Roman" w:cs="Times New Roman"/>
                <w:sz w:val="24"/>
                <w:szCs w:val="24"/>
              </w:rPr>
              <w:t xml:space="preserve"> 10,000–25,000 </w:t>
            </w:r>
            <w:proofErr w:type="spellStart"/>
            <w:r w:rsidRPr="00D97086">
              <w:rPr>
                <w:rFonts w:ascii="Times New Roman" w:hAnsi="Times New Roman" w:cs="Times New Roman"/>
                <w:sz w:val="24"/>
                <w:szCs w:val="24"/>
              </w:rPr>
              <w:t>lekë</w:t>
            </w:r>
            <w:proofErr w:type="spellEnd"/>
            <w:r w:rsidRPr="00D97086">
              <w:rPr>
                <w:rFonts w:ascii="Times New Roman" w:hAnsi="Times New Roman" w:cs="Times New Roman"/>
                <w:sz w:val="24"/>
                <w:szCs w:val="24"/>
              </w:rPr>
              <w:t xml:space="preserve">; 2 </w:t>
            </w:r>
            <w:proofErr w:type="spellStart"/>
            <w:r w:rsidRPr="00D97086">
              <w:rPr>
                <w:rFonts w:ascii="Times New Roman" w:hAnsi="Times New Roman" w:cs="Times New Roman"/>
                <w:sz w:val="24"/>
                <w:szCs w:val="24"/>
              </w:rPr>
              <w:t>raste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dëbimesh</w:t>
            </w:r>
            <w:proofErr w:type="spellEnd"/>
          </w:p>
        </w:tc>
        <w:tc>
          <w:tcPr>
            <w:tcW w:w="2056" w:type="dxa"/>
            <w:tcBorders>
              <w:top w:val="none" w:sz="0" w:space="0" w:color="auto"/>
              <w:left w:val="none" w:sz="0" w:space="0" w:color="auto"/>
              <w:bottom w:val="none" w:sz="0" w:space="0" w:color="auto"/>
              <w:right w:val="none" w:sz="0" w:space="0" w:color="auto"/>
            </w:tcBorders>
          </w:tcPr>
          <w:p w14:paraId="5C149470" w14:textId="77777777" w:rsidR="008B3784" w:rsidRPr="005B1542" w:rsidRDefault="008B3784" w:rsidP="00B06CA4">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it-IT"/>
              </w:rPr>
            </w:pPr>
            <w:r w:rsidRPr="005B1542">
              <w:rPr>
                <w:rFonts w:ascii="Times New Roman" w:hAnsi="Times New Roman" w:cs="Times New Roman"/>
                <w:sz w:val="24"/>
                <w:szCs w:val="24"/>
                <w:lang w:val="it-IT"/>
              </w:rPr>
              <w:t>Mungojnë të dhëna për fshatrat; kontratat informale</w:t>
            </w:r>
          </w:p>
        </w:tc>
        <w:tc>
          <w:tcPr>
            <w:tcW w:w="2073" w:type="dxa"/>
            <w:tcBorders>
              <w:top w:val="none" w:sz="0" w:space="0" w:color="auto"/>
              <w:left w:val="none" w:sz="0" w:space="0" w:color="auto"/>
              <w:bottom w:val="none" w:sz="0" w:space="0" w:color="auto"/>
              <w:right w:val="none" w:sz="0" w:space="0" w:color="auto"/>
            </w:tcBorders>
          </w:tcPr>
          <w:p w14:paraId="1C8F79A3" w14:textId="77777777" w:rsidR="008B3784" w:rsidRPr="005B1542" w:rsidRDefault="008B3784" w:rsidP="00B06CA4">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it-IT"/>
              </w:rPr>
            </w:pPr>
            <w:r w:rsidRPr="005B1542">
              <w:rPr>
                <w:rFonts w:ascii="Times New Roman" w:hAnsi="Times New Roman" w:cs="Times New Roman"/>
                <w:sz w:val="24"/>
                <w:szCs w:val="24"/>
                <w:lang w:val="it-IT"/>
              </w:rPr>
              <w:t>Monitorim periodik dhe formalizim kontratash</w:t>
            </w:r>
          </w:p>
        </w:tc>
      </w:tr>
      <w:tr w:rsidR="008B3784" w:rsidRPr="00D97086" w14:paraId="6AF022E3" w14:textId="77777777" w:rsidTr="00712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7" w:type="dxa"/>
            <w:tcBorders>
              <w:top w:val="none" w:sz="0" w:space="0" w:color="auto"/>
              <w:left w:val="none" w:sz="0" w:space="0" w:color="auto"/>
              <w:bottom w:val="none" w:sz="0" w:space="0" w:color="auto"/>
              <w:right w:val="none" w:sz="0" w:space="0" w:color="auto"/>
            </w:tcBorders>
            <w:shd w:val="clear" w:color="auto" w:fill="auto"/>
          </w:tcPr>
          <w:p w14:paraId="1AFA31FE"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Rastet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emergjente</w:t>
            </w:r>
            <w:proofErr w:type="spellEnd"/>
            <w:r w:rsidRPr="00D97086">
              <w:rPr>
                <w:rFonts w:ascii="Times New Roman" w:hAnsi="Times New Roman" w:cs="Times New Roman"/>
                <w:sz w:val="24"/>
                <w:szCs w:val="24"/>
              </w:rPr>
              <w:t>/</w:t>
            </w:r>
            <w:proofErr w:type="spellStart"/>
            <w:r w:rsidRPr="00D97086">
              <w:rPr>
                <w:rFonts w:ascii="Times New Roman" w:hAnsi="Times New Roman" w:cs="Times New Roman"/>
                <w:sz w:val="24"/>
                <w:szCs w:val="24"/>
              </w:rPr>
              <w:t>afatmesme</w:t>
            </w:r>
            <w:proofErr w:type="spellEnd"/>
          </w:p>
        </w:tc>
        <w:tc>
          <w:tcPr>
            <w:tcW w:w="2104" w:type="dxa"/>
            <w:tcBorders>
              <w:top w:val="none" w:sz="0" w:space="0" w:color="auto"/>
              <w:left w:val="none" w:sz="0" w:space="0" w:color="auto"/>
              <w:bottom w:val="none" w:sz="0" w:space="0" w:color="auto"/>
              <w:right w:val="none" w:sz="0" w:space="0" w:color="auto"/>
            </w:tcBorders>
            <w:shd w:val="clear" w:color="auto" w:fill="auto"/>
          </w:tcPr>
          <w:p w14:paraId="0B5C97F2" w14:textId="77777777" w:rsidR="008B3784" w:rsidRPr="00D97086" w:rsidRDefault="008B3784" w:rsidP="00B06CA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 xml:space="preserve">3 </w:t>
            </w:r>
            <w:proofErr w:type="spellStart"/>
            <w:r w:rsidRPr="00D97086">
              <w:rPr>
                <w:rFonts w:ascii="Times New Roman" w:hAnsi="Times New Roman" w:cs="Times New Roman"/>
                <w:sz w:val="24"/>
                <w:szCs w:val="24"/>
              </w:rPr>
              <w:t>emergjente</w:t>
            </w:r>
            <w:proofErr w:type="spellEnd"/>
            <w:r w:rsidRPr="00D97086">
              <w:rPr>
                <w:rFonts w:ascii="Times New Roman" w:hAnsi="Times New Roman" w:cs="Times New Roman"/>
                <w:sz w:val="24"/>
                <w:szCs w:val="24"/>
              </w:rPr>
              <w:t xml:space="preserve">, 12 </w:t>
            </w:r>
            <w:proofErr w:type="spellStart"/>
            <w:r w:rsidRPr="00D97086">
              <w:rPr>
                <w:rFonts w:ascii="Times New Roman" w:hAnsi="Times New Roman" w:cs="Times New Roman"/>
                <w:sz w:val="24"/>
                <w:szCs w:val="24"/>
              </w:rPr>
              <w:t>afatmesme</w:t>
            </w:r>
            <w:proofErr w:type="spellEnd"/>
          </w:p>
        </w:tc>
        <w:tc>
          <w:tcPr>
            <w:tcW w:w="2056" w:type="dxa"/>
            <w:tcBorders>
              <w:top w:val="none" w:sz="0" w:space="0" w:color="auto"/>
              <w:left w:val="none" w:sz="0" w:space="0" w:color="auto"/>
              <w:bottom w:val="none" w:sz="0" w:space="0" w:color="auto"/>
              <w:right w:val="none" w:sz="0" w:space="0" w:color="auto"/>
            </w:tcBorders>
            <w:shd w:val="clear" w:color="auto" w:fill="auto"/>
          </w:tcPr>
          <w:p w14:paraId="7A3DDB01" w14:textId="77777777" w:rsidR="008B3784" w:rsidRPr="00D97086" w:rsidRDefault="008B3784" w:rsidP="00B06CA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Mungon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databaza</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përhershme</w:t>
            </w:r>
            <w:proofErr w:type="spellEnd"/>
          </w:p>
        </w:tc>
        <w:tc>
          <w:tcPr>
            <w:tcW w:w="2073" w:type="dxa"/>
            <w:tcBorders>
              <w:top w:val="none" w:sz="0" w:space="0" w:color="auto"/>
              <w:left w:val="none" w:sz="0" w:space="0" w:color="auto"/>
              <w:bottom w:val="none" w:sz="0" w:space="0" w:color="auto"/>
              <w:right w:val="none" w:sz="0" w:space="0" w:color="auto"/>
            </w:tcBorders>
            <w:shd w:val="clear" w:color="auto" w:fill="auto"/>
          </w:tcPr>
          <w:p w14:paraId="3207A921" w14:textId="77777777" w:rsidR="008B3784" w:rsidRPr="00D97086" w:rsidRDefault="008B3784" w:rsidP="00B06CA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Krijimi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regjistrit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elektronik</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rasteve</w:t>
            </w:r>
            <w:proofErr w:type="spellEnd"/>
          </w:p>
        </w:tc>
      </w:tr>
      <w:tr w:rsidR="008B3784" w:rsidRPr="005B1542" w14:paraId="2B603CAD" w14:textId="77777777" w:rsidTr="00712EC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7" w:type="dxa"/>
            <w:tcBorders>
              <w:top w:val="none" w:sz="0" w:space="0" w:color="auto"/>
              <w:left w:val="none" w:sz="0" w:space="0" w:color="auto"/>
              <w:bottom w:val="none" w:sz="0" w:space="0" w:color="auto"/>
              <w:right w:val="none" w:sz="0" w:space="0" w:color="auto"/>
            </w:tcBorders>
          </w:tcPr>
          <w:p w14:paraId="19775EBF"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Programet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ekzistuese</w:t>
            </w:r>
            <w:proofErr w:type="spellEnd"/>
          </w:p>
        </w:tc>
        <w:tc>
          <w:tcPr>
            <w:tcW w:w="2104" w:type="dxa"/>
            <w:tcBorders>
              <w:top w:val="none" w:sz="0" w:space="0" w:color="auto"/>
              <w:left w:val="none" w:sz="0" w:space="0" w:color="auto"/>
              <w:bottom w:val="none" w:sz="0" w:space="0" w:color="auto"/>
              <w:right w:val="none" w:sz="0" w:space="0" w:color="auto"/>
            </w:tcBorders>
          </w:tcPr>
          <w:p w14:paraId="137A77AB" w14:textId="77777777" w:rsidR="008B3784" w:rsidRPr="005B1542" w:rsidRDefault="008B3784" w:rsidP="00B06CA4">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it-IT"/>
              </w:rPr>
            </w:pPr>
            <w:r w:rsidRPr="005B1542">
              <w:rPr>
                <w:rFonts w:ascii="Times New Roman" w:hAnsi="Times New Roman" w:cs="Times New Roman"/>
                <w:sz w:val="24"/>
                <w:szCs w:val="24"/>
                <w:lang w:val="it-IT"/>
              </w:rPr>
              <w:t>Kredi e butë, subvencione, truall 3.64 ha</w:t>
            </w:r>
          </w:p>
        </w:tc>
        <w:tc>
          <w:tcPr>
            <w:tcW w:w="2056" w:type="dxa"/>
            <w:tcBorders>
              <w:top w:val="none" w:sz="0" w:space="0" w:color="auto"/>
              <w:left w:val="none" w:sz="0" w:space="0" w:color="auto"/>
              <w:bottom w:val="none" w:sz="0" w:space="0" w:color="auto"/>
              <w:right w:val="none" w:sz="0" w:space="0" w:color="auto"/>
            </w:tcBorders>
          </w:tcPr>
          <w:p w14:paraId="5C4D8A06" w14:textId="77777777" w:rsidR="008B3784" w:rsidRPr="00D97086" w:rsidRDefault="008B3784" w:rsidP="00B06CA4">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 xml:space="preserve">Nuk ka të </w:t>
            </w:r>
            <w:proofErr w:type="spellStart"/>
            <w:r w:rsidRPr="00D97086">
              <w:rPr>
                <w:rFonts w:ascii="Times New Roman" w:hAnsi="Times New Roman" w:cs="Times New Roman"/>
                <w:sz w:val="24"/>
                <w:szCs w:val="24"/>
              </w:rPr>
              <w:t>dhëna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mbulimin</w:t>
            </w:r>
            <w:proofErr w:type="spellEnd"/>
            <w:r w:rsidRPr="00D97086">
              <w:rPr>
                <w:rFonts w:ascii="Times New Roman" w:hAnsi="Times New Roman" w:cs="Times New Roman"/>
                <w:sz w:val="24"/>
                <w:szCs w:val="24"/>
              </w:rPr>
              <w:t xml:space="preserve"> real</w:t>
            </w:r>
          </w:p>
        </w:tc>
        <w:tc>
          <w:tcPr>
            <w:tcW w:w="2073" w:type="dxa"/>
            <w:tcBorders>
              <w:top w:val="none" w:sz="0" w:space="0" w:color="auto"/>
              <w:left w:val="none" w:sz="0" w:space="0" w:color="auto"/>
              <w:bottom w:val="none" w:sz="0" w:space="0" w:color="auto"/>
              <w:right w:val="none" w:sz="0" w:space="0" w:color="auto"/>
            </w:tcBorders>
          </w:tcPr>
          <w:p w14:paraId="25B4FD25" w14:textId="77777777" w:rsidR="008B3784" w:rsidRPr="005B1542" w:rsidRDefault="008B3784" w:rsidP="00B06CA4">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it-IT"/>
              </w:rPr>
            </w:pPr>
            <w:r w:rsidRPr="005B1542">
              <w:rPr>
                <w:rFonts w:ascii="Times New Roman" w:hAnsi="Times New Roman" w:cs="Times New Roman"/>
                <w:sz w:val="24"/>
                <w:szCs w:val="24"/>
                <w:lang w:val="it-IT"/>
              </w:rPr>
              <w:t>Raportim vjetor mbi zbatimin e programeve</w:t>
            </w:r>
          </w:p>
        </w:tc>
      </w:tr>
      <w:tr w:rsidR="008B3784" w:rsidRPr="00D97086" w14:paraId="4611E2A6" w14:textId="77777777" w:rsidTr="00712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97" w:type="dxa"/>
            <w:tcBorders>
              <w:top w:val="none" w:sz="0" w:space="0" w:color="auto"/>
              <w:left w:val="none" w:sz="0" w:space="0" w:color="auto"/>
              <w:bottom w:val="none" w:sz="0" w:space="0" w:color="auto"/>
              <w:right w:val="none" w:sz="0" w:space="0" w:color="auto"/>
            </w:tcBorders>
            <w:shd w:val="clear" w:color="auto" w:fill="auto"/>
          </w:tcPr>
          <w:p w14:paraId="26047039"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Kategoritë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sipas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ligjit</w:t>
            </w:r>
            <w:proofErr w:type="spellEnd"/>
          </w:p>
        </w:tc>
        <w:tc>
          <w:tcPr>
            <w:tcW w:w="2104" w:type="dxa"/>
            <w:tcBorders>
              <w:top w:val="none" w:sz="0" w:space="0" w:color="auto"/>
              <w:left w:val="none" w:sz="0" w:space="0" w:color="auto"/>
              <w:bottom w:val="none" w:sz="0" w:space="0" w:color="auto"/>
              <w:right w:val="none" w:sz="0" w:space="0" w:color="auto"/>
            </w:tcBorders>
            <w:shd w:val="clear" w:color="auto" w:fill="auto"/>
          </w:tcPr>
          <w:p w14:paraId="1351F71A" w14:textId="77777777" w:rsidR="008B3784" w:rsidRPr="005B1542" w:rsidRDefault="008B3784" w:rsidP="00B06CA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it-IT"/>
              </w:rPr>
            </w:pPr>
            <w:r w:rsidRPr="005B1542">
              <w:rPr>
                <w:rFonts w:ascii="Times New Roman" w:hAnsi="Times New Roman" w:cs="Times New Roman"/>
                <w:sz w:val="24"/>
                <w:szCs w:val="24"/>
                <w:lang w:val="it-IT"/>
              </w:rPr>
              <w:t>Të dhëna për disa kategori (gra, PAK, rom/egjiptianë)</w:t>
            </w:r>
          </w:p>
        </w:tc>
        <w:tc>
          <w:tcPr>
            <w:tcW w:w="2056" w:type="dxa"/>
            <w:tcBorders>
              <w:top w:val="none" w:sz="0" w:space="0" w:color="auto"/>
              <w:left w:val="none" w:sz="0" w:space="0" w:color="auto"/>
              <w:bottom w:val="none" w:sz="0" w:space="0" w:color="auto"/>
              <w:right w:val="none" w:sz="0" w:space="0" w:color="auto"/>
            </w:tcBorders>
            <w:shd w:val="clear" w:color="auto" w:fill="auto"/>
          </w:tcPr>
          <w:p w14:paraId="4A81635B" w14:textId="77777777" w:rsidR="008B3784" w:rsidRPr="005B1542" w:rsidRDefault="008B3784" w:rsidP="00B06CA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it-IT"/>
              </w:rPr>
            </w:pPr>
            <w:r w:rsidRPr="005B1542">
              <w:rPr>
                <w:rFonts w:ascii="Times New Roman" w:hAnsi="Times New Roman" w:cs="Times New Roman"/>
                <w:sz w:val="24"/>
                <w:szCs w:val="24"/>
                <w:lang w:val="it-IT"/>
              </w:rPr>
              <w:t>Mungojnë për kategori të tjera</w:t>
            </w:r>
          </w:p>
        </w:tc>
        <w:tc>
          <w:tcPr>
            <w:tcW w:w="2073" w:type="dxa"/>
            <w:tcBorders>
              <w:top w:val="none" w:sz="0" w:space="0" w:color="auto"/>
              <w:left w:val="none" w:sz="0" w:space="0" w:color="auto"/>
              <w:bottom w:val="none" w:sz="0" w:space="0" w:color="auto"/>
              <w:right w:val="none" w:sz="0" w:space="0" w:color="auto"/>
            </w:tcBorders>
            <w:shd w:val="clear" w:color="auto" w:fill="auto"/>
          </w:tcPr>
          <w:p w14:paraId="60CD7BC3" w14:textId="77777777" w:rsidR="008B3784" w:rsidRPr="00D97086" w:rsidRDefault="008B3784" w:rsidP="00B06CA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 xml:space="preserve">Përditësim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evidencës</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bashkëpunim</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institucionet</w:t>
            </w:r>
            <w:proofErr w:type="spellEnd"/>
          </w:p>
        </w:tc>
      </w:tr>
    </w:tbl>
    <w:p w14:paraId="3730C8FB" w14:textId="77777777" w:rsidR="008B3784" w:rsidRPr="00D97086" w:rsidRDefault="00D1048F"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Burimi</w:t>
      </w:r>
      <w:proofErr w:type="spellEnd"/>
      <w:r w:rsidRPr="00D97086">
        <w:rPr>
          <w:rFonts w:ascii="Times New Roman" w:hAnsi="Times New Roman" w:cs="Times New Roman"/>
          <w:sz w:val="24"/>
          <w:szCs w:val="24"/>
        </w:rPr>
        <w:t xml:space="preserve">: Bashkia </w:t>
      </w:r>
      <w:proofErr w:type="spellStart"/>
      <w:r w:rsidRPr="00D97086">
        <w:rPr>
          <w:rFonts w:ascii="Times New Roman" w:hAnsi="Times New Roman" w:cs="Times New Roman"/>
          <w:sz w:val="24"/>
          <w:szCs w:val="24"/>
        </w:rPr>
        <w:t>Prrenjas</w:t>
      </w:r>
      <w:proofErr w:type="spellEnd"/>
    </w:p>
    <w:p w14:paraId="659B1461"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 xml:space="preserve">Nga </w:t>
      </w:r>
      <w:proofErr w:type="spellStart"/>
      <w:r w:rsidRPr="00D97086">
        <w:rPr>
          <w:rFonts w:ascii="Times New Roman" w:hAnsi="Times New Roman" w:cs="Times New Roman"/>
          <w:sz w:val="24"/>
          <w:szCs w:val="24"/>
        </w:rPr>
        <w:t>analiza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shihet</w:t>
      </w:r>
      <w:proofErr w:type="spellEnd"/>
      <w:r w:rsidRPr="00D97086">
        <w:rPr>
          <w:rFonts w:ascii="Times New Roman" w:hAnsi="Times New Roman" w:cs="Times New Roman"/>
          <w:sz w:val="24"/>
          <w:szCs w:val="24"/>
        </w:rPr>
        <w:t xml:space="preserve"> se </w:t>
      </w:r>
      <w:proofErr w:type="spellStart"/>
      <w:r w:rsidRPr="00D97086">
        <w:rPr>
          <w:rFonts w:ascii="Times New Roman" w:hAnsi="Times New Roman" w:cs="Times New Roman"/>
          <w:sz w:val="24"/>
          <w:szCs w:val="24"/>
        </w:rPr>
        <w:t>programi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qirasë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subvencionuar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është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skema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përdorur</w:t>
      </w:r>
      <w:proofErr w:type="spellEnd"/>
      <w:r w:rsidRPr="00D97086">
        <w:rPr>
          <w:rFonts w:ascii="Times New Roman" w:hAnsi="Times New Roman" w:cs="Times New Roman"/>
          <w:sz w:val="24"/>
          <w:szCs w:val="24"/>
        </w:rPr>
        <w:t xml:space="preserve">, duke </w:t>
      </w:r>
      <w:proofErr w:type="spellStart"/>
      <w:r w:rsidRPr="00D97086">
        <w:rPr>
          <w:rFonts w:ascii="Times New Roman" w:hAnsi="Times New Roman" w:cs="Times New Roman"/>
          <w:sz w:val="24"/>
          <w:szCs w:val="24"/>
        </w:rPr>
        <w:t>mbuluar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mbi</w:t>
      </w:r>
      <w:proofErr w:type="spellEnd"/>
      <w:r w:rsidRPr="00D97086">
        <w:rPr>
          <w:rFonts w:ascii="Times New Roman" w:hAnsi="Times New Roman" w:cs="Times New Roman"/>
          <w:sz w:val="24"/>
          <w:szCs w:val="24"/>
        </w:rPr>
        <w:t xml:space="preserve"> 60% të </w:t>
      </w:r>
      <w:proofErr w:type="spellStart"/>
      <w:r w:rsidRPr="00D97086">
        <w:rPr>
          <w:rFonts w:ascii="Times New Roman" w:hAnsi="Times New Roman" w:cs="Times New Roman"/>
          <w:sz w:val="24"/>
          <w:szCs w:val="24"/>
        </w:rPr>
        <w:t>përfituesve</w:t>
      </w:r>
      <w:proofErr w:type="spellEnd"/>
      <w:r w:rsidRPr="00D97086">
        <w:rPr>
          <w:rFonts w:ascii="Times New Roman" w:hAnsi="Times New Roman" w:cs="Times New Roman"/>
          <w:sz w:val="24"/>
          <w:szCs w:val="24"/>
        </w:rPr>
        <w:t xml:space="preserve"> në total (153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248). </w:t>
      </w:r>
      <w:proofErr w:type="spellStart"/>
      <w:r w:rsidRPr="00D97086">
        <w:rPr>
          <w:rFonts w:ascii="Times New Roman" w:hAnsi="Times New Roman" w:cs="Times New Roman"/>
          <w:sz w:val="24"/>
          <w:szCs w:val="24"/>
        </w:rPr>
        <w:t>Programi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përmirësimit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kushteve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banimit</w:t>
      </w:r>
      <w:proofErr w:type="spellEnd"/>
      <w:r w:rsidRPr="00D97086">
        <w:rPr>
          <w:rFonts w:ascii="Times New Roman" w:hAnsi="Times New Roman" w:cs="Times New Roman"/>
          <w:sz w:val="24"/>
          <w:szCs w:val="24"/>
        </w:rPr>
        <w:t xml:space="preserve"> ka </w:t>
      </w:r>
      <w:proofErr w:type="spellStart"/>
      <w:r w:rsidRPr="00D97086">
        <w:rPr>
          <w:rFonts w:ascii="Times New Roman" w:hAnsi="Times New Roman" w:cs="Times New Roman"/>
          <w:sz w:val="24"/>
          <w:szCs w:val="24"/>
        </w:rPr>
        <w:t>gjithashtu</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peshë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rëndësishme</w:t>
      </w:r>
      <w:proofErr w:type="spellEnd"/>
      <w:r w:rsidRPr="00D97086">
        <w:rPr>
          <w:rFonts w:ascii="Times New Roman" w:hAnsi="Times New Roman" w:cs="Times New Roman"/>
          <w:sz w:val="24"/>
          <w:szCs w:val="24"/>
        </w:rPr>
        <w:t xml:space="preserve"> (79 </w:t>
      </w:r>
      <w:proofErr w:type="spellStart"/>
      <w:r w:rsidRPr="00D97086">
        <w:rPr>
          <w:rFonts w:ascii="Times New Roman" w:hAnsi="Times New Roman" w:cs="Times New Roman"/>
          <w:sz w:val="24"/>
          <w:szCs w:val="24"/>
        </w:rPr>
        <w:t>përfitues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ose</w:t>
      </w:r>
      <w:proofErr w:type="spellEnd"/>
      <w:r w:rsidRPr="00D97086">
        <w:rPr>
          <w:rFonts w:ascii="Times New Roman" w:hAnsi="Times New Roman" w:cs="Times New Roman"/>
          <w:sz w:val="24"/>
          <w:szCs w:val="24"/>
        </w:rPr>
        <w:t xml:space="preserve"> 31.8%), </w:t>
      </w:r>
      <w:proofErr w:type="spellStart"/>
      <w:r w:rsidRPr="00D97086">
        <w:rPr>
          <w:rFonts w:ascii="Times New Roman" w:hAnsi="Times New Roman" w:cs="Times New Roman"/>
          <w:sz w:val="24"/>
          <w:szCs w:val="24"/>
        </w:rPr>
        <w:t>ndërsa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kredia</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butë</w:t>
      </w:r>
      <w:proofErr w:type="spellEnd"/>
      <w:r w:rsidRPr="00D97086">
        <w:rPr>
          <w:rFonts w:ascii="Times New Roman" w:hAnsi="Times New Roman" w:cs="Times New Roman"/>
          <w:sz w:val="24"/>
          <w:szCs w:val="24"/>
        </w:rPr>
        <w:t xml:space="preserve"> ka </w:t>
      </w:r>
      <w:proofErr w:type="spellStart"/>
      <w:r w:rsidRPr="00D97086">
        <w:rPr>
          <w:rFonts w:ascii="Times New Roman" w:hAnsi="Times New Roman" w:cs="Times New Roman"/>
          <w:sz w:val="24"/>
          <w:szCs w:val="24"/>
        </w:rPr>
        <w:t>rezultuar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pak e </w:t>
      </w:r>
      <w:proofErr w:type="spellStart"/>
      <w:r w:rsidRPr="00D97086">
        <w:rPr>
          <w:rFonts w:ascii="Times New Roman" w:hAnsi="Times New Roman" w:cs="Times New Roman"/>
          <w:sz w:val="24"/>
          <w:szCs w:val="24"/>
        </w:rPr>
        <w:t>përdorur</w:t>
      </w:r>
      <w:proofErr w:type="spellEnd"/>
      <w:r w:rsidRPr="00D97086">
        <w:rPr>
          <w:rFonts w:ascii="Times New Roman" w:hAnsi="Times New Roman" w:cs="Times New Roman"/>
          <w:sz w:val="24"/>
          <w:szCs w:val="24"/>
        </w:rPr>
        <w:t xml:space="preserve"> (16 </w:t>
      </w:r>
      <w:proofErr w:type="spellStart"/>
      <w:r w:rsidRPr="00D97086">
        <w:rPr>
          <w:rFonts w:ascii="Times New Roman" w:hAnsi="Times New Roman" w:cs="Times New Roman"/>
          <w:sz w:val="24"/>
          <w:szCs w:val="24"/>
        </w:rPr>
        <w:t>raste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gjithsej</w:t>
      </w:r>
      <w:proofErr w:type="spellEnd"/>
      <w:r w:rsidRPr="00D97086">
        <w:rPr>
          <w:rFonts w:ascii="Times New Roman" w:hAnsi="Times New Roman" w:cs="Times New Roman"/>
          <w:sz w:val="24"/>
          <w:szCs w:val="24"/>
        </w:rPr>
        <w:t xml:space="preserve">, 6.5% e </w:t>
      </w:r>
      <w:proofErr w:type="spellStart"/>
      <w:r w:rsidRPr="00D97086">
        <w:rPr>
          <w:rFonts w:ascii="Times New Roman" w:hAnsi="Times New Roman" w:cs="Times New Roman"/>
          <w:sz w:val="24"/>
          <w:szCs w:val="24"/>
        </w:rPr>
        <w:t>totalit</w:t>
      </w:r>
      <w:proofErr w:type="spellEnd"/>
      <w:r w:rsidRPr="00D97086">
        <w:rPr>
          <w:rFonts w:ascii="Times New Roman" w:hAnsi="Times New Roman" w:cs="Times New Roman"/>
          <w:sz w:val="24"/>
          <w:szCs w:val="24"/>
        </w:rPr>
        <w:t>).</w:t>
      </w:r>
      <w:r w:rsidR="004472EE" w:rsidRPr="00D97086">
        <w:rPr>
          <w:rFonts w:ascii="Times New Roman" w:hAnsi="Times New Roman" w:cs="Times New Roman"/>
          <w:sz w:val="24"/>
          <w:szCs w:val="24"/>
        </w:rPr>
        <w:t xml:space="preserve"> (Shih </w:t>
      </w:r>
      <w:proofErr w:type="spellStart"/>
      <w:r w:rsidR="004472EE" w:rsidRPr="00D97086">
        <w:rPr>
          <w:rFonts w:ascii="Times New Roman" w:hAnsi="Times New Roman" w:cs="Times New Roman"/>
          <w:sz w:val="24"/>
          <w:szCs w:val="24"/>
        </w:rPr>
        <w:t>figurën</w:t>
      </w:r>
      <w:proofErr w:type="spellEnd"/>
      <w:r w:rsidR="004472EE" w:rsidRPr="00D97086">
        <w:rPr>
          <w:rFonts w:ascii="Times New Roman" w:hAnsi="Times New Roman" w:cs="Times New Roman"/>
          <w:sz w:val="24"/>
          <w:szCs w:val="24"/>
        </w:rPr>
        <w:t xml:space="preserve"> 9).</w:t>
      </w:r>
    </w:p>
    <w:p w14:paraId="0969CD38" w14:textId="77777777" w:rsidR="001216CE" w:rsidRPr="00D97086" w:rsidRDefault="00D1048F"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lastRenderedPageBreak/>
        <w:t>Figura</w:t>
      </w:r>
      <w:proofErr w:type="spellEnd"/>
      <w:r w:rsidRPr="00D97086">
        <w:rPr>
          <w:rFonts w:ascii="Times New Roman" w:hAnsi="Times New Roman" w:cs="Times New Roman"/>
          <w:sz w:val="24"/>
          <w:szCs w:val="24"/>
        </w:rPr>
        <w:t xml:space="preserve"> 9: </w:t>
      </w:r>
      <w:proofErr w:type="spellStart"/>
      <w:r w:rsidRPr="00D97086">
        <w:rPr>
          <w:rFonts w:ascii="Times New Roman" w:hAnsi="Times New Roman" w:cs="Times New Roman"/>
          <w:sz w:val="24"/>
          <w:szCs w:val="24"/>
        </w:rPr>
        <w:t>Shpërndarje</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përfituesve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programe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strehimitsipas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Njësive</w:t>
      </w:r>
      <w:proofErr w:type="spellEnd"/>
      <w:r w:rsidRPr="00D97086">
        <w:rPr>
          <w:rFonts w:ascii="Times New Roman" w:hAnsi="Times New Roman" w:cs="Times New Roman"/>
          <w:sz w:val="24"/>
          <w:szCs w:val="24"/>
        </w:rPr>
        <w:t xml:space="preserve"> Administrative të </w:t>
      </w:r>
      <w:proofErr w:type="spellStart"/>
      <w:r w:rsidRPr="00D97086">
        <w:rPr>
          <w:rFonts w:ascii="Times New Roman" w:hAnsi="Times New Roman" w:cs="Times New Roman"/>
          <w:sz w:val="24"/>
          <w:szCs w:val="24"/>
        </w:rPr>
        <w:t>Bashkisë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Prrenjas</w:t>
      </w:r>
      <w:proofErr w:type="spellEnd"/>
    </w:p>
    <w:p w14:paraId="3AF29A1C" w14:textId="77777777" w:rsidR="001216CE" w:rsidRPr="00D97086" w:rsidRDefault="001216CE" w:rsidP="00B06CA4">
      <w:pPr>
        <w:jc w:val="both"/>
        <w:rPr>
          <w:rFonts w:ascii="Times New Roman" w:hAnsi="Times New Roman" w:cs="Times New Roman"/>
          <w:sz w:val="24"/>
          <w:szCs w:val="24"/>
        </w:rPr>
      </w:pPr>
      <w:r w:rsidRPr="00D97086">
        <w:rPr>
          <w:rFonts w:ascii="Times New Roman" w:hAnsi="Times New Roman" w:cs="Times New Roman"/>
          <w:noProof/>
        </w:rPr>
        <w:drawing>
          <wp:inline distT="0" distB="0" distL="0" distR="0" wp14:anchorId="3D602884" wp14:editId="552F5431">
            <wp:extent cx="5562600" cy="3114675"/>
            <wp:effectExtent l="0" t="0" r="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80F09EE" w14:textId="77777777" w:rsidR="008B3784" w:rsidRPr="00D97086" w:rsidRDefault="00D1048F"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Burimi</w:t>
      </w:r>
      <w:proofErr w:type="spellEnd"/>
      <w:r w:rsidRPr="00D97086">
        <w:rPr>
          <w:rFonts w:ascii="Times New Roman" w:hAnsi="Times New Roman" w:cs="Times New Roman"/>
          <w:sz w:val="24"/>
          <w:szCs w:val="24"/>
        </w:rPr>
        <w:t xml:space="preserve">: Bashkia </w:t>
      </w:r>
      <w:proofErr w:type="spellStart"/>
      <w:r w:rsidRPr="00D97086">
        <w:rPr>
          <w:rFonts w:ascii="Times New Roman" w:hAnsi="Times New Roman" w:cs="Times New Roman"/>
          <w:sz w:val="24"/>
          <w:szCs w:val="24"/>
        </w:rPr>
        <w:t>Prrenjas</w:t>
      </w:r>
      <w:proofErr w:type="spellEnd"/>
    </w:p>
    <w:p w14:paraId="43FC9633" w14:textId="77777777" w:rsidR="00A269A9" w:rsidRDefault="00A269A9" w:rsidP="00B06CA4">
      <w:pPr>
        <w:jc w:val="both"/>
        <w:rPr>
          <w:rFonts w:ascii="Times New Roman" w:hAnsi="Times New Roman" w:cs="Times New Roman"/>
          <w:sz w:val="24"/>
          <w:szCs w:val="24"/>
        </w:rPr>
      </w:pPr>
    </w:p>
    <w:p w14:paraId="4C1AF8D8"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Sipas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shpërndarjes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territoriale</w:t>
      </w:r>
      <w:proofErr w:type="spellEnd"/>
      <w:r w:rsidRPr="00D97086">
        <w:rPr>
          <w:rFonts w:ascii="Times New Roman" w:hAnsi="Times New Roman" w:cs="Times New Roman"/>
          <w:sz w:val="24"/>
          <w:szCs w:val="24"/>
        </w:rPr>
        <w:t>:</w:t>
      </w:r>
    </w:p>
    <w:p w14:paraId="41C959E6"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Rrajca</w:t>
      </w:r>
      <w:proofErr w:type="spellEnd"/>
      <w:r w:rsidRPr="00D97086">
        <w:rPr>
          <w:rFonts w:ascii="Times New Roman" w:hAnsi="Times New Roman" w:cs="Times New Roman"/>
          <w:sz w:val="24"/>
          <w:szCs w:val="24"/>
        </w:rPr>
        <w:t xml:space="preserve"> ka </w:t>
      </w:r>
      <w:proofErr w:type="spellStart"/>
      <w:r w:rsidRPr="00D97086">
        <w:rPr>
          <w:rFonts w:ascii="Times New Roman" w:hAnsi="Times New Roman" w:cs="Times New Roman"/>
          <w:sz w:val="24"/>
          <w:szCs w:val="24"/>
        </w:rPr>
        <w:t>numrin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madh</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përfituesve</w:t>
      </w:r>
      <w:proofErr w:type="spellEnd"/>
      <w:r w:rsidRPr="00D97086">
        <w:rPr>
          <w:rFonts w:ascii="Times New Roman" w:hAnsi="Times New Roman" w:cs="Times New Roman"/>
          <w:sz w:val="24"/>
          <w:szCs w:val="24"/>
        </w:rPr>
        <w:t xml:space="preserve"> (74 </w:t>
      </w:r>
      <w:proofErr w:type="spellStart"/>
      <w:r w:rsidRPr="00D97086">
        <w:rPr>
          <w:rFonts w:ascii="Times New Roman" w:hAnsi="Times New Roman" w:cs="Times New Roman"/>
          <w:sz w:val="24"/>
          <w:szCs w:val="24"/>
        </w:rPr>
        <w:t>familje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ndjekur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Qukësi</w:t>
      </w:r>
      <w:proofErr w:type="spellEnd"/>
      <w:r w:rsidRPr="00D97086">
        <w:rPr>
          <w:rFonts w:ascii="Times New Roman" w:hAnsi="Times New Roman" w:cs="Times New Roman"/>
          <w:sz w:val="24"/>
          <w:szCs w:val="24"/>
        </w:rPr>
        <w:t xml:space="preserve"> (72)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(69), </w:t>
      </w:r>
      <w:proofErr w:type="spellStart"/>
      <w:r w:rsidRPr="00D97086">
        <w:rPr>
          <w:rFonts w:ascii="Times New Roman" w:hAnsi="Times New Roman" w:cs="Times New Roman"/>
          <w:sz w:val="24"/>
          <w:szCs w:val="24"/>
        </w:rPr>
        <w:t>ndërsa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Strevaj</w:t>
      </w:r>
      <w:proofErr w:type="spellEnd"/>
      <w:r w:rsidRPr="00D97086">
        <w:rPr>
          <w:rFonts w:ascii="Times New Roman" w:hAnsi="Times New Roman" w:cs="Times New Roman"/>
          <w:sz w:val="24"/>
          <w:szCs w:val="24"/>
        </w:rPr>
        <w:t xml:space="preserve"> ka </w:t>
      </w:r>
      <w:proofErr w:type="spellStart"/>
      <w:r w:rsidRPr="00D97086">
        <w:rPr>
          <w:rFonts w:ascii="Times New Roman" w:hAnsi="Times New Roman" w:cs="Times New Roman"/>
          <w:sz w:val="24"/>
          <w:szCs w:val="24"/>
        </w:rPr>
        <w:t>totalin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ulët</w:t>
      </w:r>
      <w:proofErr w:type="spellEnd"/>
      <w:r w:rsidRPr="00D97086">
        <w:rPr>
          <w:rFonts w:ascii="Times New Roman" w:hAnsi="Times New Roman" w:cs="Times New Roman"/>
          <w:sz w:val="24"/>
          <w:szCs w:val="24"/>
        </w:rPr>
        <w:t xml:space="preserve"> (33 </w:t>
      </w:r>
      <w:proofErr w:type="spellStart"/>
      <w:r w:rsidRPr="00D97086">
        <w:rPr>
          <w:rFonts w:ascii="Times New Roman" w:hAnsi="Times New Roman" w:cs="Times New Roman"/>
          <w:sz w:val="24"/>
          <w:szCs w:val="24"/>
        </w:rPr>
        <w:t>familje</w:t>
      </w:r>
      <w:proofErr w:type="spellEnd"/>
      <w:r w:rsidRPr="00D97086">
        <w:rPr>
          <w:rFonts w:ascii="Times New Roman" w:hAnsi="Times New Roman" w:cs="Times New Roman"/>
          <w:sz w:val="24"/>
          <w:szCs w:val="24"/>
        </w:rPr>
        <w:t>).</w:t>
      </w:r>
    </w:p>
    <w:p w14:paraId="648AA7D1"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 xml:space="preserve">Në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kredia</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butë</w:t>
      </w:r>
      <w:proofErr w:type="spellEnd"/>
      <w:r w:rsidRPr="00D97086">
        <w:rPr>
          <w:rFonts w:ascii="Times New Roman" w:hAnsi="Times New Roman" w:cs="Times New Roman"/>
          <w:sz w:val="24"/>
          <w:szCs w:val="24"/>
        </w:rPr>
        <w:t xml:space="preserve"> ka </w:t>
      </w:r>
      <w:proofErr w:type="spellStart"/>
      <w:r w:rsidRPr="00D97086">
        <w:rPr>
          <w:rFonts w:ascii="Times New Roman" w:hAnsi="Times New Roman" w:cs="Times New Roman"/>
          <w:sz w:val="24"/>
          <w:szCs w:val="24"/>
        </w:rPr>
        <w:t>peshën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lartë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krahasuar</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NjA</w:t>
      </w:r>
      <w:proofErr w:type="spellEnd"/>
      <w:r w:rsidRPr="00D97086">
        <w:rPr>
          <w:rFonts w:ascii="Times New Roman" w:hAnsi="Times New Roman" w:cs="Times New Roman"/>
          <w:sz w:val="24"/>
          <w:szCs w:val="24"/>
        </w:rPr>
        <w:t xml:space="preserve">-të e </w:t>
      </w:r>
      <w:proofErr w:type="spellStart"/>
      <w:r w:rsidRPr="00D97086">
        <w:rPr>
          <w:rFonts w:ascii="Times New Roman" w:hAnsi="Times New Roman" w:cs="Times New Roman"/>
          <w:sz w:val="24"/>
          <w:szCs w:val="24"/>
        </w:rPr>
        <w:t>tjera</w:t>
      </w:r>
      <w:proofErr w:type="spellEnd"/>
      <w:r w:rsidRPr="00D97086">
        <w:rPr>
          <w:rFonts w:ascii="Times New Roman" w:hAnsi="Times New Roman" w:cs="Times New Roman"/>
          <w:sz w:val="24"/>
          <w:szCs w:val="24"/>
        </w:rPr>
        <w:t xml:space="preserve"> (10 </w:t>
      </w:r>
      <w:proofErr w:type="spellStart"/>
      <w:r w:rsidRPr="00D97086">
        <w:rPr>
          <w:rFonts w:ascii="Times New Roman" w:hAnsi="Times New Roman" w:cs="Times New Roman"/>
          <w:sz w:val="24"/>
          <w:szCs w:val="24"/>
        </w:rPr>
        <w:t>përfitues</w:t>
      </w:r>
      <w:proofErr w:type="spellEnd"/>
      <w:r w:rsidRPr="00D97086">
        <w:rPr>
          <w:rFonts w:ascii="Times New Roman" w:hAnsi="Times New Roman" w:cs="Times New Roman"/>
          <w:sz w:val="24"/>
          <w:szCs w:val="24"/>
        </w:rPr>
        <w:t xml:space="preserve">), duke </w:t>
      </w:r>
      <w:proofErr w:type="spellStart"/>
      <w:r w:rsidRPr="00D97086">
        <w:rPr>
          <w:rFonts w:ascii="Times New Roman" w:hAnsi="Times New Roman" w:cs="Times New Roman"/>
          <w:sz w:val="24"/>
          <w:szCs w:val="24"/>
        </w:rPr>
        <w:t>treguar</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përdorim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madh</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këtij</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instrumenti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financiar</w:t>
      </w:r>
      <w:proofErr w:type="spellEnd"/>
      <w:r w:rsidRPr="00D97086">
        <w:rPr>
          <w:rFonts w:ascii="Times New Roman" w:hAnsi="Times New Roman" w:cs="Times New Roman"/>
          <w:sz w:val="24"/>
          <w:szCs w:val="24"/>
        </w:rPr>
        <w:t>.</w:t>
      </w:r>
    </w:p>
    <w:p w14:paraId="3654DFE8"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 xml:space="preserve">Në </w:t>
      </w:r>
      <w:proofErr w:type="spellStart"/>
      <w:r w:rsidRPr="00D97086">
        <w:rPr>
          <w:rFonts w:ascii="Times New Roman" w:hAnsi="Times New Roman" w:cs="Times New Roman"/>
          <w:sz w:val="24"/>
          <w:szCs w:val="24"/>
        </w:rPr>
        <w:t>Qukës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Rrajcë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dominojnë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qiraja</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subvencionuar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përmirësimi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kushteve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banimit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ndërsa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kreditë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kanë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mbulim</w:t>
      </w:r>
      <w:proofErr w:type="spellEnd"/>
      <w:r w:rsidRPr="00D97086">
        <w:rPr>
          <w:rFonts w:ascii="Times New Roman" w:hAnsi="Times New Roman" w:cs="Times New Roman"/>
          <w:sz w:val="24"/>
          <w:szCs w:val="24"/>
        </w:rPr>
        <w:t xml:space="preserve"> minimal.</w:t>
      </w:r>
    </w:p>
    <w:p w14:paraId="711E9F18"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Strevaj</w:t>
      </w:r>
      <w:proofErr w:type="spellEnd"/>
      <w:r w:rsidRPr="00D97086">
        <w:rPr>
          <w:rFonts w:ascii="Times New Roman" w:hAnsi="Times New Roman" w:cs="Times New Roman"/>
          <w:sz w:val="24"/>
          <w:szCs w:val="24"/>
        </w:rPr>
        <w:t xml:space="preserve"> ka </w:t>
      </w:r>
      <w:proofErr w:type="spellStart"/>
      <w:r w:rsidRPr="00D97086">
        <w:rPr>
          <w:rFonts w:ascii="Times New Roman" w:hAnsi="Times New Roman" w:cs="Times New Roman"/>
          <w:sz w:val="24"/>
          <w:szCs w:val="24"/>
        </w:rPr>
        <w:t>numër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kufizuar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mbështetjes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raporti</w:t>
      </w:r>
      <w:proofErr w:type="spellEnd"/>
      <w:r w:rsidRPr="00D97086">
        <w:rPr>
          <w:rFonts w:ascii="Times New Roman" w:hAnsi="Times New Roman" w:cs="Times New Roman"/>
          <w:sz w:val="24"/>
          <w:szCs w:val="24"/>
        </w:rPr>
        <w:t xml:space="preserve"> midis </w:t>
      </w:r>
      <w:proofErr w:type="spellStart"/>
      <w:r w:rsidRPr="00D97086">
        <w:rPr>
          <w:rFonts w:ascii="Times New Roman" w:hAnsi="Times New Roman" w:cs="Times New Roman"/>
          <w:sz w:val="24"/>
          <w:szCs w:val="24"/>
        </w:rPr>
        <w:t>qirasë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përmirësimit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është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balancuar</w:t>
      </w:r>
      <w:proofErr w:type="spellEnd"/>
      <w:r w:rsidRPr="00D97086">
        <w:rPr>
          <w:rFonts w:ascii="Times New Roman" w:hAnsi="Times New Roman" w:cs="Times New Roman"/>
          <w:sz w:val="24"/>
          <w:szCs w:val="24"/>
        </w:rPr>
        <w:t>.</w:t>
      </w:r>
    </w:p>
    <w:p w14:paraId="3ECA576D" w14:textId="77777777" w:rsidR="008B3784"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 xml:space="preserve">Nga </w:t>
      </w:r>
      <w:proofErr w:type="spellStart"/>
      <w:r w:rsidRPr="00D97086">
        <w:rPr>
          <w:rFonts w:ascii="Times New Roman" w:hAnsi="Times New Roman" w:cs="Times New Roman"/>
          <w:sz w:val="24"/>
          <w:szCs w:val="24"/>
        </w:rPr>
        <w:t>analiza</w:t>
      </w:r>
      <w:proofErr w:type="spellEnd"/>
      <w:r w:rsidRPr="00D97086">
        <w:rPr>
          <w:rFonts w:ascii="Times New Roman" w:hAnsi="Times New Roman" w:cs="Times New Roman"/>
          <w:sz w:val="24"/>
          <w:szCs w:val="24"/>
        </w:rPr>
        <w:t xml:space="preserve"> e të </w:t>
      </w:r>
      <w:proofErr w:type="spellStart"/>
      <w:r w:rsidRPr="00D97086">
        <w:rPr>
          <w:rFonts w:ascii="Times New Roman" w:hAnsi="Times New Roman" w:cs="Times New Roman"/>
          <w:sz w:val="24"/>
          <w:szCs w:val="24"/>
        </w:rPr>
        <w:t>dhënave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rezulton</w:t>
      </w:r>
      <w:proofErr w:type="spellEnd"/>
      <w:r w:rsidRPr="00D97086">
        <w:rPr>
          <w:rFonts w:ascii="Times New Roman" w:hAnsi="Times New Roman" w:cs="Times New Roman"/>
          <w:sz w:val="24"/>
          <w:szCs w:val="24"/>
        </w:rPr>
        <w:t xml:space="preserve"> se Bashkia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ka </w:t>
      </w:r>
      <w:proofErr w:type="spellStart"/>
      <w:r w:rsidRPr="00D97086">
        <w:rPr>
          <w:rFonts w:ascii="Times New Roman" w:hAnsi="Times New Roman" w:cs="Times New Roman"/>
          <w:sz w:val="24"/>
          <w:szCs w:val="24"/>
        </w:rPr>
        <w:t>ende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boshllëqe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rëndësishme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monitorimin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menaxhimin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stokut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banesave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tregut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qirasë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rasteve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emergjente</w:t>
      </w:r>
      <w:proofErr w:type="spellEnd"/>
      <w:r w:rsidRPr="00D97086">
        <w:rPr>
          <w:rFonts w:ascii="Times New Roman" w:hAnsi="Times New Roman" w:cs="Times New Roman"/>
          <w:sz w:val="24"/>
          <w:szCs w:val="24"/>
        </w:rPr>
        <w:t xml:space="preserve">, duke e </w:t>
      </w:r>
      <w:proofErr w:type="spellStart"/>
      <w:r w:rsidRPr="00D97086">
        <w:rPr>
          <w:rFonts w:ascii="Times New Roman" w:hAnsi="Times New Roman" w:cs="Times New Roman"/>
          <w:sz w:val="24"/>
          <w:szCs w:val="24"/>
        </w:rPr>
        <w:t>bërë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domosdoshme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ngritjen</w:t>
      </w:r>
      <w:proofErr w:type="spellEnd"/>
      <w:r w:rsidRPr="00D97086">
        <w:rPr>
          <w:rFonts w:ascii="Times New Roman" w:hAnsi="Times New Roman" w:cs="Times New Roman"/>
          <w:sz w:val="24"/>
          <w:szCs w:val="24"/>
        </w:rPr>
        <w:t xml:space="preserve"> e një </w:t>
      </w:r>
      <w:proofErr w:type="spellStart"/>
      <w:r w:rsidRPr="00D97086">
        <w:rPr>
          <w:rFonts w:ascii="Times New Roman" w:hAnsi="Times New Roman" w:cs="Times New Roman"/>
          <w:sz w:val="24"/>
          <w:szCs w:val="24"/>
        </w:rPr>
        <w:t>sistemi</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integruar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informacioni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përmirësimin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koordinimit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ndërinstitucional</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Përfshirja</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indikatorëve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munguar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ndërtimi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databaze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plotë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banesat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përfituesit</w:t>
      </w:r>
      <w:proofErr w:type="spellEnd"/>
      <w:r w:rsidRPr="00D97086">
        <w:rPr>
          <w:rFonts w:ascii="Times New Roman" w:hAnsi="Times New Roman" w:cs="Times New Roman"/>
          <w:sz w:val="24"/>
          <w:szCs w:val="24"/>
        </w:rPr>
        <w:t xml:space="preserve"> do të </w:t>
      </w:r>
      <w:proofErr w:type="spellStart"/>
      <w:r w:rsidRPr="00D97086">
        <w:rPr>
          <w:rFonts w:ascii="Times New Roman" w:hAnsi="Times New Roman" w:cs="Times New Roman"/>
          <w:sz w:val="24"/>
          <w:szCs w:val="24"/>
        </w:rPr>
        <w:t>mundësojë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planifikim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saktë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ndërhyrje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efektive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rritje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transparencës</w:t>
      </w:r>
      <w:proofErr w:type="spellEnd"/>
      <w:r w:rsidRPr="00D97086">
        <w:rPr>
          <w:rFonts w:ascii="Times New Roman" w:hAnsi="Times New Roman" w:cs="Times New Roman"/>
          <w:sz w:val="24"/>
          <w:szCs w:val="24"/>
        </w:rPr>
        <w:t xml:space="preserve">. Vetëm në </w:t>
      </w:r>
      <w:proofErr w:type="spellStart"/>
      <w:r w:rsidRPr="00D97086">
        <w:rPr>
          <w:rFonts w:ascii="Times New Roman" w:hAnsi="Times New Roman" w:cs="Times New Roman"/>
          <w:sz w:val="24"/>
          <w:szCs w:val="24"/>
        </w:rPr>
        <w:t>këtë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mënyrë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lastRenderedPageBreak/>
        <w:t>programet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do të </w:t>
      </w:r>
      <w:proofErr w:type="spellStart"/>
      <w:r w:rsidRPr="00D97086">
        <w:rPr>
          <w:rFonts w:ascii="Times New Roman" w:hAnsi="Times New Roman" w:cs="Times New Roman"/>
          <w:sz w:val="24"/>
          <w:szCs w:val="24"/>
        </w:rPr>
        <w:t>jenë</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gjendje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adresojnë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realisht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nevojat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familjeve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vulnerabël</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garantojnë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mbrojtje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sociale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qëndrueshme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përputhje</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standardet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kombëtare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ndërkombëtare</w:t>
      </w:r>
      <w:proofErr w:type="spellEnd"/>
      <w:r w:rsidRPr="00D97086">
        <w:rPr>
          <w:rFonts w:ascii="Times New Roman" w:hAnsi="Times New Roman" w:cs="Times New Roman"/>
          <w:sz w:val="24"/>
          <w:szCs w:val="24"/>
        </w:rPr>
        <w:t>.</w:t>
      </w:r>
    </w:p>
    <w:p w14:paraId="7388C63D" w14:textId="77777777" w:rsidR="00A269A9" w:rsidRPr="00D97086" w:rsidRDefault="00A269A9" w:rsidP="00B06CA4">
      <w:pPr>
        <w:jc w:val="both"/>
        <w:rPr>
          <w:rFonts w:ascii="Times New Roman" w:hAnsi="Times New Roman" w:cs="Times New Roman"/>
          <w:sz w:val="24"/>
          <w:szCs w:val="24"/>
        </w:rPr>
      </w:pPr>
    </w:p>
    <w:p w14:paraId="612A039A" w14:textId="77777777" w:rsidR="008B3784" w:rsidRPr="00D97086" w:rsidRDefault="008D5DA0" w:rsidP="008D5DA0">
      <w:pPr>
        <w:pStyle w:val="Heading2"/>
        <w:rPr>
          <w:rFonts w:ascii="Times New Roman" w:hAnsi="Times New Roman" w:cs="Times New Roman"/>
        </w:rPr>
      </w:pPr>
      <w:bookmarkStart w:id="7" w:name="_Toc209703434"/>
      <w:r w:rsidRPr="00D97086">
        <w:rPr>
          <w:rFonts w:ascii="Times New Roman" w:hAnsi="Times New Roman" w:cs="Times New Roman"/>
        </w:rPr>
        <w:t xml:space="preserve">4.3 </w:t>
      </w:r>
      <w:proofErr w:type="spellStart"/>
      <w:r w:rsidR="008B3784" w:rsidRPr="00D97086">
        <w:rPr>
          <w:rFonts w:ascii="Times New Roman" w:hAnsi="Times New Roman" w:cs="Times New Roman"/>
        </w:rPr>
        <w:t>Shërbimet</w:t>
      </w:r>
      <w:proofErr w:type="spellEnd"/>
      <w:r w:rsidR="008B3784" w:rsidRPr="00D97086">
        <w:rPr>
          <w:rFonts w:ascii="Times New Roman" w:hAnsi="Times New Roman" w:cs="Times New Roman"/>
        </w:rPr>
        <w:t xml:space="preserve"> </w:t>
      </w:r>
      <w:proofErr w:type="spellStart"/>
      <w:r w:rsidR="008B3784" w:rsidRPr="00D97086">
        <w:rPr>
          <w:rFonts w:ascii="Times New Roman" w:hAnsi="Times New Roman" w:cs="Times New Roman"/>
        </w:rPr>
        <w:t>ekzistuese</w:t>
      </w:r>
      <w:proofErr w:type="spellEnd"/>
      <w:r w:rsidR="008B3784" w:rsidRPr="00D97086">
        <w:rPr>
          <w:rFonts w:ascii="Times New Roman" w:hAnsi="Times New Roman" w:cs="Times New Roman"/>
        </w:rPr>
        <w:t xml:space="preserve"> </w:t>
      </w:r>
      <w:proofErr w:type="spellStart"/>
      <w:r w:rsidR="008B3784" w:rsidRPr="00D97086">
        <w:rPr>
          <w:rFonts w:ascii="Times New Roman" w:hAnsi="Times New Roman" w:cs="Times New Roman"/>
        </w:rPr>
        <w:t>dhe</w:t>
      </w:r>
      <w:proofErr w:type="spellEnd"/>
      <w:r w:rsidR="008B3784" w:rsidRPr="00D97086">
        <w:rPr>
          <w:rFonts w:ascii="Times New Roman" w:hAnsi="Times New Roman" w:cs="Times New Roman"/>
        </w:rPr>
        <w:t xml:space="preserve"> </w:t>
      </w:r>
      <w:proofErr w:type="spellStart"/>
      <w:r w:rsidR="008B3784" w:rsidRPr="00D97086">
        <w:rPr>
          <w:rFonts w:ascii="Times New Roman" w:hAnsi="Times New Roman" w:cs="Times New Roman"/>
        </w:rPr>
        <w:t>mbulimi</w:t>
      </w:r>
      <w:bookmarkEnd w:id="7"/>
      <w:proofErr w:type="spellEnd"/>
    </w:p>
    <w:p w14:paraId="23D90516" w14:textId="77777777" w:rsidR="00A269A9" w:rsidRDefault="00A269A9" w:rsidP="00B06CA4">
      <w:pPr>
        <w:jc w:val="both"/>
        <w:rPr>
          <w:rFonts w:ascii="Times New Roman" w:hAnsi="Times New Roman" w:cs="Times New Roman"/>
          <w:sz w:val="24"/>
          <w:szCs w:val="24"/>
        </w:rPr>
      </w:pPr>
    </w:p>
    <w:p w14:paraId="57A4E42C"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 xml:space="preserve">Analiza e </w:t>
      </w:r>
      <w:proofErr w:type="spellStart"/>
      <w:r w:rsidRPr="00D97086">
        <w:rPr>
          <w:rFonts w:ascii="Times New Roman" w:hAnsi="Times New Roman" w:cs="Times New Roman"/>
          <w:sz w:val="24"/>
          <w:szCs w:val="24"/>
        </w:rPr>
        <w:t>shërbimeve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ekzistuese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Bashkinë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ofron</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panoramë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qartë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instrumentet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janë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përdorur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deri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sot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shkallën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mbulimit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tyre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sipas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njësive</w:t>
      </w:r>
      <w:proofErr w:type="spellEnd"/>
      <w:r w:rsidRPr="00D97086">
        <w:rPr>
          <w:rFonts w:ascii="Times New Roman" w:hAnsi="Times New Roman" w:cs="Times New Roman"/>
          <w:sz w:val="24"/>
          <w:szCs w:val="24"/>
        </w:rPr>
        <w:t xml:space="preserve"> administrative.</w:t>
      </w:r>
    </w:p>
    <w:p w14:paraId="6BD25B40"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 xml:space="preserve">1. </w:t>
      </w:r>
      <w:proofErr w:type="spellStart"/>
      <w:r w:rsidRPr="00D97086">
        <w:rPr>
          <w:rFonts w:ascii="Times New Roman" w:hAnsi="Times New Roman" w:cs="Times New Roman"/>
          <w:sz w:val="24"/>
          <w:szCs w:val="24"/>
        </w:rPr>
        <w:t>Subvencionet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qirasë</w:t>
      </w:r>
      <w:proofErr w:type="spellEnd"/>
    </w:p>
    <w:p w14:paraId="00039C57"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 xml:space="preserve">Subvencioni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qirasë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është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instrumenti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kryesor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mbështetjes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Bashkia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ka </w:t>
      </w:r>
      <w:proofErr w:type="spellStart"/>
      <w:r w:rsidRPr="00D97086">
        <w:rPr>
          <w:rFonts w:ascii="Times New Roman" w:hAnsi="Times New Roman" w:cs="Times New Roman"/>
          <w:sz w:val="24"/>
          <w:szCs w:val="24"/>
        </w:rPr>
        <w:t>aplikuar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gjatë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viteve</w:t>
      </w:r>
      <w:proofErr w:type="spellEnd"/>
      <w:r w:rsidRPr="00D97086">
        <w:rPr>
          <w:rFonts w:ascii="Times New Roman" w:hAnsi="Times New Roman" w:cs="Times New Roman"/>
          <w:sz w:val="24"/>
          <w:szCs w:val="24"/>
        </w:rPr>
        <w:t xml:space="preserve"> 2022–2024. Ai ka </w:t>
      </w:r>
      <w:proofErr w:type="spellStart"/>
      <w:r w:rsidRPr="00D97086">
        <w:rPr>
          <w:rFonts w:ascii="Times New Roman" w:hAnsi="Times New Roman" w:cs="Times New Roman"/>
          <w:sz w:val="24"/>
          <w:szCs w:val="24"/>
        </w:rPr>
        <w:t>lehtësuar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qasjen</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strehim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nevojë</w:t>
      </w:r>
      <w:proofErr w:type="spellEnd"/>
      <w:r w:rsidRPr="00D97086">
        <w:rPr>
          <w:rFonts w:ascii="Times New Roman" w:hAnsi="Times New Roman" w:cs="Times New Roman"/>
          <w:sz w:val="24"/>
          <w:szCs w:val="24"/>
        </w:rPr>
        <w:t xml:space="preserve">, duke </w:t>
      </w:r>
      <w:proofErr w:type="spellStart"/>
      <w:r w:rsidRPr="00D97086">
        <w:rPr>
          <w:rFonts w:ascii="Times New Roman" w:hAnsi="Times New Roman" w:cs="Times New Roman"/>
          <w:sz w:val="24"/>
          <w:szCs w:val="24"/>
        </w:rPr>
        <w:t>mbuluar</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pjesë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qirasë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mujore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përmes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fondeve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publike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Përfituesit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përzgjidhen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bazën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kritereve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përcaktuara</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ligj</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kontratat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janë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gjitha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noterizuara</w:t>
      </w:r>
      <w:proofErr w:type="spellEnd"/>
      <w:r w:rsidRPr="00D97086">
        <w:rPr>
          <w:rFonts w:ascii="Times New Roman" w:hAnsi="Times New Roman" w:cs="Times New Roman"/>
          <w:sz w:val="24"/>
          <w:szCs w:val="24"/>
        </w:rPr>
        <w:t xml:space="preserve">, duke </w:t>
      </w:r>
      <w:proofErr w:type="spellStart"/>
      <w:r w:rsidRPr="00D97086">
        <w:rPr>
          <w:rFonts w:ascii="Times New Roman" w:hAnsi="Times New Roman" w:cs="Times New Roman"/>
          <w:sz w:val="24"/>
          <w:szCs w:val="24"/>
        </w:rPr>
        <w:t>siguruar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mbrojtje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ligjore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familjeve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Shpërndarja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sipas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njësive</w:t>
      </w:r>
      <w:proofErr w:type="spellEnd"/>
      <w:r w:rsidRPr="00D97086">
        <w:rPr>
          <w:rFonts w:ascii="Times New Roman" w:hAnsi="Times New Roman" w:cs="Times New Roman"/>
          <w:sz w:val="24"/>
          <w:szCs w:val="24"/>
        </w:rPr>
        <w:t xml:space="preserve"> administrative </w:t>
      </w:r>
      <w:proofErr w:type="spellStart"/>
      <w:r w:rsidRPr="00D97086">
        <w:rPr>
          <w:rFonts w:ascii="Times New Roman" w:hAnsi="Times New Roman" w:cs="Times New Roman"/>
          <w:sz w:val="24"/>
          <w:szCs w:val="24"/>
        </w:rPr>
        <w:t>tregon</w:t>
      </w:r>
      <w:proofErr w:type="spellEnd"/>
      <w:r w:rsidRPr="00D97086">
        <w:rPr>
          <w:rFonts w:ascii="Times New Roman" w:hAnsi="Times New Roman" w:cs="Times New Roman"/>
          <w:sz w:val="24"/>
          <w:szCs w:val="24"/>
        </w:rPr>
        <w:t xml:space="preserve"> se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ka </w:t>
      </w:r>
      <w:proofErr w:type="spellStart"/>
      <w:r w:rsidRPr="00D97086">
        <w:rPr>
          <w:rFonts w:ascii="Times New Roman" w:hAnsi="Times New Roman" w:cs="Times New Roman"/>
          <w:sz w:val="24"/>
          <w:szCs w:val="24"/>
        </w:rPr>
        <w:t>numrin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lartë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përfituesve</w:t>
      </w:r>
      <w:proofErr w:type="spellEnd"/>
      <w:r w:rsidRPr="00D97086">
        <w:rPr>
          <w:rFonts w:ascii="Times New Roman" w:hAnsi="Times New Roman" w:cs="Times New Roman"/>
          <w:sz w:val="24"/>
          <w:szCs w:val="24"/>
        </w:rPr>
        <w:t xml:space="preserve"> (39),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ndjekur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Qukësi</w:t>
      </w:r>
      <w:proofErr w:type="spellEnd"/>
      <w:r w:rsidRPr="00D97086">
        <w:rPr>
          <w:rFonts w:ascii="Times New Roman" w:hAnsi="Times New Roman" w:cs="Times New Roman"/>
          <w:sz w:val="24"/>
          <w:szCs w:val="24"/>
        </w:rPr>
        <w:t xml:space="preserve"> (47)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Rrajca</w:t>
      </w:r>
      <w:proofErr w:type="spellEnd"/>
      <w:r w:rsidRPr="00D97086">
        <w:rPr>
          <w:rFonts w:ascii="Times New Roman" w:hAnsi="Times New Roman" w:cs="Times New Roman"/>
          <w:sz w:val="24"/>
          <w:szCs w:val="24"/>
        </w:rPr>
        <w:t xml:space="preserve"> (47), </w:t>
      </w:r>
      <w:proofErr w:type="spellStart"/>
      <w:r w:rsidRPr="00D97086">
        <w:rPr>
          <w:rFonts w:ascii="Times New Roman" w:hAnsi="Times New Roman" w:cs="Times New Roman"/>
          <w:sz w:val="24"/>
          <w:szCs w:val="24"/>
        </w:rPr>
        <w:t>ndërsa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Stravaj</w:t>
      </w:r>
      <w:proofErr w:type="spellEnd"/>
      <w:r w:rsidRPr="00D97086">
        <w:rPr>
          <w:rFonts w:ascii="Times New Roman" w:hAnsi="Times New Roman" w:cs="Times New Roman"/>
          <w:sz w:val="24"/>
          <w:szCs w:val="24"/>
        </w:rPr>
        <w:t xml:space="preserve"> ka </w:t>
      </w:r>
      <w:proofErr w:type="spellStart"/>
      <w:r w:rsidRPr="00D97086">
        <w:rPr>
          <w:rFonts w:ascii="Times New Roman" w:hAnsi="Times New Roman" w:cs="Times New Roman"/>
          <w:sz w:val="24"/>
          <w:szCs w:val="24"/>
        </w:rPr>
        <w:t>numrin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ulët</w:t>
      </w:r>
      <w:proofErr w:type="spellEnd"/>
      <w:r w:rsidRPr="00D97086">
        <w:rPr>
          <w:rFonts w:ascii="Times New Roman" w:hAnsi="Times New Roman" w:cs="Times New Roman"/>
          <w:sz w:val="24"/>
          <w:szCs w:val="24"/>
        </w:rPr>
        <w:t xml:space="preserve"> (20). </w:t>
      </w:r>
      <w:proofErr w:type="spellStart"/>
      <w:r w:rsidRPr="00D97086">
        <w:rPr>
          <w:rFonts w:ascii="Times New Roman" w:hAnsi="Times New Roman" w:cs="Times New Roman"/>
          <w:sz w:val="24"/>
          <w:szCs w:val="24"/>
        </w:rPr>
        <w:t>Kjo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shpërndarje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reflekton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nivelin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urbanizimit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mundësitë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qira</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tregun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lokal</w:t>
      </w:r>
      <w:proofErr w:type="spellEnd"/>
      <w:r w:rsidRPr="00D97086">
        <w:rPr>
          <w:rFonts w:ascii="Times New Roman" w:hAnsi="Times New Roman" w:cs="Times New Roman"/>
          <w:sz w:val="24"/>
          <w:szCs w:val="24"/>
        </w:rPr>
        <w:t>.</w:t>
      </w:r>
    </w:p>
    <w:p w14:paraId="25917346" w14:textId="77777777" w:rsidR="008B3784" w:rsidRPr="005B1542" w:rsidRDefault="008B3784" w:rsidP="00B06CA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2. Kreditë e buta dhe subvencionet e interesave</w:t>
      </w:r>
    </w:p>
    <w:p w14:paraId="58000AB6"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 xml:space="preserve">Në </w:t>
      </w:r>
      <w:proofErr w:type="spellStart"/>
      <w:r w:rsidRPr="00D97086">
        <w:rPr>
          <w:rFonts w:ascii="Times New Roman" w:hAnsi="Times New Roman" w:cs="Times New Roman"/>
          <w:sz w:val="24"/>
          <w:szCs w:val="24"/>
        </w:rPr>
        <w:t>kuadër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programit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kredive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buta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subvencionimit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interesave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Bashkisë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janë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përcaktuar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kuota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vjetore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prej</w:t>
      </w:r>
      <w:proofErr w:type="spellEnd"/>
      <w:r w:rsidRPr="00D97086">
        <w:rPr>
          <w:rFonts w:ascii="Times New Roman" w:hAnsi="Times New Roman" w:cs="Times New Roman"/>
          <w:sz w:val="24"/>
          <w:szCs w:val="24"/>
        </w:rPr>
        <w:t xml:space="preserve"> 7 </w:t>
      </w:r>
      <w:proofErr w:type="spellStart"/>
      <w:r w:rsidRPr="00D97086">
        <w:rPr>
          <w:rFonts w:ascii="Times New Roman" w:hAnsi="Times New Roman" w:cs="Times New Roman"/>
          <w:sz w:val="24"/>
          <w:szCs w:val="24"/>
        </w:rPr>
        <w:t>rastesh</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deri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sot </w:t>
      </w:r>
      <w:proofErr w:type="spellStart"/>
      <w:r w:rsidRPr="00D97086">
        <w:rPr>
          <w:rFonts w:ascii="Times New Roman" w:hAnsi="Times New Roman" w:cs="Times New Roman"/>
          <w:sz w:val="24"/>
          <w:szCs w:val="24"/>
        </w:rPr>
        <w:t>kanë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përfituar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vetëm</w:t>
      </w:r>
      <w:proofErr w:type="spellEnd"/>
      <w:r w:rsidRPr="00D97086">
        <w:rPr>
          <w:rFonts w:ascii="Times New Roman" w:hAnsi="Times New Roman" w:cs="Times New Roman"/>
          <w:sz w:val="24"/>
          <w:szCs w:val="24"/>
        </w:rPr>
        <w:t xml:space="preserve"> 11 </w:t>
      </w:r>
      <w:proofErr w:type="spellStart"/>
      <w:r w:rsidRPr="00D97086">
        <w:rPr>
          <w:rFonts w:ascii="Times New Roman" w:hAnsi="Times New Roman" w:cs="Times New Roman"/>
          <w:sz w:val="24"/>
          <w:szCs w:val="24"/>
        </w:rPr>
        <w:t>familje</w:t>
      </w:r>
      <w:proofErr w:type="spellEnd"/>
      <w:r w:rsidRPr="00D97086">
        <w:rPr>
          <w:rFonts w:ascii="Times New Roman" w:hAnsi="Times New Roman" w:cs="Times New Roman"/>
          <w:sz w:val="24"/>
          <w:szCs w:val="24"/>
        </w:rPr>
        <w:t xml:space="preserve"> në total. Ky </w:t>
      </w:r>
      <w:proofErr w:type="spellStart"/>
      <w:r w:rsidRPr="00D97086">
        <w:rPr>
          <w:rFonts w:ascii="Times New Roman" w:hAnsi="Times New Roman" w:cs="Times New Roman"/>
          <w:sz w:val="24"/>
          <w:szCs w:val="24"/>
        </w:rPr>
        <w:t>numër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mbulon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rreth</w:t>
      </w:r>
      <w:proofErr w:type="spellEnd"/>
      <w:r w:rsidRPr="00D97086">
        <w:rPr>
          <w:rFonts w:ascii="Times New Roman" w:hAnsi="Times New Roman" w:cs="Times New Roman"/>
          <w:sz w:val="24"/>
          <w:szCs w:val="24"/>
        </w:rPr>
        <w:t xml:space="preserve"> 0.08% të </w:t>
      </w:r>
      <w:proofErr w:type="spellStart"/>
      <w:r w:rsidRPr="00D97086">
        <w:rPr>
          <w:rFonts w:ascii="Times New Roman" w:hAnsi="Times New Roman" w:cs="Times New Roman"/>
          <w:sz w:val="24"/>
          <w:szCs w:val="24"/>
        </w:rPr>
        <w:t>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gjitha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familjeve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territorin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bashkisë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ose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afërsisht</w:t>
      </w:r>
      <w:proofErr w:type="spellEnd"/>
      <w:r w:rsidRPr="00D97086">
        <w:rPr>
          <w:rFonts w:ascii="Times New Roman" w:hAnsi="Times New Roman" w:cs="Times New Roman"/>
          <w:sz w:val="24"/>
          <w:szCs w:val="24"/>
        </w:rPr>
        <w:t xml:space="preserve"> 4.4% të </w:t>
      </w:r>
      <w:proofErr w:type="spellStart"/>
      <w:r w:rsidRPr="00D97086">
        <w:rPr>
          <w:rFonts w:ascii="Times New Roman" w:hAnsi="Times New Roman" w:cs="Times New Roman"/>
          <w:sz w:val="24"/>
          <w:szCs w:val="24"/>
        </w:rPr>
        <w:t>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gjithë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përfituesve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skemat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periudhën</w:t>
      </w:r>
      <w:proofErr w:type="spellEnd"/>
      <w:r w:rsidRPr="00D97086">
        <w:rPr>
          <w:rFonts w:ascii="Times New Roman" w:hAnsi="Times New Roman" w:cs="Times New Roman"/>
          <w:sz w:val="24"/>
          <w:szCs w:val="24"/>
        </w:rPr>
        <w:t xml:space="preserve"> 2022–2024. Ky </w:t>
      </w:r>
      <w:proofErr w:type="spellStart"/>
      <w:r w:rsidRPr="00D97086">
        <w:rPr>
          <w:rFonts w:ascii="Times New Roman" w:hAnsi="Times New Roman" w:cs="Times New Roman"/>
          <w:sz w:val="24"/>
          <w:szCs w:val="24"/>
        </w:rPr>
        <w:t>tregues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tregon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kufizimin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madh</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këtij</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instrumenti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pasi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shumica</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familjeve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vulnerabël</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nuk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kanë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mundësi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financiare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marrin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përsipër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kthimin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kësteve</w:t>
      </w:r>
      <w:proofErr w:type="spellEnd"/>
      <w:r w:rsidRPr="00D97086">
        <w:rPr>
          <w:rFonts w:ascii="Times New Roman" w:hAnsi="Times New Roman" w:cs="Times New Roman"/>
          <w:sz w:val="24"/>
          <w:szCs w:val="24"/>
        </w:rPr>
        <w:t xml:space="preserve">, duke e </w:t>
      </w:r>
      <w:proofErr w:type="spellStart"/>
      <w:r w:rsidRPr="00D97086">
        <w:rPr>
          <w:rFonts w:ascii="Times New Roman" w:hAnsi="Times New Roman" w:cs="Times New Roman"/>
          <w:sz w:val="24"/>
          <w:szCs w:val="24"/>
        </w:rPr>
        <w:t>bërë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kredinë</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butë</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alternativë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papërshtatshme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shtresat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varfra</w:t>
      </w:r>
      <w:proofErr w:type="spellEnd"/>
      <w:r w:rsidRPr="00D97086">
        <w:rPr>
          <w:rFonts w:ascii="Times New Roman" w:hAnsi="Times New Roman" w:cs="Times New Roman"/>
          <w:sz w:val="24"/>
          <w:szCs w:val="24"/>
        </w:rPr>
        <w:t>.</w:t>
      </w:r>
    </w:p>
    <w:p w14:paraId="14A7DE52" w14:textId="77777777" w:rsidR="008B3784" w:rsidRPr="00D97086" w:rsidRDefault="008B3784" w:rsidP="00A45CED">
      <w:pPr>
        <w:jc w:val="both"/>
        <w:rPr>
          <w:rFonts w:ascii="Times New Roman" w:hAnsi="Times New Roman" w:cs="Times New Roman"/>
          <w:sz w:val="24"/>
          <w:szCs w:val="24"/>
        </w:rPr>
      </w:pPr>
      <w:r w:rsidRPr="00D97086">
        <w:rPr>
          <w:rFonts w:ascii="Times New Roman" w:hAnsi="Times New Roman" w:cs="Times New Roman"/>
          <w:sz w:val="24"/>
          <w:szCs w:val="24"/>
        </w:rPr>
        <w:t xml:space="preserve">3. </w:t>
      </w:r>
      <w:proofErr w:type="spellStart"/>
      <w:r w:rsidRPr="00D97086">
        <w:rPr>
          <w:rFonts w:ascii="Times New Roman" w:hAnsi="Times New Roman" w:cs="Times New Roman"/>
          <w:sz w:val="24"/>
          <w:szCs w:val="24"/>
        </w:rPr>
        <w:t>Programi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përmirësimit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kushteve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banimit</w:t>
      </w:r>
      <w:proofErr w:type="spellEnd"/>
    </w:p>
    <w:p w14:paraId="0708A4B1" w14:textId="77777777" w:rsidR="00A45CED" w:rsidRPr="00D97086" w:rsidRDefault="00A45CED" w:rsidP="00A45CED">
      <w:pPr>
        <w:rPr>
          <w:rFonts w:ascii="Times New Roman" w:hAnsi="Times New Roman" w:cs="Times New Roman"/>
        </w:rPr>
      </w:pPr>
      <w:r w:rsidRPr="00D97086">
        <w:rPr>
          <w:rFonts w:ascii="Times New Roman" w:hAnsi="Times New Roman" w:cs="Times New Roman"/>
        </w:rPr>
        <w:t xml:space="preserve">Ky program </w:t>
      </w:r>
      <w:proofErr w:type="spellStart"/>
      <w:r w:rsidRPr="00D97086">
        <w:rPr>
          <w:rFonts w:ascii="Times New Roman" w:hAnsi="Times New Roman" w:cs="Times New Roman"/>
        </w:rPr>
        <w:t>është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zbatuar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nga</w:t>
      </w:r>
      <w:proofErr w:type="spellEnd"/>
      <w:r w:rsidRPr="00D97086">
        <w:rPr>
          <w:rFonts w:ascii="Times New Roman" w:hAnsi="Times New Roman" w:cs="Times New Roman"/>
        </w:rPr>
        <w:t xml:space="preserve"> Bashkia </w:t>
      </w:r>
      <w:proofErr w:type="spellStart"/>
      <w:r w:rsidRPr="00D97086">
        <w:rPr>
          <w:rFonts w:ascii="Times New Roman" w:hAnsi="Times New Roman" w:cs="Times New Roman"/>
        </w:rPr>
        <w:t>Prrenjas</w:t>
      </w:r>
      <w:proofErr w:type="spellEnd"/>
      <w:r w:rsidRPr="00D97086">
        <w:rPr>
          <w:rFonts w:ascii="Times New Roman" w:hAnsi="Times New Roman" w:cs="Times New Roman"/>
        </w:rPr>
        <w:t xml:space="preserve"> në </w:t>
      </w:r>
      <w:proofErr w:type="spellStart"/>
      <w:r w:rsidRPr="00D97086">
        <w:rPr>
          <w:rFonts w:ascii="Times New Roman" w:hAnsi="Times New Roman" w:cs="Times New Roman"/>
        </w:rPr>
        <w:t>vitet</w:t>
      </w:r>
      <w:proofErr w:type="spellEnd"/>
      <w:r w:rsidRPr="00D97086">
        <w:rPr>
          <w:rFonts w:ascii="Times New Roman" w:hAnsi="Times New Roman" w:cs="Times New Roman"/>
        </w:rPr>
        <w:t xml:space="preserve"> 2019–2023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është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rikthyer</w:t>
      </w:r>
      <w:proofErr w:type="spellEnd"/>
      <w:r w:rsidRPr="00D97086">
        <w:rPr>
          <w:rFonts w:ascii="Times New Roman" w:hAnsi="Times New Roman" w:cs="Times New Roman"/>
        </w:rPr>
        <w:t xml:space="preserve"> në </w:t>
      </w:r>
      <w:proofErr w:type="spellStart"/>
      <w:r w:rsidRPr="00D97086">
        <w:rPr>
          <w:rFonts w:ascii="Times New Roman" w:hAnsi="Times New Roman" w:cs="Times New Roman"/>
        </w:rPr>
        <w:t>zbatim</w:t>
      </w:r>
      <w:proofErr w:type="spellEnd"/>
      <w:r w:rsidRPr="00D97086">
        <w:rPr>
          <w:rFonts w:ascii="Times New Roman" w:hAnsi="Times New Roman" w:cs="Times New Roman"/>
        </w:rPr>
        <w:t xml:space="preserve"> në </w:t>
      </w:r>
      <w:proofErr w:type="spellStart"/>
      <w:r w:rsidRPr="00D97086">
        <w:rPr>
          <w:rFonts w:ascii="Times New Roman" w:hAnsi="Times New Roman" w:cs="Times New Roman"/>
        </w:rPr>
        <w:t>vitin</w:t>
      </w:r>
      <w:proofErr w:type="spellEnd"/>
      <w:r w:rsidRPr="00D97086">
        <w:rPr>
          <w:rFonts w:ascii="Times New Roman" w:hAnsi="Times New Roman" w:cs="Times New Roman"/>
        </w:rPr>
        <w:t xml:space="preserve"> 2025, duke </w:t>
      </w:r>
      <w:proofErr w:type="spellStart"/>
      <w:r w:rsidRPr="00D97086">
        <w:rPr>
          <w:rFonts w:ascii="Times New Roman" w:hAnsi="Times New Roman" w:cs="Times New Roman"/>
        </w:rPr>
        <w:t>mbështetur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familje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ndryshme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rikonstruksione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riparime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përshtatje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bazike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banesave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Përfituesit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kryesorë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kanë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qenë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familjet</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moshuara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personat</w:t>
      </w:r>
      <w:proofErr w:type="spellEnd"/>
      <w:r w:rsidRPr="00D97086">
        <w:rPr>
          <w:rFonts w:ascii="Times New Roman" w:hAnsi="Times New Roman" w:cs="Times New Roman"/>
        </w:rPr>
        <w:t xml:space="preserve"> me </w:t>
      </w:r>
      <w:proofErr w:type="spellStart"/>
      <w:r w:rsidRPr="00D97086">
        <w:rPr>
          <w:rFonts w:ascii="Times New Roman" w:hAnsi="Times New Roman" w:cs="Times New Roman"/>
        </w:rPr>
        <w:t>aftësi</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kufizuara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ato</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që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jetojnë</w:t>
      </w:r>
      <w:proofErr w:type="spellEnd"/>
      <w:r w:rsidRPr="00D97086">
        <w:rPr>
          <w:rFonts w:ascii="Times New Roman" w:hAnsi="Times New Roman" w:cs="Times New Roman"/>
        </w:rPr>
        <w:t xml:space="preserve"> në </w:t>
      </w:r>
      <w:proofErr w:type="spellStart"/>
      <w:r w:rsidRPr="00D97086">
        <w:rPr>
          <w:rFonts w:ascii="Times New Roman" w:hAnsi="Times New Roman" w:cs="Times New Roman"/>
        </w:rPr>
        <w:t>banesa</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amortizuara</w:t>
      </w:r>
      <w:proofErr w:type="spellEnd"/>
      <w:r w:rsidRPr="00D97086">
        <w:rPr>
          <w:rFonts w:ascii="Times New Roman" w:hAnsi="Times New Roman" w:cs="Times New Roman"/>
        </w:rPr>
        <w:t xml:space="preserve">, duke e </w:t>
      </w:r>
      <w:proofErr w:type="spellStart"/>
      <w:r w:rsidRPr="00D97086">
        <w:rPr>
          <w:rFonts w:ascii="Times New Roman" w:hAnsi="Times New Roman" w:cs="Times New Roman"/>
        </w:rPr>
        <w:t>bërë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këtë</w:t>
      </w:r>
      <w:proofErr w:type="spellEnd"/>
      <w:r w:rsidRPr="00D97086">
        <w:rPr>
          <w:rFonts w:ascii="Times New Roman" w:hAnsi="Times New Roman" w:cs="Times New Roman"/>
        </w:rPr>
        <w:t xml:space="preserve"> program një </w:t>
      </w:r>
      <w:proofErr w:type="spellStart"/>
      <w:r w:rsidRPr="00D97086">
        <w:rPr>
          <w:rFonts w:ascii="Times New Roman" w:hAnsi="Times New Roman" w:cs="Times New Roman"/>
        </w:rPr>
        <w:t>ndër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instrumentet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më</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rëndësishme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përmirësimin</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kushteve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banimit</w:t>
      </w:r>
      <w:proofErr w:type="spellEnd"/>
      <w:r w:rsidRPr="00D97086">
        <w:rPr>
          <w:rFonts w:ascii="Times New Roman" w:hAnsi="Times New Roman" w:cs="Times New Roman"/>
        </w:rPr>
        <w:t xml:space="preserve"> në </w:t>
      </w:r>
      <w:proofErr w:type="spellStart"/>
      <w:r w:rsidRPr="00D97086">
        <w:rPr>
          <w:rFonts w:ascii="Times New Roman" w:hAnsi="Times New Roman" w:cs="Times New Roman"/>
        </w:rPr>
        <w:t>njësitë</w:t>
      </w:r>
      <w:proofErr w:type="spellEnd"/>
      <w:r w:rsidRPr="00D97086">
        <w:rPr>
          <w:rFonts w:ascii="Times New Roman" w:hAnsi="Times New Roman" w:cs="Times New Roman"/>
        </w:rPr>
        <w:t xml:space="preserve"> administrative të </w:t>
      </w:r>
      <w:proofErr w:type="spellStart"/>
      <w:r w:rsidRPr="00D97086">
        <w:rPr>
          <w:rFonts w:ascii="Times New Roman" w:hAnsi="Times New Roman" w:cs="Times New Roman"/>
        </w:rPr>
        <w:t>bashkisë</w:t>
      </w:r>
      <w:proofErr w:type="spellEnd"/>
      <w:r w:rsidRPr="00D97086">
        <w:rPr>
          <w:rFonts w:ascii="Times New Roman" w:hAnsi="Times New Roman" w:cs="Times New Roman"/>
        </w:rPr>
        <w:t>.</w:t>
      </w:r>
    </w:p>
    <w:p w14:paraId="71A2D6EA" w14:textId="77777777" w:rsidR="00765CBC" w:rsidRPr="00D97086" w:rsidRDefault="00765CBC" w:rsidP="00765CBC">
      <w:pPr>
        <w:shd w:val="clear" w:color="auto" w:fill="EEECE1" w:themeFill="background2"/>
        <w:jc w:val="both"/>
        <w:rPr>
          <w:rFonts w:ascii="Times New Roman" w:hAnsi="Times New Roman" w:cs="Times New Roman"/>
          <w:i/>
          <w:sz w:val="24"/>
          <w:szCs w:val="24"/>
        </w:rPr>
      </w:pPr>
      <w:proofErr w:type="spellStart"/>
      <w:r w:rsidRPr="00D97086">
        <w:rPr>
          <w:rFonts w:ascii="Times New Roman" w:hAnsi="Times New Roman" w:cs="Times New Roman"/>
          <w:i/>
          <w:sz w:val="24"/>
          <w:szCs w:val="24"/>
        </w:rPr>
        <w:t>Për</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vitin</w:t>
      </w:r>
      <w:proofErr w:type="spellEnd"/>
      <w:r w:rsidRPr="00D97086">
        <w:rPr>
          <w:rFonts w:ascii="Times New Roman" w:hAnsi="Times New Roman" w:cs="Times New Roman"/>
          <w:i/>
          <w:sz w:val="24"/>
          <w:szCs w:val="24"/>
        </w:rPr>
        <w:t xml:space="preserve"> 2025, Bashkia </w:t>
      </w:r>
      <w:proofErr w:type="spellStart"/>
      <w:r w:rsidRPr="00D97086">
        <w:rPr>
          <w:rFonts w:ascii="Times New Roman" w:hAnsi="Times New Roman" w:cs="Times New Roman"/>
          <w:i/>
          <w:sz w:val="24"/>
          <w:szCs w:val="24"/>
        </w:rPr>
        <w:t>Prrenjas</w:t>
      </w:r>
      <w:proofErr w:type="spellEnd"/>
      <w:r w:rsidRPr="00D97086">
        <w:rPr>
          <w:rFonts w:ascii="Times New Roman" w:hAnsi="Times New Roman" w:cs="Times New Roman"/>
          <w:i/>
          <w:sz w:val="24"/>
          <w:szCs w:val="24"/>
        </w:rPr>
        <w:t xml:space="preserve"> ka </w:t>
      </w:r>
      <w:proofErr w:type="spellStart"/>
      <w:r w:rsidRPr="00D97086">
        <w:rPr>
          <w:rFonts w:ascii="Times New Roman" w:hAnsi="Times New Roman" w:cs="Times New Roman"/>
          <w:i/>
          <w:sz w:val="24"/>
          <w:szCs w:val="24"/>
        </w:rPr>
        <w:t>evidentuar</w:t>
      </w:r>
      <w:proofErr w:type="spellEnd"/>
      <w:r w:rsidRPr="00D97086">
        <w:rPr>
          <w:rFonts w:ascii="Times New Roman" w:hAnsi="Times New Roman" w:cs="Times New Roman"/>
          <w:i/>
          <w:sz w:val="24"/>
          <w:szCs w:val="24"/>
        </w:rPr>
        <w:t xml:space="preserve"> të </w:t>
      </w:r>
      <w:proofErr w:type="spellStart"/>
      <w:r w:rsidRPr="00D97086">
        <w:rPr>
          <w:rFonts w:ascii="Times New Roman" w:hAnsi="Times New Roman" w:cs="Times New Roman"/>
          <w:i/>
          <w:sz w:val="24"/>
          <w:szCs w:val="24"/>
        </w:rPr>
        <w:t>dhëna</w:t>
      </w:r>
      <w:proofErr w:type="spellEnd"/>
      <w:r w:rsidRPr="00D97086">
        <w:rPr>
          <w:rFonts w:ascii="Times New Roman" w:hAnsi="Times New Roman" w:cs="Times New Roman"/>
          <w:i/>
          <w:sz w:val="24"/>
          <w:szCs w:val="24"/>
        </w:rPr>
        <w:t xml:space="preserve"> të </w:t>
      </w:r>
      <w:proofErr w:type="spellStart"/>
      <w:r w:rsidRPr="00D97086">
        <w:rPr>
          <w:rFonts w:ascii="Times New Roman" w:hAnsi="Times New Roman" w:cs="Times New Roman"/>
          <w:i/>
          <w:sz w:val="24"/>
          <w:szCs w:val="24"/>
        </w:rPr>
        <w:t>detajuara</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mbi</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aplikimet</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dhe</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përfitimet</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nga</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programet</w:t>
      </w:r>
      <w:proofErr w:type="spellEnd"/>
      <w:r w:rsidRPr="00D97086">
        <w:rPr>
          <w:rFonts w:ascii="Times New Roman" w:hAnsi="Times New Roman" w:cs="Times New Roman"/>
          <w:i/>
          <w:sz w:val="24"/>
          <w:szCs w:val="24"/>
        </w:rPr>
        <w:t xml:space="preserve"> e </w:t>
      </w:r>
      <w:proofErr w:type="spellStart"/>
      <w:r w:rsidRPr="00D97086">
        <w:rPr>
          <w:rFonts w:ascii="Times New Roman" w:hAnsi="Times New Roman" w:cs="Times New Roman"/>
          <w:i/>
          <w:sz w:val="24"/>
          <w:szCs w:val="24"/>
        </w:rPr>
        <w:t>strehimit</w:t>
      </w:r>
      <w:proofErr w:type="spellEnd"/>
      <w:r w:rsidRPr="00D97086">
        <w:rPr>
          <w:rFonts w:ascii="Times New Roman" w:hAnsi="Times New Roman" w:cs="Times New Roman"/>
          <w:i/>
          <w:sz w:val="24"/>
          <w:szCs w:val="24"/>
        </w:rPr>
        <w:t xml:space="preserve">, të </w:t>
      </w:r>
      <w:proofErr w:type="spellStart"/>
      <w:r w:rsidRPr="00D97086">
        <w:rPr>
          <w:rFonts w:ascii="Times New Roman" w:hAnsi="Times New Roman" w:cs="Times New Roman"/>
          <w:i/>
          <w:sz w:val="24"/>
          <w:szCs w:val="24"/>
        </w:rPr>
        <w:t>ndara</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sipas</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tipologjisë</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së</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banesës</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Kjo</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qasje</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lastRenderedPageBreak/>
        <w:t>mundëson</w:t>
      </w:r>
      <w:proofErr w:type="spellEnd"/>
      <w:r w:rsidRPr="00D97086">
        <w:rPr>
          <w:rFonts w:ascii="Times New Roman" w:hAnsi="Times New Roman" w:cs="Times New Roman"/>
          <w:i/>
          <w:sz w:val="24"/>
          <w:szCs w:val="24"/>
        </w:rPr>
        <w:t xml:space="preserve"> një </w:t>
      </w:r>
      <w:proofErr w:type="spellStart"/>
      <w:r w:rsidRPr="00D97086">
        <w:rPr>
          <w:rFonts w:ascii="Times New Roman" w:hAnsi="Times New Roman" w:cs="Times New Roman"/>
          <w:i/>
          <w:sz w:val="24"/>
          <w:szCs w:val="24"/>
        </w:rPr>
        <w:t>analizë</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më</w:t>
      </w:r>
      <w:proofErr w:type="spellEnd"/>
      <w:r w:rsidRPr="00D97086">
        <w:rPr>
          <w:rFonts w:ascii="Times New Roman" w:hAnsi="Times New Roman" w:cs="Times New Roman"/>
          <w:i/>
          <w:sz w:val="24"/>
          <w:szCs w:val="24"/>
        </w:rPr>
        <w:t xml:space="preserve"> të </w:t>
      </w:r>
      <w:proofErr w:type="spellStart"/>
      <w:r w:rsidRPr="00D97086">
        <w:rPr>
          <w:rFonts w:ascii="Times New Roman" w:hAnsi="Times New Roman" w:cs="Times New Roman"/>
          <w:i/>
          <w:sz w:val="24"/>
          <w:szCs w:val="24"/>
        </w:rPr>
        <w:t>qartë</w:t>
      </w:r>
      <w:proofErr w:type="spellEnd"/>
      <w:r w:rsidRPr="00D97086">
        <w:rPr>
          <w:rFonts w:ascii="Times New Roman" w:hAnsi="Times New Roman" w:cs="Times New Roman"/>
          <w:i/>
          <w:sz w:val="24"/>
          <w:szCs w:val="24"/>
        </w:rPr>
        <w:t xml:space="preserve"> të </w:t>
      </w:r>
      <w:proofErr w:type="spellStart"/>
      <w:r w:rsidRPr="00D97086">
        <w:rPr>
          <w:rFonts w:ascii="Times New Roman" w:hAnsi="Times New Roman" w:cs="Times New Roman"/>
          <w:i/>
          <w:sz w:val="24"/>
          <w:szCs w:val="24"/>
        </w:rPr>
        <w:t>nevojave</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reale</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dhe</w:t>
      </w:r>
      <w:proofErr w:type="spellEnd"/>
      <w:r w:rsidRPr="00D97086">
        <w:rPr>
          <w:rFonts w:ascii="Times New Roman" w:hAnsi="Times New Roman" w:cs="Times New Roman"/>
          <w:i/>
          <w:sz w:val="24"/>
          <w:szCs w:val="24"/>
        </w:rPr>
        <w:t xml:space="preserve"> të </w:t>
      </w:r>
      <w:proofErr w:type="spellStart"/>
      <w:r w:rsidRPr="00D97086">
        <w:rPr>
          <w:rFonts w:ascii="Times New Roman" w:hAnsi="Times New Roman" w:cs="Times New Roman"/>
          <w:i/>
          <w:sz w:val="24"/>
          <w:szCs w:val="24"/>
        </w:rPr>
        <w:t>ndikimit</w:t>
      </w:r>
      <w:proofErr w:type="spellEnd"/>
      <w:r w:rsidRPr="00D97086">
        <w:rPr>
          <w:rFonts w:ascii="Times New Roman" w:hAnsi="Times New Roman" w:cs="Times New Roman"/>
          <w:i/>
          <w:sz w:val="24"/>
          <w:szCs w:val="24"/>
        </w:rPr>
        <w:t xml:space="preserve"> të </w:t>
      </w:r>
      <w:proofErr w:type="spellStart"/>
      <w:r w:rsidRPr="00D97086">
        <w:rPr>
          <w:rFonts w:ascii="Times New Roman" w:hAnsi="Times New Roman" w:cs="Times New Roman"/>
          <w:i/>
          <w:sz w:val="24"/>
          <w:szCs w:val="24"/>
        </w:rPr>
        <w:t>instrumenteve</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ekzistuese</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Rezultatet</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tregojnë</w:t>
      </w:r>
      <w:proofErr w:type="spellEnd"/>
      <w:r w:rsidRPr="00D97086">
        <w:rPr>
          <w:rFonts w:ascii="Times New Roman" w:hAnsi="Times New Roman" w:cs="Times New Roman"/>
          <w:i/>
          <w:sz w:val="24"/>
          <w:szCs w:val="24"/>
        </w:rPr>
        <w:t xml:space="preserve"> se </w:t>
      </w:r>
      <w:proofErr w:type="spellStart"/>
      <w:r w:rsidRPr="00D97086">
        <w:rPr>
          <w:rFonts w:ascii="Times New Roman" w:hAnsi="Times New Roman" w:cs="Times New Roman"/>
          <w:i/>
          <w:sz w:val="24"/>
          <w:szCs w:val="24"/>
        </w:rPr>
        <w:t>subvencioni</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i</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qirasë</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mbetet</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instrumenti</w:t>
      </w:r>
      <w:proofErr w:type="spellEnd"/>
      <w:r w:rsidRPr="00D97086">
        <w:rPr>
          <w:rFonts w:ascii="Times New Roman" w:hAnsi="Times New Roman" w:cs="Times New Roman"/>
          <w:i/>
          <w:sz w:val="24"/>
          <w:szCs w:val="24"/>
        </w:rPr>
        <w:t xml:space="preserve"> me </w:t>
      </w:r>
      <w:proofErr w:type="spellStart"/>
      <w:r w:rsidRPr="00D97086">
        <w:rPr>
          <w:rFonts w:ascii="Times New Roman" w:hAnsi="Times New Roman" w:cs="Times New Roman"/>
          <w:i/>
          <w:sz w:val="24"/>
          <w:szCs w:val="24"/>
        </w:rPr>
        <w:t>mbulimin</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më</w:t>
      </w:r>
      <w:proofErr w:type="spellEnd"/>
      <w:r w:rsidRPr="00D97086">
        <w:rPr>
          <w:rFonts w:ascii="Times New Roman" w:hAnsi="Times New Roman" w:cs="Times New Roman"/>
          <w:i/>
          <w:sz w:val="24"/>
          <w:szCs w:val="24"/>
        </w:rPr>
        <w:t xml:space="preserve"> të </w:t>
      </w:r>
      <w:proofErr w:type="spellStart"/>
      <w:r w:rsidRPr="00D97086">
        <w:rPr>
          <w:rFonts w:ascii="Times New Roman" w:hAnsi="Times New Roman" w:cs="Times New Roman"/>
          <w:i/>
          <w:sz w:val="24"/>
          <w:szCs w:val="24"/>
        </w:rPr>
        <w:t>gjerë</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ndërsa</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programi</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i</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përmirësimit</w:t>
      </w:r>
      <w:proofErr w:type="spellEnd"/>
      <w:r w:rsidRPr="00D97086">
        <w:rPr>
          <w:rFonts w:ascii="Times New Roman" w:hAnsi="Times New Roman" w:cs="Times New Roman"/>
          <w:i/>
          <w:sz w:val="24"/>
          <w:szCs w:val="24"/>
        </w:rPr>
        <w:t xml:space="preserve"> të </w:t>
      </w:r>
      <w:proofErr w:type="spellStart"/>
      <w:r w:rsidRPr="00D97086">
        <w:rPr>
          <w:rFonts w:ascii="Times New Roman" w:hAnsi="Times New Roman" w:cs="Times New Roman"/>
          <w:i/>
          <w:sz w:val="24"/>
          <w:szCs w:val="24"/>
        </w:rPr>
        <w:t>kushteve</w:t>
      </w:r>
      <w:proofErr w:type="spellEnd"/>
      <w:r w:rsidRPr="00D97086">
        <w:rPr>
          <w:rFonts w:ascii="Times New Roman" w:hAnsi="Times New Roman" w:cs="Times New Roman"/>
          <w:i/>
          <w:sz w:val="24"/>
          <w:szCs w:val="24"/>
        </w:rPr>
        <w:t xml:space="preserve"> të </w:t>
      </w:r>
      <w:proofErr w:type="spellStart"/>
      <w:r w:rsidRPr="00D97086">
        <w:rPr>
          <w:rFonts w:ascii="Times New Roman" w:hAnsi="Times New Roman" w:cs="Times New Roman"/>
          <w:i/>
          <w:sz w:val="24"/>
          <w:szCs w:val="24"/>
        </w:rPr>
        <w:t>banimit</w:t>
      </w:r>
      <w:proofErr w:type="spellEnd"/>
      <w:r w:rsidRPr="00D97086">
        <w:rPr>
          <w:rFonts w:ascii="Times New Roman" w:hAnsi="Times New Roman" w:cs="Times New Roman"/>
          <w:i/>
          <w:sz w:val="24"/>
          <w:szCs w:val="24"/>
        </w:rPr>
        <w:t xml:space="preserve"> ka </w:t>
      </w:r>
      <w:proofErr w:type="spellStart"/>
      <w:r w:rsidRPr="00D97086">
        <w:rPr>
          <w:rFonts w:ascii="Times New Roman" w:hAnsi="Times New Roman" w:cs="Times New Roman"/>
          <w:i/>
          <w:sz w:val="24"/>
          <w:szCs w:val="24"/>
        </w:rPr>
        <w:t>ndihmuar</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dukshëm</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familjet</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që</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jetojnë</w:t>
      </w:r>
      <w:proofErr w:type="spellEnd"/>
      <w:r w:rsidRPr="00D97086">
        <w:rPr>
          <w:rFonts w:ascii="Times New Roman" w:hAnsi="Times New Roman" w:cs="Times New Roman"/>
          <w:i/>
          <w:sz w:val="24"/>
          <w:szCs w:val="24"/>
        </w:rPr>
        <w:t xml:space="preserve"> në </w:t>
      </w:r>
      <w:proofErr w:type="spellStart"/>
      <w:r w:rsidRPr="00D97086">
        <w:rPr>
          <w:rFonts w:ascii="Times New Roman" w:hAnsi="Times New Roman" w:cs="Times New Roman"/>
          <w:i/>
          <w:sz w:val="24"/>
          <w:szCs w:val="24"/>
        </w:rPr>
        <w:t>banesa</w:t>
      </w:r>
      <w:proofErr w:type="spellEnd"/>
      <w:r w:rsidRPr="00D97086">
        <w:rPr>
          <w:rFonts w:ascii="Times New Roman" w:hAnsi="Times New Roman" w:cs="Times New Roman"/>
          <w:i/>
          <w:sz w:val="24"/>
          <w:szCs w:val="24"/>
        </w:rPr>
        <w:t xml:space="preserve"> të </w:t>
      </w:r>
      <w:proofErr w:type="spellStart"/>
      <w:r w:rsidRPr="00D97086">
        <w:rPr>
          <w:rFonts w:ascii="Times New Roman" w:hAnsi="Times New Roman" w:cs="Times New Roman"/>
          <w:i/>
          <w:sz w:val="24"/>
          <w:szCs w:val="24"/>
        </w:rPr>
        <w:t>papërshtatshme</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ose</w:t>
      </w:r>
      <w:proofErr w:type="spellEnd"/>
      <w:r w:rsidRPr="00D97086">
        <w:rPr>
          <w:rFonts w:ascii="Times New Roman" w:hAnsi="Times New Roman" w:cs="Times New Roman"/>
          <w:i/>
          <w:sz w:val="24"/>
          <w:szCs w:val="24"/>
        </w:rPr>
        <w:t xml:space="preserve"> në </w:t>
      </w:r>
      <w:proofErr w:type="spellStart"/>
      <w:r w:rsidRPr="00D97086">
        <w:rPr>
          <w:rFonts w:ascii="Times New Roman" w:hAnsi="Times New Roman" w:cs="Times New Roman"/>
          <w:i/>
          <w:sz w:val="24"/>
          <w:szCs w:val="24"/>
        </w:rPr>
        <w:t>rrezik</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shembjeje</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Ndërkohë</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subvencioni</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i</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interesave</w:t>
      </w:r>
      <w:proofErr w:type="spellEnd"/>
      <w:r w:rsidRPr="00D97086">
        <w:rPr>
          <w:rFonts w:ascii="Times New Roman" w:hAnsi="Times New Roman" w:cs="Times New Roman"/>
          <w:i/>
          <w:sz w:val="24"/>
          <w:szCs w:val="24"/>
        </w:rPr>
        <w:t xml:space="preserve"> të </w:t>
      </w:r>
      <w:proofErr w:type="spellStart"/>
      <w:r w:rsidRPr="00D97086">
        <w:rPr>
          <w:rFonts w:ascii="Times New Roman" w:hAnsi="Times New Roman" w:cs="Times New Roman"/>
          <w:i/>
          <w:sz w:val="24"/>
          <w:szCs w:val="24"/>
        </w:rPr>
        <w:t>kredisë</w:t>
      </w:r>
      <w:proofErr w:type="spellEnd"/>
      <w:r w:rsidRPr="00D97086">
        <w:rPr>
          <w:rFonts w:ascii="Times New Roman" w:hAnsi="Times New Roman" w:cs="Times New Roman"/>
          <w:i/>
          <w:sz w:val="24"/>
          <w:szCs w:val="24"/>
        </w:rPr>
        <w:t xml:space="preserve"> ka </w:t>
      </w:r>
      <w:proofErr w:type="spellStart"/>
      <w:r w:rsidRPr="00D97086">
        <w:rPr>
          <w:rFonts w:ascii="Times New Roman" w:hAnsi="Times New Roman" w:cs="Times New Roman"/>
          <w:i/>
          <w:sz w:val="24"/>
          <w:szCs w:val="24"/>
        </w:rPr>
        <w:t>mbetur</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i</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kufizuar</w:t>
      </w:r>
      <w:proofErr w:type="spellEnd"/>
      <w:r w:rsidRPr="00D97086">
        <w:rPr>
          <w:rFonts w:ascii="Times New Roman" w:hAnsi="Times New Roman" w:cs="Times New Roman"/>
          <w:i/>
          <w:sz w:val="24"/>
          <w:szCs w:val="24"/>
        </w:rPr>
        <w:t xml:space="preserve">, duke </w:t>
      </w:r>
      <w:proofErr w:type="spellStart"/>
      <w:r w:rsidRPr="00D97086">
        <w:rPr>
          <w:rFonts w:ascii="Times New Roman" w:hAnsi="Times New Roman" w:cs="Times New Roman"/>
          <w:i/>
          <w:sz w:val="24"/>
          <w:szCs w:val="24"/>
        </w:rPr>
        <w:t>konfirmuar</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vështirësitë</w:t>
      </w:r>
      <w:proofErr w:type="spellEnd"/>
      <w:r w:rsidRPr="00D97086">
        <w:rPr>
          <w:rFonts w:ascii="Times New Roman" w:hAnsi="Times New Roman" w:cs="Times New Roman"/>
          <w:i/>
          <w:sz w:val="24"/>
          <w:szCs w:val="24"/>
        </w:rPr>
        <w:t xml:space="preserve"> e </w:t>
      </w:r>
      <w:proofErr w:type="spellStart"/>
      <w:r w:rsidRPr="00D97086">
        <w:rPr>
          <w:rFonts w:ascii="Times New Roman" w:hAnsi="Times New Roman" w:cs="Times New Roman"/>
          <w:i/>
          <w:sz w:val="24"/>
          <w:szCs w:val="24"/>
        </w:rPr>
        <w:t>aksesit</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për</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shtresat</w:t>
      </w:r>
      <w:proofErr w:type="spellEnd"/>
      <w:r w:rsidRPr="00D97086">
        <w:rPr>
          <w:rFonts w:ascii="Times New Roman" w:hAnsi="Times New Roman" w:cs="Times New Roman"/>
          <w:i/>
          <w:sz w:val="24"/>
          <w:szCs w:val="24"/>
        </w:rPr>
        <w:t xml:space="preserve"> </w:t>
      </w:r>
      <w:proofErr w:type="spellStart"/>
      <w:proofErr w:type="gramStart"/>
      <w:r w:rsidRPr="00D97086">
        <w:rPr>
          <w:rFonts w:ascii="Times New Roman" w:hAnsi="Times New Roman" w:cs="Times New Roman"/>
          <w:i/>
          <w:sz w:val="24"/>
          <w:szCs w:val="24"/>
        </w:rPr>
        <w:t>vulnerabël</w:t>
      </w:r>
      <w:proofErr w:type="spellEnd"/>
      <w:r w:rsidRPr="00D97086">
        <w:rPr>
          <w:rFonts w:ascii="Times New Roman" w:hAnsi="Times New Roman" w:cs="Times New Roman"/>
          <w:i/>
          <w:sz w:val="24"/>
          <w:szCs w:val="24"/>
        </w:rPr>
        <w:t>.(</w:t>
      </w:r>
      <w:proofErr w:type="gramEnd"/>
      <w:r w:rsidRPr="00D97086">
        <w:rPr>
          <w:rFonts w:ascii="Times New Roman" w:hAnsi="Times New Roman" w:cs="Times New Roman"/>
          <w:i/>
          <w:sz w:val="24"/>
          <w:szCs w:val="24"/>
        </w:rPr>
        <w:t xml:space="preserve"> Shih </w:t>
      </w:r>
      <w:proofErr w:type="spellStart"/>
      <w:r w:rsidRPr="00D97086">
        <w:rPr>
          <w:rFonts w:ascii="Times New Roman" w:hAnsi="Times New Roman" w:cs="Times New Roman"/>
          <w:i/>
          <w:sz w:val="24"/>
          <w:szCs w:val="24"/>
        </w:rPr>
        <w:t>tabelen</w:t>
      </w:r>
      <w:proofErr w:type="spellEnd"/>
      <w:r w:rsidRPr="00D97086">
        <w:rPr>
          <w:rFonts w:ascii="Times New Roman" w:hAnsi="Times New Roman" w:cs="Times New Roman"/>
          <w:i/>
          <w:sz w:val="24"/>
          <w:szCs w:val="24"/>
        </w:rPr>
        <w:t xml:space="preserve"> </w:t>
      </w:r>
      <w:proofErr w:type="spellStart"/>
      <w:r w:rsidRPr="00D97086">
        <w:rPr>
          <w:rFonts w:ascii="Times New Roman" w:hAnsi="Times New Roman" w:cs="Times New Roman"/>
          <w:i/>
          <w:sz w:val="24"/>
          <w:szCs w:val="24"/>
        </w:rPr>
        <w:t>Aneksi</w:t>
      </w:r>
      <w:proofErr w:type="spellEnd"/>
      <w:r w:rsidRPr="00D97086">
        <w:rPr>
          <w:rFonts w:ascii="Times New Roman" w:hAnsi="Times New Roman" w:cs="Times New Roman"/>
          <w:i/>
          <w:sz w:val="24"/>
          <w:szCs w:val="24"/>
        </w:rPr>
        <w:t xml:space="preserve"> 3)</w:t>
      </w:r>
    </w:p>
    <w:p w14:paraId="0F1BCD31"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 xml:space="preserve">4. </w:t>
      </w:r>
      <w:proofErr w:type="spellStart"/>
      <w:r w:rsidRPr="00D97086">
        <w:rPr>
          <w:rFonts w:ascii="Times New Roman" w:hAnsi="Times New Roman" w:cs="Times New Roman"/>
          <w:sz w:val="24"/>
          <w:szCs w:val="24"/>
        </w:rPr>
        <w:t>Shërbimet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përkohshëm</w:t>
      </w:r>
      <w:proofErr w:type="spellEnd"/>
      <w:r w:rsidRPr="00D97086">
        <w:rPr>
          <w:rFonts w:ascii="Times New Roman" w:hAnsi="Times New Roman" w:cs="Times New Roman"/>
          <w:sz w:val="24"/>
          <w:szCs w:val="24"/>
        </w:rPr>
        <w:t>/</w:t>
      </w:r>
      <w:proofErr w:type="spellStart"/>
      <w:r w:rsidRPr="00D97086">
        <w:rPr>
          <w:rFonts w:ascii="Times New Roman" w:hAnsi="Times New Roman" w:cs="Times New Roman"/>
          <w:sz w:val="24"/>
          <w:szCs w:val="24"/>
        </w:rPr>
        <w:t>emergjent</w:t>
      </w:r>
      <w:proofErr w:type="spellEnd"/>
    </w:p>
    <w:p w14:paraId="389B7FC8"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Përsa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përket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rasteve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emergjente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afatmesme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periudhën</w:t>
      </w:r>
      <w:proofErr w:type="spellEnd"/>
      <w:r w:rsidRPr="00D97086">
        <w:rPr>
          <w:rFonts w:ascii="Times New Roman" w:hAnsi="Times New Roman" w:cs="Times New Roman"/>
          <w:sz w:val="24"/>
          <w:szCs w:val="24"/>
        </w:rPr>
        <w:t xml:space="preserve"> 2022–2024 </w:t>
      </w:r>
      <w:proofErr w:type="spellStart"/>
      <w:r w:rsidRPr="00D97086">
        <w:rPr>
          <w:rFonts w:ascii="Times New Roman" w:hAnsi="Times New Roman" w:cs="Times New Roman"/>
          <w:sz w:val="24"/>
          <w:szCs w:val="24"/>
        </w:rPr>
        <w:t>janë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evidentuar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gjithsej</w:t>
      </w:r>
      <w:proofErr w:type="spellEnd"/>
      <w:r w:rsidRPr="00D97086">
        <w:rPr>
          <w:rFonts w:ascii="Times New Roman" w:hAnsi="Times New Roman" w:cs="Times New Roman"/>
          <w:sz w:val="24"/>
          <w:szCs w:val="24"/>
        </w:rPr>
        <w:t xml:space="preserve"> 3 </w:t>
      </w:r>
      <w:proofErr w:type="spellStart"/>
      <w:r w:rsidRPr="00D97086">
        <w:rPr>
          <w:rFonts w:ascii="Times New Roman" w:hAnsi="Times New Roman" w:cs="Times New Roman"/>
          <w:sz w:val="24"/>
          <w:szCs w:val="24"/>
        </w:rPr>
        <w:t>raste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emergjente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12 </w:t>
      </w:r>
      <w:proofErr w:type="spellStart"/>
      <w:r w:rsidRPr="00D97086">
        <w:rPr>
          <w:rFonts w:ascii="Times New Roman" w:hAnsi="Times New Roman" w:cs="Times New Roman"/>
          <w:sz w:val="24"/>
          <w:szCs w:val="24"/>
        </w:rPr>
        <w:t>raste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afatmesme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Pjesa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madhe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janë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trajtuar</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instrumentin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subvencionit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qirasë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ndërsa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nuk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ekziston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ende</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strukturë</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dedikuar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emergjent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Kjo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tregon</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boshllëk</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rëndësishëm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institucional</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nevojën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ngritjen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kapaciteteve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reja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menaxhimin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krizave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menjëhershme</w:t>
      </w:r>
      <w:proofErr w:type="spellEnd"/>
      <w:r w:rsidRPr="00D97086">
        <w:rPr>
          <w:rFonts w:ascii="Times New Roman" w:hAnsi="Times New Roman" w:cs="Times New Roman"/>
          <w:sz w:val="24"/>
          <w:szCs w:val="24"/>
        </w:rPr>
        <w:t>.</w:t>
      </w:r>
    </w:p>
    <w:p w14:paraId="4081F13A" w14:textId="77777777" w:rsidR="008B3784" w:rsidRPr="005B1542" w:rsidRDefault="00D1048F" w:rsidP="00B06CA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Figura10:  Përfitues nga programet e strehimit</w:t>
      </w:r>
      <w:r w:rsidR="008B3784" w:rsidRPr="005B1542">
        <w:rPr>
          <w:rFonts w:ascii="Times New Roman" w:hAnsi="Times New Roman" w:cs="Times New Roman"/>
          <w:sz w:val="24"/>
          <w:szCs w:val="24"/>
          <w:lang w:val="it-IT"/>
        </w:rPr>
        <w:t xml:space="preserve"> sipas NjA</w:t>
      </w:r>
      <w:r w:rsidRPr="005B1542">
        <w:rPr>
          <w:rFonts w:ascii="Times New Roman" w:hAnsi="Times New Roman" w:cs="Times New Roman"/>
          <w:sz w:val="24"/>
          <w:szCs w:val="24"/>
          <w:lang w:val="it-IT"/>
        </w:rPr>
        <w:t xml:space="preserve"> në tre vite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62"/>
        <w:gridCol w:w="1593"/>
        <w:gridCol w:w="1040"/>
        <w:gridCol w:w="1307"/>
        <w:gridCol w:w="1435"/>
        <w:gridCol w:w="1393"/>
      </w:tblGrid>
      <w:tr w:rsidR="008B3784" w:rsidRPr="00D97086" w14:paraId="1F60E115" w14:textId="77777777" w:rsidTr="00FC26B4">
        <w:tc>
          <w:tcPr>
            <w:tcW w:w="1862" w:type="dxa"/>
            <w:shd w:val="clear" w:color="auto" w:fill="EAF1DD" w:themeFill="accent3" w:themeFillTint="33"/>
          </w:tcPr>
          <w:p w14:paraId="5410022E" w14:textId="77777777" w:rsidR="008B3784" w:rsidRPr="00D97086" w:rsidRDefault="008B3784" w:rsidP="00FC26B4">
            <w:pPr>
              <w:jc w:val="center"/>
              <w:rPr>
                <w:rFonts w:ascii="Times New Roman" w:hAnsi="Times New Roman" w:cs="Times New Roman"/>
                <w:b/>
                <w:sz w:val="28"/>
                <w:szCs w:val="28"/>
              </w:rPr>
            </w:pPr>
            <w:proofErr w:type="spellStart"/>
            <w:r w:rsidRPr="00D97086">
              <w:rPr>
                <w:rFonts w:ascii="Times New Roman" w:hAnsi="Times New Roman" w:cs="Times New Roman"/>
                <w:b/>
                <w:sz w:val="28"/>
                <w:szCs w:val="28"/>
              </w:rPr>
              <w:t>Njësia</w:t>
            </w:r>
            <w:proofErr w:type="spellEnd"/>
            <w:r w:rsidRPr="00D97086">
              <w:rPr>
                <w:rFonts w:ascii="Times New Roman" w:hAnsi="Times New Roman" w:cs="Times New Roman"/>
                <w:b/>
                <w:sz w:val="28"/>
                <w:szCs w:val="28"/>
              </w:rPr>
              <w:t xml:space="preserve"> Administrative</w:t>
            </w:r>
          </w:p>
        </w:tc>
        <w:tc>
          <w:tcPr>
            <w:tcW w:w="1593" w:type="dxa"/>
            <w:shd w:val="clear" w:color="auto" w:fill="EAF1DD" w:themeFill="accent3" w:themeFillTint="33"/>
          </w:tcPr>
          <w:p w14:paraId="05307CD3" w14:textId="77777777" w:rsidR="008B3784" w:rsidRPr="00D97086" w:rsidRDefault="008B3784" w:rsidP="00FC26B4">
            <w:pPr>
              <w:jc w:val="center"/>
              <w:rPr>
                <w:rFonts w:ascii="Times New Roman" w:hAnsi="Times New Roman" w:cs="Times New Roman"/>
                <w:b/>
                <w:sz w:val="28"/>
                <w:szCs w:val="28"/>
              </w:rPr>
            </w:pPr>
            <w:proofErr w:type="spellStart"/>
            <w:r w:rsidRPr="00D97086">
              <w:rPr>
                <w:rFonts w:ascii="Times New Roman" w:hAnsi="Times New Roman" w:cs="Times New Roman"/>
                <w:b/>
                <w:sz w:val="28"/>
                <w:szCs w:val="28"/>
              </w:rPr>
              <w:t>Subvencione</w:t>
            </w:r>
            <w:proofErr w:type="spellEnd"/>
            <w:r w:rsidRPr="00D97086">
              <w:rPr>
                <w:rFonts w:ascii="Times New Roman" w:hAnsi="Times New Roman" w:cs="Times New Roman"/>
                <w:b/>
                <w:sz w:val="28"/>
                <w:szCs w:val="28"/>
              </w:rPr>
              <w:t xml:space="preserve"> </w:t>
            </w:r>
            <w:proofErr w:type="spellStart"/>
            <w:r w:rsidRPr="00D97086">
              <w:rPr>
                <w:rFonts w:ascii="Times New Roman" w:hAnsi="Times New Roman" w:cs="Times New Roman"/>
                <w:b/>
                <w:sz w:val="28"/>
                <w:szCs w:val="28"/>
              </w:rPr>
              <w:t>qiraje</w:t>
            </w:r>
            <w:proofErr w:type="spellEnd"/>
          </w:p>
        </w:tc>
        <w:tc>
          <w:tcPr>
            <w:tcW w:w="1040" w:type="dxa"/>
            <w:shd w:val="clear" w:color="auto" w:fill="EAF1DD" w:themeFill="accent3" w:themeFillTint="33"/>
          </w:tcPr>
          <w:p w14:paraId="30316386" w14:textId="77777777" w:rsidR="008B3784" w:rsidRPr="00D97086" w:rsidRDefault="008B3784" w:rsidP="00FC26B4">
            <w:pPr>
              <w:jc w:val="center"/>
              <w:rPr>
                <w:rFonts w:ascii="Times New Roman" w:hAnsi="Times New Roman" w:cs="Times New Roman"/>
                <w:b/>
                <w:sz w:val="28"/>
                <w:szCs w:val="28"/>
              </w:rPr>
            </w:pPr>
            <w:proofErr w:type="spellStart"/>
            <w:r w:rsidRPr="00D97086">
              <w:rPr>
                <w:rFonts w:ascii="Times New Roman" w:hAnsi="Times New Roman" w:cs="Times New Roman"/>
                <w:b/>
                <w:sz w:val="28"/>
                <w:szCs w:val="28"/>
              </w:rPr>
              <w:t>Kredi</w:t>
            </w:r>
            <w:proofErr w:type="spellEnd"/>
            <w:r w:rsidRPr="00D97086">
              <w:rPr>
                <w:rFonts w:ascii="Times New Roman" w:hAnsi="Times New Roman" w:cs="Times New Roman"/>
                <w:b/>
                <w:sz w:val="28"/>
                <w:szCs w:val="28"/>
              </w:rPr>
              <w:t xml:space="preserve"> të </w:t>
            </w:r>
            <w:proofErr w:type="spellStart"/>
            <w:r w:rsidRPr="00D97086">
              <w:rPr>
                <w:rFonts w:ascii="Times New Roman" w:hAnsi="Times New Roman" w:cs="Times New Roman"/>
                <w:b/>
                <w:sz w:val="28"/>
                <w:szCs w:val="28"/>
              </w:rPr>
              <w:t>buta</w:t>
            </w:r>
            <w:proofErr w:type="spellEnd"/>
          </w:p>
        </w:tc>
        <w:tc>
          <w:tcPr>
            <w:tcW w:w="1307" w:type="dxa"/>
            <w:shd w:val="clear" w:color="auto" w:fill="EAF1DD" w:themeFill="accent3" w:themeFillTint="33"/>
          </w:tcPr>
          <w:p w14:paraId="71C3E059" w14:textId="77777777" w:rsidR="008B3784" w:rsidRPr="00D97086" w:rsidRDefault="008B3784" w:rsidP="00FC26B4">
            <w:pPr>
              <w:jc w:val="center"/>
              <w:rPr>
                <w:rFonts w:ascii="Times New Roman" w:hAnsi="Times New Roman" w:cs="Times New Roman"/>
                <w:b/>
                <w:sz w:val="28"/>
                <w:szCs w:val="28"/>
              </w:rPr>
            </w:pPr>
            <w:proofErr w:type="spellStart"/>
            <w:r w:rsidRPr="00D97086">
              <w:rPr>
                <w:rFonts w:ascii="Times New Roman" w:hAnsi="Times New Roman" w:cs="Times New Roman"/>
                <w:b/>
                <w:sz w:val="28"/>
                <w:szCs w:val="28"/>
              </w:rPr>
              <w:t>Përmirësim</w:t>
            </w:r>
            <w:proofErr w:type="spellEnd"/>
            <w:r w:rsidRPr="00D97086">
              <w:rPr>
                <w:rFonts w:ascii="Times New Roman" w:hAnsi="Times New Roman" w:cs="Times New Roman"/>
                <w:b/>
                <w:sz w:val="28"/>
                <w:szCs w:val="28"/>
              </w:rPr>
              <w:t xml:space="preserve"> </w:t>
            </w:r>
            <w:proofErr w:type="spellStart"/>
            <w:r w:rsidRPr="00D97086">
              <w:rPr>
                <w:rFonts w:ascii="Times New Roman" w:hAnsi="Times New Roman" w:cs="Times New Roman"/>
                <w:b/>
                <w:sz w:val="28"/>
                <w:szCs w:val="28"/>
              </w:rPr>
              <w:t>kushteve</w:t>
            </w:r>
            <w:proofErr w:type="spellEnd"/>
          </w:p>
        </w:tc>
        <w:tc>
          <w:tcPr>
            <w:tcW w:w="1435" w:type="dxa"/>
            <w:shd w:val="clear" w:color="auto" w:fill="EAF1DD" w:themeFill="accent3" w:themeFillTint="33"/>
          </w:tcPr>
          <w:p w14:paraId="028299EA" w14:textId="77777777" w:rsidR="008B3784" w:rsidRPr="00D97086" w:rsidRDefault="008B3784" w:rsidP="00FC26B4">
            <w:pPr>
              <w:jc w:val="center"/>
              <w:rPr>
                <w:rFonts w:ascii="Times New Roman" w:hAnsi="Times New Roman" w:cs="Times New Roman"/>
                <w:b/>
                <w:sz w:val="28"/>
                <w:szCs w:val="28"/>
              </w:rPr>
            </w:pPr>
            <w:r w:rsidRPr="00D97086">
              <w:rPr>
                <w:rFonts w:ascii="Times New Roman" w:hAnsi="Times New Roman" w:cs="Times New Roman"/>
                <w:b/>
                <w:sz w:val="28"/>
                <w:szCs w:val="28"/>
              </w:rPr>
              <w:t xml:space="preserve">Raste </w:t>
            </w:r>
            <w:proofErr w:type="spellStart"/>
            <w:r w:rsidRPr="00D97086">
              <w:rPr>
                <w:rFonts w:ascii="Times New Roman" w:hAnsi="Times New Roman" w:cs="Times New Roman"/>
                <w:b/>
                <w:sz w:val="28"/>
                <w:szCs w:val="28"/>
              </w:rPr>
              <w:t>emergjente</w:t>
            </w:r>
            <w:proofErr w:type="spellEnd"/>
          </w:p>
        </w:tc>
        <w:tc>
          <w:tcPr>
            <w:tcW w:w="1393" w:type="dxa"/>
            <w:shd w:val="clear" w:color="auto" w:fill="EAF1DD" w:themeFill="accent3" w:themeFillTint="33"/>
          </w:tcPr>
          <w:p w14:paraId="675768EB" w14:textId="77777777" w:rsidR="008B3784" w:rsidRPr="00D97086" w:rsidRDefault="008B3784" w:rsidP="00FC26B4">
            <w:pPr>
              <w:jc w:val="center"/>
              <w:rPr>
                <w:rFonts w:ascii="Times New Roman" w:hAnsi="Times New Roman" w:cs="Times New Roman"/>
                <w:b/>
                <w:sz w:val="28"/>
                <w:szCs w:val="28"/>
              </w:rPr>
            </w:pPr>
            <w:r w:rsidRPr="00D97086">
              <w:rPr>
                <w:rFonts w:ascii="Times New Roman" w:hAnsi="Times New Roman" w:cs="Times New Roman"/>
                <w:b/>
                <w:sz w:val="28"/>
                <w:szCs w:val="28"/>
              </w:rPr>
              <w:t xml:space="preserve">Raste </w:t>
            </w:r>
            <w:proofErr w:type="spellStart"/>
            <w:r w:rsidRPr="00D97086">
              <w:rPr>
                <w:rFonts w:ascii="Times New Roman" w:hAnsi="Times New Roman" w:cs="Times New Roman"/>
                <w:b/>
                <w:sz w:val="28"/>
                <w:szCs w:val="28"/>
              </w:rPr>
              <w:t>afatmesme</w:t>
            </w:r>
            <w:proofErr w:type="spellEnd"/>
          </w:p>
        </w:tc>
      </w:tr>
      <w:tr w:rsidR="008B3784" w:rsidRPr="00D97086" w14:paraId="743A052D" w14:textId="77777777" w:rsidTr="00FC26B4">
        <w:tc>
          <w:tcPr>
            <w:tcW w:w="1862" w:type="dxa"/>
          </w:tcPr>
          <w:p w14:paraId="62A7A7B6"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Prrenjas</w:t>
            </w:r>
            <w:proofErr w:type="spellEnd"/>
          </w:p>
        </w:tc>
        <w:tc>
          <w:tcPr>
            <w:tcW w:w="1593" w:type="dxa"/>
          </w:tcPr>
          <w:p w14:paraId="54D9DD17" w14:textId="77777777" w:rsidR="008B3784" w:rsidRPr="00D97086" w:rsidRDefault="00B7300A" w:rsidP="00B06CA4">
            <w:pPr>
              <w:jc w:val="both"/>
              <w:rPr>
                <w:rFonts w:ascii="Times New Roman" w:hAnsi="Times New Roman" w:cs="Times New Roman"/>
                <w:sz w:val="24"/>
                <w:szCs w:val="24"/>
              </w:rPr>
            </w:pPr>
            <w:r w:rsidRPr="00D97086">
              <w:rPr>
                <w:rFonts w:ascii="Times New Roman" w:hAnsi="Times New Roman" w:cs="Times New Roman"/>
                <w:sz w:val="24"/>
                <w:szCs w:val="24"/>
              </w:rPr>
              <w:t>43</w:t>
            </w:r>
          </w:p>
        </w:tc>
        <w:tc>
          <w:tcPr>
            <w:tcW w:w="1040" w:type="dxa"/>
          </w:tcPr>
          <w:p w14:paraId="45038B61"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10</w:t>
            </w:r>
          </w:p>
        </w:tc>
        <w:tc>
          <w:tcPr>
            <w:tcW w:w="1307" w:type="dxa"/>
          </w:tcPr>
          <w:p w14:paraId="3406E1C7"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20</w:t>
            </w:r>
          </w:p>
        </w:tc>
        <w:tc>
          <w:tcPr>
            <w:tcW w:w="1435" w:type="dxa"/>
          </w:tcPr>
          <w:p w14:paraId="07106B75"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1</w:t>
            </w:r>
          </w:p>
        </w:tc>
        <w:tc>
          <w:tcPr>
            <w:tcW w:w="1393" w:type="dxa"/>
          </w:tcPr>
          <w:p w14:paraId="1BF72B04"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8</w:t>
            </w:r>
          </w:p>
        </w:tc>
      </w:tr>
      <w:tr w:rsidR="008B3784" w:rsidRPr="00D97086" w14:paraId="7628B74A" w14:textId="77777777" w:rsidTr="00FC26B4">
        <w:tc>
          <w:tcPr>
            <w:tcW w:w="1862" w:type="dxa"/>
          </w:tcPr>
          <w:p w14:paraId="70E58F8C"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Qukës</w:t>
            </w:r>
            <w:proofErr w:type="spellEnd"/>
          </w:p>
        </w:tc>
        <w:tc>
          <w:tcPr>
            <w:tcW w:w="1593" w:type="dxa"/>
          </w:tcPr>
          <w:p w14:paraId="31C0E5F8"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47</w:t>
            </w:r>
          </w:p>
        </w:tc>
        <w:tc>
          <w:tcPr>
            <w:tcW w:w="1040" w:type="dxa"/>
          </w:tcPr>
          <w:p w14:paraId="50433B87"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1</w:t>
            </w:r>
          </w:p>
        </w:tc>
        <w:tc>
          <w:tcPr>
            <w:tcW w:w="1307" w:type="dxa"/>
          </w:tcPr>
          <w:p w14:paraId="3E4F7B1E"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24</w:t>
            </w:r>
          </w:p>
        </w:tc>
        <w:tc>
          <w:tcPr>
            <w:tcW w:w="1435" w:type="dxa"/>
          </w:tcPr>
          <w:p w14:paraId="0A32F5E8"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1</w:t>
            </w:r>
          </w:p>
        </w:tc>
        <w:tc>
          <w:tcPr>
            <w:tcW w:w="1393" w:type="dxa"/>
          </w:tcPr>
          <w:p w14:paraId="60108E1C"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2</w:t>
            </w:r>
          </w:p>
        </w:tc>
      </w:tr>
      <w:tr w:rsidR="008B3784" w:rsidRPr="00D97086" w14:paraId="67F4C0A0" w14:textId="77777777" w:rsidTr="00FC26B4">
        <w:tc>
          <w:tcPr>
            <w:tcW w:w="1862" w:type="dxa"/>
          </w:tcPr>
          <w:p w14:paraId="130C7A09"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Rrajcë</w:t>
            </w:r>
            <w:proofErr w:type="spellEnd"/>
          </w:p>
        </w:tc>
        <w:tc>
          <w:tcPr>
            <w:tcW w:w="1593" w:type="dxa"/>
          </w:tcPr>
          <w:p w14:paraId="60B27153"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47</w:t>
            </w:r>
          </w:p>
        </w:tc>
        <w:tc>
          <w:tcPr>
            <w:tcW w:w="1040" w:type="dxa"/>
          </w:tcPr>
          <w:p w14:paraId="38B276FD" w14:textId="77777777" w:rsidR="008B3784" w:rsidRPr="00D97086" w:rsidRDefault="00B7300A" w:rsidP="00B06CA4">
            <w:pPr>
              <w:jc w:val="both"/>
              <w:rPr>
                <w:rFonts w:ascii="Times New Roman" w:hAnsi="Times New Roman" w:cs="Times New Roman"/>
                <w:sz w:val="24"/>
                <w:szCs w:val="24"/>
              </w:rPr>
            </w:pPr>
            <w:r w:rsidRPr="00D97086">
              <w:rPr>
                <w:rFonts w:ascii="Times New Roman" w:hAnsi="Times New Roman" w:cs="Times New Roman"/>
                <w:sz w:val="24"/>
                <w:szCs w:val="24"/>
              </w:rPr>
              <w:t>0</w:t>
            </w:r>
          </w:p>
        </w:tc>
        <w:tc>
          <w:tcPr>
            <w:tcW w:w="1307" w:type="dxa"/>
          </w:tcPr>
          <w:p w14:paraId="318B88B9" w14:textId="77777777" w:rsidR="008B3784" w:rsidRPr="00D97086" w:rsidRDefault="00B7300A" w:rsidP="00B06CA4">
            <w:pPr>
              <w:jc w:val="both"/>
              <w:rPr>
                <w:rFonts w:ascii="Times New Roman" w:hAnsi="Times New Roman" w:cs="Times New Roman"/>
                <w:sz w:val="24"/>
                <w:szCs w:val="24"/>
              </w:rPr>
            </w:pPr>
            <w:r w:rsidRPr="00D97086">
              <w:rPr>
                <w:rFonts w:ascii="Times New Roman" w:hAnsi="Times New Roman" w:cs="Times New Roman"/>
                <w:sz w:val="24"/>
                <w:szCs w:val="24"/>
              </w:rPr>
              <w:t>17</w:t>
            </w:r>
          </w:p>
        </w:tc>
        <w:tc>
          <w:tcPr>
            <w:tcW w:w="1435" w:type="dxa"/>
          </w:tcPr>
          <w:p w14:paraId="5108FF9E"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1</w:t>
            </w:r>
          </w:p>
        </w:tc>
        <w:tc>
          <w:tcPr>
            <w:tcW w:w="1393" w:type="dxa"/>
          </w:tcPr>
          <w:p w14:paraId="61432524"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2</w:t>
            </w:r>
          </w:p>
        </w:tc>
      </w:tr>
      <w:tr w:rsidR="008B3784" w:rsidRPr="00D97086" w14:paraId="46890BCE" w14:textId="77777777" w:rsidTr="00FC26B4">
        <w:tc>
          <w:tcPr>
            <w:tcW w:w="1862" w:type="dxa"/>
          </w:tcPr>
          <w:p w14:paraId="338E9F34"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Stravaj</w:t>
            </w:r>
            <w:proofErr w:type="spellEnd"/>
          </w:p>
        </w:tc>
        <w:tc>
          <w:tcPr>
            <w:tcW w:w="1593" w:type="dxa"/>
          </w:tcPr>
          <w:p w14:paraId="017E6902"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20</w:t>
            </w:r>
          </w:p>
        </w:tc>
        <w:tc>
          <w:tcPr>
            <w:tcW w:w="1040" w:type="dxa"/>
          </w:tcPr>
          <w:p w14:paraId="698F2068" w14:textId="77777777" w:rsidR="008B3784" w:rsidRPr="00D97086" w:rsidRDefault="00B7300A" w:rsidP="00B06CA4">
            <w:pPr>
              <w:jc w:val="both"/>
              <w:rPr>
                <w:rFonts w:ascii="Times New Roman" w:hAnsi="Times New Roman" w:cs="Times New Roman"/>
                <w:sz w:val="24"/>
                <w:szCs w:val="24"/>
              </w:rPr>
            </w:pPr>
            <w:r w:rsidRPr="00D97086">
              <w:rPr>
                <w:rFonts w:ascii="Times New Roman" w:hAnsi="Times New Roman" w:cs="Times New Roman"/>
                <w:sz w:val="24"/>
                <w:szCs w:val="24"/>
              </w:rPr>
              <w:t>0</w:t>
            </w:r>
          </w:p>
        </w:tc>
        <w:tc>
          <w:tcPr>
            <w:tcW w:w="1307" w:type="dxa"/>
          </w:tcPr>
          <w:p w14:paraId="32DB15D7"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12</w:t>
            </w:r>
          </w:p>
        </w:tc>
        <w:tc>
          <w:tcPr>
            <w:tcW w:w="1435" w:type="dxa"/>
          </w:tcPr>
          <w:p w14:paraId="19E1B92B"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0</w:t>
            </w:r>
          </w:p>
        </w:tc>
        <w:tc>
          <w:tcPr>
            <w:tcW w:w="1393" w:type="dxa"/>
          </w:tcPr>
          <w:p w14:paraId="038954DB"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0</w:t>
            </w:r>
          </w:p>
        </w:tc>
      </w:tr>
      <w:tr w:rsidR="008B3784" w:rsidRPr="00D97086" w14:paraId="3BBBB04D" w14:textId="77777777" w:rsidTr="00FC26B4">
        <w:tc>
          <w:tcPr>
            <w:tcW w:w="1862" w:type="dxa"/>
          </w:tcPr>
          <w:p w14:paraId="1296CB29"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Total</w:t>
            </w:r>
          </w:p>
        </w:tc>
        <w:tc>
          <w:tcPr>
            <w:tcW w:w="1593" w:type="dxa"/>
          </w:tcPr>
          <w:p w14:paraId="3DFC97E5" w14:textId="77777777" w:rsidR="008B3784" w:rsidRPr="00D97086" w:rsidRDefault="00B7300A" w:rsidP="00B06CA4">
            <w:pPr>
              <w:jc w:val="both"/>
              <w:rPr>
                <w:rFonts w:ascii="Times New Roman" w:hAnsi="Times New Roman" w:cs="Times New Roman"/>
                <w:sz w:val="24"/>
                <w:szCs w:val="24"/>
              </w:rPr>
            </w:pPr>
            <w:r w:rsidRPr="00D97086">
              <w:rPr>
                <w:rFonts w:ascii="Times New Roman" w:hAnsi="Times New Roman" w:cs="Times New Roman"/>
                <w:sz w:val="24"/>
                <w:szCs w:val="24"/>
              </w:rPr>
              <w:t>157</w:t>
            </w:r>
          </w:p>
        </w:tc>
        <w:tc>
          <w:tcPr>
            <w:tcW w:w="1040" w:type="dxa"/>
          </w:tcPr>
          <w:p w14:paraId="1E5C0848" w14:textId="77777777" w:rsidR="008B3784" w:rsidRPr="00D97086" w:rsidRDefault="00B7300A" w:rsidP="00B06CA4">
            <w:pPr>
              <w:jc w:val="both"/>
              <w:rPr>
                <w:rFonts w:ascii="Times New Roman" w:hAnsi="Times New Roman" w:cs="Times New Roman"/>
                <w:sz w:val="24"/>
                <w:szCs w:val="24"/>
              </w:rPr>
            </w:pPr>
            <w:r w:rsidRPr="00D97086">
              <w:rPr>
                <w:rFonts w:ascii="Times New Roman" w:hAnsi="Times New Roman" w:cs="Times New Roman"/>
                <w:sz w:val="24"/>
                <w:szCs w:val="24"/>
              </w:rPr>
              <w:t>11</w:t>
            </w:r>
          </w:p>
        </w:tc>
        <w:tc>
          <w:tcPr>
            <w:tcW w:w="1307" w:type="dxa"/>
          </w:tcPr>
          <w:p w14:paraId="4BB66EB3" w14:textId="77777777" w:rsidR="008B3784" w:rsidRPr="00D97086" w:rsidRDefault="00B7300A" w:rsidP="00B06CA4">
            <w:pPr>
              <w:jc w:val="both"/>
              <w:rPr>
                <w:rFonts w:ascii="Times New Roman" w:hAnsi="Times New Roman" w:cs="Times New Roman"/>
                <w:sz w:val="24"/>
                <w:szCs w:val="24"/>
              </w:rPr>
            </w:pPr>
            <w:r w:rsidRPr="00D97086">
              <w:rPr>
                <w:rFonts w:ascii="Times New Roman" w:hAnsi="Times New Roman" w:cs="Times New Roman"/>
                <w:sz w:val="24"/>
                <w:szCs w:val="24"/>
              </w:rPr>
              <w:t>73</w:t>
            </w:r>
          </w:p>
        </w:tc>
        <w:tc>
          <w:tcPr>
            <w:tcW w:w="1435" w:type="dxa"/>
          </w:tcPr>
          <w:p w14:paraId="30C199E0"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3</w:t>
            </w:r>
          </w:p>
        </w:tc>
        <w:tc>
          <w:tcPr>
            <w:tcW w:w="1393" w:type="dxa"/>
          </w:tcPr>
          <w:p w14:paraId="0E38FFD8"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12</w:t>
            </w:r>
          </w:p>
        </w:tc>
      </w:tr>
    </w:tbl>
    <w:p w14:paraId="2A67419B" w14:textId="77777777" w:rsidR="008B3784" w:rsidRPr="00D97086" w:rsidRDefault="00D1048F"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Burimi</w:t>
      </w:r>
      <w:proofErr w:type="spellEnd"/>
      <w:r w:rsidRPr="00D97086">
        <w:rPr>
          <w:rFonts w:ascii="Times New Roman" w:hAnsi="Times New Roman" w:cs="Times New Roman"/>
          <w:sz w:val="24"/>
          <w:szCs w:val="24"/>
        </w:rPr>
        <w:t xml:space="preserve">: Bashkia </w:t>
      </w:r>
      <w:proofErr w:type="spellStart"/>
      <w:r w:rsidRPr="00D97086">
        <w:rPr>
          <w:rFonts w:ascii="Times New Roman" w:hAnsi="Times New Roman" w:cs="Times New Roman"/>
          <w:sz w:val="24"/>
          <w:szCs w:val="24"/>
        </w:rPr>
        <w:t>Prrenjas</w:t>
      </w:r>
      <w:proofErr w:type="spellEnd"/>
    </w:p>
    <w:p w14:paraId="564CA3A9" w14:textId="77777777" w:rsidR="006A478A" w:rsidRPr="005B1542" w:rsidRDefault="008B3784" w:rsidP="00B06CA4">
      <w:pPr>
        <w:jc w:val="both"/>
        <w:rPr>
          <w:rFonts w:ascii="Times New Roman" w:hAnsi="Times New Roman" w:cs="Times New Roman"/>
          <w:sz w:val="24"/>
          <w:szCs w:val="24"/>
          <w:lang w:val="it-IT"/>
        </w:rPr>
      </w:pPr>
      <w:proofErr w:type="spellStart"/>
      <w:r w:rsidRPr="00D97086">
        <w:rPr>
          <w:rFonts w:ascii="Times New Roman" w:hAnsi="Times New Roman" w:cs="Times New Roman"/>
          <w:sz w:val="24"/>
          <w:szCs w:val="24"/>
        </w:rPr>
        <w:t>Shërbimet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ekzistuese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Bashkinë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janë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përqendruara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kryesisht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subvencionet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qirasë</w:t>
      </w:r>
      <w:proofErr w:type="spellEnd"/>
      <w:r w:rsidR="004472EE" w:rsidRPr="00D97086">
        <w:rPr>
          <w:rFonts w:ascii="Times New Roman" w:hAnsi="Times New Roman" w:cs="Times New Roman"/>
          <w:sz w:val="24"/>
          <w:szCs w:val="24"/>
        </w:rPr>
        <w:t xml:space="preserve"> </w:t>
      </w:r>
      <w:proofErr w:type="gramStart"/>
      <w:r w:rsidR="004472EE" w:rsidRPr="00D97086">
        <w:rPr>
          <w:rFonts w:ascii="Times New Roman" w:hAnsi="Times New Roman" w:cs="Times New Roman"/>
          <w:sz w:val="24"/>
          <w:szCs w:val="24"/>
        </w:rPr>
        <w:t>( shih</w:t>
      </w:r>
      <w:proofErr w:type="gramEnd"/>
      <w:r w:rsidR="004472EE" w:rsidRPr="00D97086">
        <w:rPr>
          <w:rFonts w:ascii="Times New Roman" w:hAnsi="Times New Roman" w:cs="Times New Roman"/>
          <w:sz w:val="24"/>
          <w:szCs w:val="24"/>
        </w:rPr>
        <w:t xml:space="preserve"> </w:t>
      </w:r>
      <w:proofErr w:type="spellStart"/>
      <w:r w:rsidR="004472EE" w:rsidRPr="00D97086">
        <w:rPr>
          <w:rFonts w:ascii="Times New Roman" w:hAnsi="Times New Roman" w:cs="Times New Roman"/>
          <w:sz w:val="24"/>
          <w:szCs w:val="24"/>
        </w:rPr>
        <w:t>figurën</w:t>
      </w:r>
      <w:proofErr w:type="spellEnd"/>
      <w:r w:rsidR="004472EE" w:rsidRPr="00D97086">
        <w:rPr>
          <w:rFonts w:ascii="Times New Roman" w:hAnsi="Times New Roman" w:cs="Times New Roman"/>
          <w:sz w:val="24"/>
          <w:szCs w:val="24"/>
        </w:rPr>
        <w:t xml:space="preserve"> 11 </w:t>
      </w:r>
      <w:proofErr w:type="spellStart"/>
      <w:r w:rsidR="004472EE" w:rsidRPr="00D97086">
        <w:rPr>
          <w:rFonts w:ascii="Times New Roman" w:hAnsi="Times New Roman" w:cs="Times New Roman"/>
          <w:sz w:val="24"/>
          <w:szCs w:val="24"/>
        </w:rPr>
        <w:t>më</w:t>
      </w:r>
      <w:proofErr w:type="spellEnd"/>
      <w:r w:rsidR="004472EE" w:rsidRPr="00D97086">
        <w:rPr>
          <w:rFonts w:ascii="Times New Roman" w:hAnsi="Times New Roman" w:cs="Times New Roman"/>
          <w:sz w:val="24"/>
          <w:szCs w:val="24"/>
        </w:rPr>
        <w:t xml:space="preserve"> </w:t>
      </w:r>
      <w:proofErr w:type="spellStart"/>
      <w:r w:rsidR="004472EE" w:rsidRPr="00D97086">
        <w:rPr>
          <w:rFonts w:ascii="Times New Roman" w:hAnsi="Times New Roman" w:cs="Times New Roman"/>
          <w:sz w:val="24"/>
          <w:szCs w:val="24"/>
        </w:rPr>
        <w:t>poshtë</w:t>
      </w:r>
      <w:proofErr w:type="spellEnd"/>
      <w:r w:rsidR="004472EE" w:rsidRPr="00D97086">
        <w:rPr>
          <w:rFonts w:ascii="Times New Roman" w:hAnsi="Times New Roman" w:cs="Times New Roman"/>
          <w:sz w:val="24"/>
          <w:szCs w:val="24"/>
        </w:rPr>
        <w:t>)</w:t>
      </w:r>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mbeten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instrumenti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aksesueshëm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ndikimin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madh</w:t>
      </w:r>
      <w:proofErr w:type="spellEnd"/>
      <w:r w:rsidRPr="00D97086">
        <w:rPr>
          <w:rFonts w:ascii="Times New Roman" w:hAnsi="Times New Roman" w:cs="Times New Roman"/>
          <w:sz w:val="24"/>
          <w:szCs w:val="24"/>
        </w:rPr>
        <w:t xml:space="preserve">. </w:t>
      </w:r>
      <w:r w:rsidRPr="005B1542">
        <w:rPr>
          <w:rFonts w:ascii="Times New Roman" w:hAnsi="Times New Roman" w:cs="Times New Roman"/>
          <w:sz w:val="24"/>
          <w:szCs w:val="24"/>
          <w:lang w:val="it-IT"/>
        </w:rPr>
        <w:t>Kreditë e buta dhe subvencionet e interesave kanë mbulim minimal</w:t>
      </w:r>
      <w:r w:rsidR="00792997" w:rsidRPr="005B1542">
        <w:rPr>
          <w:rFonts w:ascii="Times New Roman" w:hAnsi="Times New Roman" w:cs="Times New Roman"/>
          <w:sz w:val="24"/>
          <w:szCs w:val="24"/>
          <w:lang w:val="it-IT"/>
        </w:rPr>
        <w:t>.</w:t>
      </w:r>
    </w:p>
    <w:p w14:paraId="552F67C1" w14:textId="77777777" w:rsidR="001216CE" w:rsidRPr="00D97086" w:rsidRDefault="001216CE"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Figura</w:t>
      </w:r>
      <w:proofErr w:type="spellEnd"/>
      <w:r w:rsidR="004472EE" w:rsidRPr="00D97086">
        <w:rPr>
          <w:rFonts w:ascii="Times New Roman" w:hAnsi="Times New Roman" w:cs="Times New Roman"/>
          <w:sz w:val="24"/>
          <w:szCs w:val="24"/>
        </w:rPr>
        <w:t xml:space="preserve"> 11: </w:t>
      </w:r>
      <w:proofErr w:type="spellStart"/>
      <w:r w:rsidR="004472EE" w:rsidRPr="00D97086">
        <w:rPr>
          <w:rFonts w:ascii="Times New Roman" w:hAnsi="Times New Roman" w:cs="Times New Roman"/>
          <w:sz w:val="24"/>
          <w:szCs w:val="24"/>
        </w:rPr>
        <w:t>Familje</w:t>
      </w:r>
      <w:proofErr w:type="spellEnd"/>
      <w:r w:rsidR="004472EE" w:rsidRPr="00D97086">
        <w:rPr>
          <w:rFonts w:ascii="Times New Roman" w:hAnsi="Times New Roman" w:cs="Times New Roman"/>
          <w:sz w:val="24"/>
          <w:szCs w:val="24"/>
        </w:rPr>
        <w:t xml:space="preserve"> </w:t>
      </w:r>
      <w:proofErr w:type="spellStart"/>
      <w:r w:rsidR="004472EE" w:rsidRPr="00D97086">
        <w:rPr>
          <w:rFonts w:ascii="Times New Roman" w:hAnsi="Times New Roman" w:cs="Times New Roman"/>
          <w:sz w:val="24"/>
          <w:szCs w:val="24"/>
        </w:rPr>
        <w:t>përfituese</w:t>
      </w:r>
      <w:proofErr w:type="spellEnd"/>
      <w:r w:rsidR="004472EE" w:rsidRPr="00D97086">
        <w:rPr>
          <w:rFonts w:ascii="Times New Roman" w:hAnsi="Times New Roman" w:cs="Times New Roman"/>
          <w:sz w:val="24"/>
          <w:szCs w:val="24"/>
        </w:rPr>
        <w:t xml:space="preserve"> në </w:t>
      </w:r>
      <w:proofErr w:type="spellStart"/>
      <w:r w:rsidR="004472EE" w:rsidRPr="00D97086">
        <w:rPr>
          <w:rFonts w:ascii="Times New Roman" w:hAnsi="Times New Roman" w:cs="Times New Roman"/>
          <w:sz w:val="24"/>
          <w:szCs w:val="24"/>
        </w:rPr>
        <w:t>vite</w:t>
      </w:r>
      <w:proofErr w:type="spellEnd"/>
      <w:r w:rsidR="004472EE" w:rsidRPr="00D97086">
        <w:rPr>
          <w:rFonts w:ascii="Times New Roman" w:hAnsi="Times New Roman" w:cs="Times New Roman"/>
          <w:sz w:val="24"/>
          <w:szCs w:val="24"/>
        </w:rPr>
        <w:t xml:space="preserve"> </w:t>
      </w:r>
      <w:proofErr w:type="spellStart"/>
      <w:r w:rsidR="004472EE" w:rsidRPr="00D97086">
        <w:rPr>
          <w:rFonts w:ascii="Times New Roman" w:hAnsi="Times New Roman" w:cs="Times New Roman"/>
          <w:sz w:val="24"/>
          <w:szCs w:val="24"/>
        </w:rPr>
        <w:t>sipas</w:t>
      </w:r>
      <w:proofErr w:type="spellEnd"/>
      <w:r w:rsidR="004472EE" w:rsidRPr="00D97086">
        <w:rPr>
          <w:rFonts w:ascii="Times New Roman" w:hAnsi="Times New Roman" w:cs="Times New Roman"/>
          <w:sz w:val="24"/>
          <w:szCs w:val="24"/>
        </w:rPr>
        <w:t xml:space="preserve"> </w:t>
      </w:r>
      <w:proofErr w:type="spellStart"/>
      <w:r w:rsidR="004472EE" w:rsidRPr="00D97086">
        <w:rPr>
          <w:rFonts w:ascii="Times New Roman" w:hAnsi="Times New Roman" w:cs="Times New Roman"/>
          <w:sz w:val="24"/>
          <w:szCs w:val="24"/>
        </w:rPr>
        <w:t>Programeve</w:t>
      </w:r>
      <w:proofErr w:type="spellEnd"/>
      <w:r w:rsidR="004472EE" w:rsidRPr="00D97086">
        <w:rPr>
          <w:rFonts w:ascii="Times New Roman" w:hAnsi="Times New Roman" w:cs="Times New Roman"/>
          <w:sz w:val="24"/>
          <w:szCs w:val="24"/>
        </w:rPr>
        <w:t xml:space="preserve"> të </w:t>
      </w:r>
      <w:proofErr w:type="spellStart"/>
      <w:r w:rsidR="004472EE" w:rsidRPr="00D97086">
        <w:rPr>
          <w:rFonts w:ascii="Times New Roman" w:hAnsi="Times New Roman" w:cs="Times New Roman"/>
          <w:sz w:val="24"/>
          <w:szCs w:val="24"/>
        </w:rPr>
        <w:t>Strehimi</w:t>
      </w:r>
      <w:proofErr w:type="spellEnd"/>
      <w:r w:rsidR="004472EE" w:rsidRPr="00D97086">
        <w:rPr>
          <w:rFonts w:ascii="Times New Roman" w:hAnsi="Times New Roman" w:cs="Times New Roman"/>
          <w:sz w:val="24"/>
          <w:szCs w:val="24"/>
        </w:rPr>
        <w:t xml:space="preserve"> </w:t>
      </w:r>
      <w:proofErr w:type="gramStart"/>
      <w:r w:rsidR="004472EE" w:rsidRPr="00D97086">
        <w:rPr>
          <w:rFonts w:ascii="Times New Roman" w:hAnsi="Times New Roman" w:cs="Times New Roman"/>
          <w:sz w:val="24"/>
          <w:szCs w:val="24"/>
        </w:rPr>
        <w:t>( 2022</w:t>
      </w:r>
      <w:proofErr w:type="gramEnd"/>
      <w:r w:rsidR="004472EE" w:rsidRPr="00D97086">
        <w:rPr>
          <w:rFonts w:ascii="Times New Roman" w:hAnsi="Times New Roman" w:cs="Times New Roman"/>
          <w:sz w:val="24"/>
          <w:szCs w:val="24"/>
        </w:rPr>
        <w:t>-2024)</w:t>
      </w:r>
    </w:p>
    <w:p w14:paraId="16AC3D65" w14:textId="77777777" w:rsidR="001216CE" w:rsidRPr="00D97086" w:rsidRDefault="001216CE" w:rsidP="00B06CA4">
      <w:pPr>
        <w:jc w:val="both"/>
        <w:rPr>
          <w:rFonts w:ascii="Times New Roman" w:hAnsi="Times New Roman" w:cs="Times New Roman"/>
          <w:sz w:val="24"/>
          <w:szCs w:val="24"/>
        </w:rPr>
      </w:pPr>
      <w:r w:rsidRPr="00D97086">
        <w:rPr>
          <w:rFonts w:ascii="Times New Roman" w:hAnsi="Times New Roman" w:cs="Times New Roman"/>
          <w:noProof/>
          <w:sz w:val="24"/>
          <w:szCs w:val="24"/>
        </w:rPr>
        <w:lastRenderedPageBreak/>
        <w:drawing>
          <wp:inline distT="0" distB="0" distL="0" distR="0" wp14:anchorId="2E326305" wp14:editId="3F1EDA39">
            <wp:extent cx="5534025" cy="2755900"/>
            <wp:effectExtent l="0" t="0" r="952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34025" cy="2755900"/>
                    </a:xfrm>
                    <a:prstGeom prst="rect">
                      <a:avLst/>
                    </a:prstGeom>
                    <a:noFill/>
                  </pic:spPr>
                </pic:pic>
              </a:graphicData>
            </a:graphic>
          </wp:inline>
        </w:drawing>
      </w:r>
    </w:p>
    <w:p w14:paraId="68BBFCD8"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Mungesa</w:t>
      </w:r>
      <w:proofErr w:type="spellEnd"/>
      <w:r w:rsidRPr="00D97086">
        <w:rPr>
          <w:rFonts w:ascii="Times New Roman" w:hAnsi="Times New Roman" w:cs="Times New Roman"/>
          <w:sz w:val="24"/>
          <w:szCs w:val="24"/>
        </w:rPr>
        <w:t xml:space="preserve"> e një </w:t>
      </w:r>
      <w:proofErr w:type="spellStart"/>
      <w:r w:rsidRPr="00D97086">
        <w:rPr>
          <w:rFonts w:ascii="Times New Roman" w:hAnsi="Times New Roman" w:cs="Times New Roman"/>
          <w:sz w:val="24"/>
          <w:szCs w:val="24"/>
        </w:rPr>
        <w:t>strukture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emergjent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thekson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domosdoshmërinë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forcuar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kapacitetet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institucionale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zhvilluar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politika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afatgjata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qëndrueshme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përputhje</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Ligjin</w:t>
      </w:r>
      <w:proofErr w:type="spellEnd"/>
      <w:r w:rsidRPr="00D97086">
        <w:rPr>
          <w:rFonts w:ascii="Times New Roman" w:hAnsi="Times New Roman" w:cs="Times New Roman"/>
          <w:sz w:val="24"/>
          <w:szCs w:val="24"/>
        </w:rPr>
        <w:t xml:space="preserve"> 22/2018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strategjitë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kombëtare</w:t>
      </w:r>
      <w:proofErr w:type="spellEnd"/>
      <w:r w:rsidRPr="00D97086">
        <w:rPr>
          <w:rFonts w:ascii="Times New Roman" w:hAnsi="Times New Roman" w:cs="Times New Roman"/>
          <w:sz w:val="24"/>
          <w:szCs w:val="24"/>
        </w:rPr>
        <w:t>.</w:t>
      </w:r>
    </w:p>
    <w:p w14:paraId="0EDFCA4E"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Kjo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tablo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tregon</w:t>
      </w:r>
      <w:proofErr w:type="spellEnd"/>
      <w:r w:rsidRPr="00D97086">
        <w:rPr>
          <w:rFonts w:ascii="Times New Roman" w:hAnsi="Times New Roman" w:cs="Times New Roman"/>
          <w:sz w:val="24"/>
          <w:szCs w:val="24"/>
        </w:rPr>
        <w:t xml:space="preserve"> se </w:t>
      </w:r>
      <w:proofErr w:type="spellStart"/>
      <w:r w:rsidRPr="00D97086">
        <w:rPr>
          <w:rFonts w:ascii="Times New Roman" w:hAnsi="Times New Roman" w:cs="Times New Roman"/>
          <w:sz w:val="24"/>
          <w:szCs w:val="24"/>
        </w:rPr>
        <w:t>ndërsa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janë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hedhur</w:t>
      </w:r>
      <w:proofErr w:type="spellEnd"/>
      <w:r w:rsidRPr="00D97086">
        <w:rPr>
          <w:rFonts w:ascii="Times New Roman" w:hAnsi="Times New Roman" w:cs="Times New Roman"/>
          <w:sz w:val="24"/>
          <w:szCs w:val="24"/>
        </w:rPr>
        <w:t xml:space="preserve"> hapa të </w:t>
      </w:r>
      <w:proofErr w:type="spellStart"/>
      <w:r w:rsidRPr="00D97086">
        <w:rPr>
          <w:rFonts w:ascii="Times New Roman" w:hAnsi="Times New Roman" w:cs="Times New Roman"/>
          <w:sz w:val="24"/>
          <w:szCs w:val="24"/>
        </w:rPr>
        <w:t>rëndësishëm</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mbështetjen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familjeve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nevojë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sfidat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mbetura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kërkojnë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politika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qëndrueshme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investime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reja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garantuar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drejtën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gjithë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qytetarët</w:t>
      </w:r>
      <w:proofErr w:type="spellEnd"/>
      <w:r w:rsidRPr="00D97086">
        <w:rPr>
          <w:rFonts w:ascii="Times New Roman" w:hAnsi="Times New Roman" w:cs="Times New Roman"/>
          <w:sz w:val="24"/>
          <w:szCs w:val="24"/>
        </w:rPr>
        <w:t>.</w:t>
      </w:r>
    </w:p>
    <w:p w14:paraId="3A60D207" w14:textId="77777777" w:rsidR="008B3784" w:rsidRPr="00D97086" w:rsidRDefault="008B3784" w:rsidP="00B06CA4">
      <w:pPr>
        <w:jc w:val="both"/>
        <w:rPr>
          <w:rFonts w:ascii="Times New Roman" w:hAnsi="Times New Roman" w:cs="Times New Roman"/>
          <w:sz w:val="24"/>
          <w:szCs w:val="24"/>
        </w:rPr>
      </w:pPr>
    </w:p>
    <w:p w14:paraId="2F661928" w14:textId="77777777" w:rsidR="008B3784" w:rsidRPr="005B1542" w:rsidRDefault="008D5DA0" w:rsidP="008D5DA0">
      <w:pPr>
        <w:pStyle w:val="Heading2"/>
        <w:rPr>
          <w:rFonts w:ascii="Times New Roman" w:hAnsi="Times New Roman" w:cs="Times New Roman"/>
          <w:lang w:val="it-IT"/>
        </w:rPr>
      </w:pPr>
      <w:bookmarkStart w:id="8" w:name="_Toc209703435"/>
      <w:r w:rsidRPr="005B1542">
        <w:rPr>
          <w:rFonts w:ascii="Times New Roman" w:hAnsi="Times New Roman" w:cs="Times New Roman"/>
          <w:lang w:val="it-IT"/>
        </w:rPr>
        <w:t xml:space="preserve">4.4 </w:t>
      </w:r>
      <w:r w:rsidR="008B3784" w:rsidRPr="005B1542">
        <w:rPr>
          <w:rFonts w:ascii="Times New Roman" w:hAnsi="Times New Roman" w:cs="Times New Roman"/>
          <w:lang w:val="it-IT"/>
        </w:rPr>
        <w:t>Nevojat për ndërhyrje prioritare</w:t>
      </w:r>
      <w:bookmarkEnd w:id="8"/>
    </w:p>
    <w:p w14:paraId="7ADFD95C" w14:textId="77777777" w:rsidR="008D5DA0" w:rsidRPr="005B1542" w:rsidRDefault="008D5DA0" w:rsidP="00B06CA4">
      <w:pPr>
        <w:jc w:val="both"/>
        <w:rPr>
          <w:rFonts w:ascii="Times New Roman" w:hAnsi="Times New Roman" w:cs="Times New Roman"/>
          <w:sz w:val="24"/>
          <w:szCs w:val="24"/>
          <w:lang w:val="it-IT"/>
        </w:rPr>
      </w:pPr>
    </w:p>
    <w:p w14:paraId="78A2A9B6" w14:textId="77777777" w:rsidR="008B3784" w:rsidRPr="005B1542" w:rsidRDefault="008B3784" w:rsidP="00B06CA4">
      <w:pPr>
        <w:jc w:val="both"/>
        <w:rPr>
          <w:rFonts w:ascii="Times New Roman" w:hAnsi="Times New Roman" w:cs="Times New Roman"/>
          <w:b/>
          <w:i/>
          <w:sz w:val="24"/>
          <w:szCs w:val="24"/>
          <w:lang w:val="it-IT"/>
        </w:rPr>
      </w:pPr>
      <w:r w:rsidRPr="005B1542">
        <w:rPr>
          <w:rFonts w:ascii="Times New Roman" w:hAnsi="Times New Roman" w:cs="Times New Roman"/>
          <w:b/>
          <w:i/>
          <w:sz w:val="24"/>
          <w:szCs w:val="24"/>
          <w:lang w:val="it-IT"/>
        </w:rPr>
        <w:t>1. Identifikimi i kategorive me prioritet të lartë</w:t>
      </w:r>
    </w:p>
    <w:p w14:paraId="13559EBC"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 xml:space="preserve">Analiza e </w:t>
      </w:r>
      <w:proofErr w:type="spellStart"/>
      <w:r w:rsidRPr="00D97086">
        <w:rPr>
          <w:rFonts w:ascii="Times New Roman" w:hAnsi="Times New Roman" w:cs="Times New Roman"/>
          <w:sz w:val="24"/>
          <w:szCs w:val="24"/>
        </w:rPr>
        <w:t>kryer</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kapitujt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mëparshëm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tregon</w:t>
      </w:r>
      <w:proofErr w:type="spellEnd"/>
      <w:r w:rsidRPr="00D97086">
        <w:rPr>
          <w:rFonts w:ascii="Times New Roman" w:hAnsi="Times New Roman" w:cs="Times New Roman"/>
          <w:sz w:val="24"/>
          <w:szCs w:val="24"/>
        </w:rPr>
        <w:t xml:space="preserve"> se </w:t>
      </w:r>
      <w:proofErr w:type="spellStart"/>
      <w:r w:rsidRPr="00D97086">
        <w:rPr>
          <w:rFonts w:ascii="Times New Roman" w:hAnsi="Times New Roman" w:cs="Times New Roman"/>
          <w:sz w:val="24"/>
          <w:szCs w:val="24"/>
        </w:rPr>
        <w:t>disa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grupe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vulnerabël</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përballen</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rreziqe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mëdha</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aspektin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kërkojnë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ndërhyrje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prioritare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këtë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listë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përfshihen</w:t>
      </w:r>
      <w:proofErr w:type="spellEnd"/>
      <w:r w:rsidRPr="00D97086">
        <w:rPr>
          <w:rFonts w:ascii="Times New Roman" w:hAnsi="Times New Roman" w:cs="Times New Roman"/>
          <w:sz w:val="24"/>
          <w:szCs w:val="24"/>
        </w:rPr>
        <w:t>:</w:t>
      </w:r>
      <w:r w:rsidRPr="00D97086">
        <w:rPr>
          <w:rFonts w:ascii="Times New Roman" w:hAnsi="Times New Roman" w:cs="Times New Roman"/>
          <w:sz w:val="24"/>
          <w:szCs w:val="24"/>
        </w:rPr>
        <w:br/>
      </w:r>
      <w:proofErr w:type="spellStart"/>
      <w:r w:rsidRPr="00D97086">
        <w:rPr>
          <w:rFonts w:ascii="Times New Roman" w:hAnsi="Times New Roman" w:cs="Times New Roman"/>
          <w:sz w:val="24"/>
          <w:szCs w:val="24"/>
        </w:rPr>
        <w:t>Familjet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Ndihmë</w:t>
      </w:r>
      <w:proofErr w:type="spellEnd"/>
      <w:r w:rsidRPr="00D97086">
        <w:rPr>
          <w:rFonts w:ascii="Times New Roman" w:hAnsi="Times New Roman" w:cs="Times New Roman"/>
          <w:sz w:val="24"/>
          <w:szCs w:val="24"/>
        </w:rPr>
        <w:t xml:space="preserve"> Ekonomike (NE): </w:t>
      </w:r>
      <w:proofErr w:type="spellStart"/>
      <w:r w:rsidRPr="00D97086">
        <w:rPr>
          <w:rFonts w:ascii="Times New Roman" w:hAnsi="Times New Roman" w:cs="Times New Roman"/>
          <w:sz w:val="24"/>
          <w:szCs w:val="24"/>
        </w:rPr>
        <w:t>përfaqësojnë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grupin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varfër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pambrojtur</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akses</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kufizuar</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tregun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qirasë</w:t>
      </w:r>
      <w:proofErr w:type="spellEnd"/>
      <w:r w:rsidRPr="00D97086">
        <w:rPr>
          <w:rFonts w:ascii="Times New Roman" w:hAnsi="Times New Roman" w:cs="Times New Roman"/>
          <w:sz w:val="24"/>
          <w:szCs w:val="24"/>
        </w:rPr>
        <w:t>.</w:t>
      </w:r>
    </w:p>
    <w:p w14:paraId="56B75043"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Personat</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aftësi</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kufizuara</w:t>
      </w:r>
      <w:proofErr w:type="spellEnd"/>
      <w:r w:rsidRPr="00D97086">
        <w:rPr>
          <w:rFonts w:ascii="Times New Roman" w:hAnsi="Times New Roman" w:cs="Times New Roman"/>
          <w:sz w:val="24"/>
          <w:szCs w:val="24"/>
        </w:rPr>
        <w:t xml:space="preserve"> (PAK):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shkak</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shpenzimeve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shtesë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shëndetësore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mungesës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përshtatjeve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banesa</w:t>
      </w:r>
      <w:proofErr w:type="spellEnd"/>
      <w:r w:rsidRPr="00D97086">
        <w:rPr>
          <w:rFonts w:ascii="Times New Roman" w:hAnsi="Times New Roman" w:cs="Times New Roman"/>
          <w:sz w:val="24"/>
          <w:szCs w:val="24"/>
        </w:rPr>
        <w:t>.</w:t>
      </w:r>
    </w:p>
    <w:p w14:paraId="518EFC7F"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Komunitetet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rome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egjiptiane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përballen</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diskriminim</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vazhdueshëm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banesa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joformale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rrezik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dëbimi</w:t>
      </w:r>
      <w:proofErr w:type="spellEnd"/>
      <w:r w:rsidRPr="00D97086">
        <w:rPr>
          <w:rFonts w:ascii="Times New Roman" w:hAnsi="Times New Roman" w:cs="Times New Roman"/>
          <w:sz w:val="24"/>
          <w:szCs w:val="24"/>
        </w:rPr>
        <w:t>.</w:t>
      </w:r>
    </w:p>
    <w:p w14:paraId="75796C06"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lastRenderedPageBreak/>
        <w:t>Gratë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kryefamiljare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njëprindërore</w:t>
      </w:r>
      <w:proofErr w:type="spellEnd"/>
      <w:r w:rsidRPr="00D97086">
        <w:rPr>
          <w:rFonts w:ascii="Times New Roman" w:hAnsi="Times New Roman" w:cs="Times New Roman"/>
          <w:sz w:val="24"/>
          <w:szCs w:val="24"/>
        </w:rPr>
        <w:t xml:space="preserve">: me të </w:t>
      </w:r>
      <w:proofErr w:type="spellStart"/>
      <w:r w:rsidRPr="00D97086">
        <w:rPr>
          <w:rFonts w:ascii="Times New Roman" w:hAnsi="Times New Roman" w:cs="Times New Roman"/>
          <w:sz w:val="24"/>
          <w:szCs w:val="24"/>
        </w:rPr>
        <w:t>ardhura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pamjaftueshme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pa </w:t>
      </w:r>
      <w:proofErr w:type="spellStart"/>
      <w:r w:rsidRPr="00D97086">
        <w:rPr>
          <w:rFonts w:ascii="Times New Roman" w:hAnsi="Times New Roman" w:cs="Times New Roman"/>
          <w:sz w:val="24"/>
          <w:szCs w:val="24"/>
        </w:rPr>
        <w:t>rrjete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mbështetëse.Të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moshuarit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mbi</w:t>
      </w:r>
      <w:proofErr w:type="spellEnd"/>
      <w:r w:rsidRPr="00D97086">
        <w:rPr>
          <w:rFonts w:ascii="Times New Roman" w:hAnsi="Times New Roman" w:cs="Times New Roman"/>
          <w:sz w:val="24"/>
          <w:szCs w:val="24"/>
        </w:rPr>
        <w:t xml:space="preserve"> 65 </w:t>
      </w:r>
      <w:proofErr w:type="spellStart"/>
      <w:r w:rsidRPr="00D97086">
        <w:rPr>
          <w:rFonts w:ascii="Times New Roman" w:hAnsi="Times New Roman" w:cs="Times New Roman"/>
          <w:sz w:val="24"/>
          <w:szCs w:val="24"/>
        </w:rPr>
        <w:t>vjeç</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jetojnë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shpesh</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banesa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amortizuara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pa </w:t>
      </w:r>
      <w:proofErr w:type="spellStart"/>
      <w:r w:rsidRPr="00D97086">
        <w:rPr>
          <w:rFonts w:ascii="Times New Roman" w:hAnsi="Times New Roman" w:cs="Times New Roman"/>
          <w:sz w:val="24"/>
          <w:szCs w:val="24"/>
        </w:rPr>
        <w:t>mbështetje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familjare</w:t>
      </w:r>
      <w:proofErr w:type="spellEnd"/>
      <w:r w:rsidRPr="00D97086">
        <w:rPr>
          <w:rFonts w:ascii="Times New Roman" w:hAnsi="Times New Roman" w:cs="Times New Roman"/>
          <w:sz w:val="24"/>
          <w:szCs w:val="24"/>
        </w:rPr>
        <w:t>.</w:t>
      </w:r>
    </w:p>
    <w:p w14:paraId="4E3224DB"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Viktimat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dhunës</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familje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grup</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nevojë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menjëhershme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sigurt</w:t>
      </w:r>
      <w:proofErr w:type="spellEnd"/>
      <w:r w:rsidRPr="00D97086">
        <w:rPr>
          <w:rFonts w:ascii="Times New Roman" w:hAnsi="Times New Roman" w:cs="Times New Roman"/>
          <w:sz w:val="24"/>
          <w:szCs w:val="24"/>
        </w:rPr>
        <w:t>.</w:t>
      </w:r>
      <w:r w:rsidRPr="00D97086">
        <w:rPr>
          <w:rFonts w:ascii="Times New Roman" w:hAnsi="Times New Roman" w:cs="Times New Roman"/>
          <w:sz w:val="24"/>
          <w:szCs w:val="24"/>
        </w:rPr>
        <w:br/>
      </w:r>
      <w:r w:rsidRPr="00D97086">
        <w:rPr>
          <w:rFonts w:ascii="Times New Roman" w:hAnsi="Times New Roman" w:cs="Times New Roman"/>
          <w:sz w:val="24"/>
          <w:szCs w:val="24"/>
        </w:rPr>
        <w:br/>
      </w:r>
      <w:proofErr w:type="spellStart"/>
      <w:r w:rsidRPr="00D97086">
        <w:rPr>
          <w:rFonts w:ascii="Times New Roman" w:hAnsi="Times New Roman" w:cs="Times New Roman"/>
          <w:sz w:val="24"/>
          <w:szCs w:val="24"/>
        </w:rPr>
        <w:t>Këto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kategori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janë</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përputhje</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përcaktimet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Ligjit</w:t>
      </w:r>
      <w:proofErr w:type="spellEnd"/>
      <w:r w:rsidRPr="00D97086">
        <w:rPr>
          <w:rFonts w:ascii="Times New Roman" w:hAnsi="Times New Roman" w:cs="Times New Roman"/>
          <w:sz w:val="24"/>
          <w:szCs w:val="24"/>
        </w:rPr>
        <w:t xml:space="preserve"> nr. 22/2018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strehimin</w:t>
      </w:r>
      <w:proofErr w:type="spellEnd"/>
      <w:r w:rsidRPr="00D97086">
        <w:rPr>
          <w:rFonts w:ascii="Times New Roman" w:hAnsi="Times New Roman" w:cs="Times New Roman"/>
          <w:sz w:val="24"/>
          <w:szCs w:val="24"/>
        </w:rPr>
        <w:t xml:space="preserve"> social'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Strategjisë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Kombëtare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Mbrojtjes</w:t>
      </w:r>
      <w:proofErr w:type="spellEnd"/>
      <w:r w:rsidRPr="00D97086">
        <w:rPr>
          <w:rFonts w:ascii="Times New Roman" w:hAnsi="Times New Roman" w:cs="Times New Roman"/>
          <w:sz w:val="24"/>
          <w:szCs w:val="24"/>
        </w:rPr>
        <w:t xml:space="preserve"> Sociale 2024–2030,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japin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përparësi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grupeve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vulnerabël</w:t>
      </w:r>
      <w:proofErr w:type="spellEnd"/>
      <w:r w:rsidRPr="00D97086">
        <w:rPr>
          <w:rFonts w:ascii="Times New Roman" w:hAnsi="Times New Roman" w:cs="Times New Roman"/>
          <w:sz w:val="24"/>
          <w:szCs w:val="24"/>
        </w:rPr>
        <w:t>.</w:t>
      </w:r>
    </w:p>
    <w:p w14:paraId="74BCB701" w14:textId="77777777" w:rsidR="008B3784" w:rsidRPr="00D97086" w:rsidRDefault="008B3784" w:rsidP="00B06CA4">
      <w:pPr>
        <w:jc w:val="both"/>
        <w:rPr>
          <w:rFonts w:ascii="Times New Roman" w:hAnsi="Times New Roman" w:cs="Times New Roman"/>
          <w:b/>
          <w:i/>
          <w:sz w:val="24"/>
          <w:szCs w:val="24"/>
        </w:rPr>
      </w:pPr>
      <w:r w:rsidRPr="00D97086">
        <w:rPr>
          <w:rFonts w:ascii="Times New Roman" w:hAnsi="Times New Roman" w:cs="Times New Roman"/>
          <w:b/>
          <w:i/>
          <w:sz w:val="24"/>
          <w:szCs w:val="24"/>
        </w:rPr>
        <w:t xml:space="preserve">2. </w:t>
      </w:r>
      <w:proofErr w:type="spellStart"/>
      <w:r w:rsidRPr="00D97086">
        <w:rPr>
          <w:rFonts w:ascii="Times New Roman" w:hAnsi="Times New Roman" w:cs="Times New Roman"/>
          <w:b/>
          <w:i/>
          <w:sz w:val="24"/>
          <w:szCs w:val="24"/>
        </w:rPr>
        <w:t>Nevojat</w:t>
      </w:r>
      <w:proofErr w:type="spellEnd"/>
      <w:r w:rsidRPr="00D97086">
        <w:rPr>
          <w:rFonts w:ascii="Times New Roman" w:hAnsi="Times New Roman" w:cs="Times New Roman"/>
          <w:b/>
          <w:i/>
          <w:sz w:val="24"/>
          <w:szCs w:val="24"/>
        </w:rPr>
        <w:t xml:space="preserve"> </w:t>
      </w:r>
      <w:proofErr w:type="spellStart"/>
      <w:r w:rsidRPr="00D97086">
        <w:rPr>
          <w:rFonts w:ascii="Times New Roman" w:hAnsi="Times New Roman" w:cs="Times New Roman"/>
          <w:b/>
          <w:i/>
          <w:sz w:val="24"/>
          <w:szCs w:val="24"/>
        </w:rPr>
        <w:t>emergjente</w:t>
      </w:r>
      <w:proofErr w:type="spellEnd"/>
      <w:r w:rsidRPr="00D97086">
        <w:rPr>
          <w:rFonts w:ascii="Times New Roman" w:hAnsi="Times New Roman" w:cs="Times New Roman"/>
          <w:b/>
          <w:i/>
          <w:sz w:val="24"/>
          <w:szCs w:val="24"/>
        </w:rPr>
        <w:t xml:space="preserve">, </w:t>
      </w:r>
      <w:proofErr w:type="spellStart"/>
      <w:r w:rsidRPr="00D97086">
        <w:rPr>
          <w:rFonts w:ascii="Times New Roman" w:hAnsi="Times New Roman" w:cs="Times New Roman"/>
          <w:b/>
          <w:i/>
          <w:sz w:val="24"/>
          <w:szCs w:val="24"/>
        </w:rPr>
        <w:t>afatmesme</w:t>
      </w:r>
      <w:proofErr w:type="spellEnd"/>
      <w:r w:rsidRPr="00D97086">
        <w:rPr>
          <w:rFonts w:ascii="Times New Roman" w:hAnsi="Times New Roman" w:cs="Times New Roman"/>
          <w:b/>
          <w:i/>
          <w:sz w:val="24"/>
          <w:szCs w:val="24"/>
        </w:rPr>
        <w:t xml:space="preserve"> </w:t>
      </w:r>
      <w:proofErr w:type="spellStart"/>
      <w:r w:rsidRPr="00D97086">
        <w:rPr>
          <w:rFonts w:ascii="Times New Roman" w:hAnsi="Times New Roman" w:cs="Times New Roman"/>
          <w:b/>
          <w:i/>
          <w:sz w:val="24"/>
          <w:szCs w:val="24"/>
        </w:rPr>
        <w:t>dhe</w:t>
      </w:r>
      <w:proofErr w:type="spellEnd"/>
      <w:r w:rsidRPr="00D97086">
        <w:rPr>
          <w:rFonts w:ascii="Times New Roman" w:hAnsi="Times New Roman" w:cs="Times New Roman"/>
          <w:b/>
          <w:i/>
          <w:sz w:val="24"/>
          <w:szCs w:val="24"/>
        </w:rPr>
        <w:t xml:space="preserve"> </w:t>
      </w:r>
      <w:proofErr w:type="spellStart"/>
      <w:r w:rsidRPr="00D97086">
        <w:rPr>
          <w:rFonts w:ascii="Times New Roman" w:hAnsi="Times New Roman" w:cs="Times New Roman"/>
          <w:b/>
          <w:i/>
          <w:sz w:val="24"/>
          <w:szCs w:val="24"/>
        </w:rPr>
        <w:t>afatgjata</w:t>
      </w:r>
      <w:proofErr w:type="spellEnd"/>
    </w:p>
    <w:p w14:paraId="06C58C37"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Emergjente</w:t>
      </w:r>
      <w:proofErr w:type="spellEnd"/>
      <w:r w:rsidRPr="00D97086">
        <w:rPr>
          <w:rFonts w:ascii="Times New Roman" w:hAnsi="Times New Roman" w:cs="Times New Roman"/>
          <w:sz w:val="24"/>
          <w:szCs w:val="24"/>
        </w:rPr>
        <w:t xml:space="preserve"> (0–12 </w:t>
      </w:r>
      <w:proofErr w:type="spellStart"/>
      <w:r w:rsidRPr="00D97086">
        <w:rPr>
          <w:rFonts w:ascii="Times New Roman" w:hAnsi="Times New Roman" w:cs="Times New Roman"/>
          <w:sz w:val="24"/>
          <w:szCs w:val="24"/>
        </w:rPr>
        <w:t>muaj</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sigurimi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menjëhershëm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viktimat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dhunës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rastet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emergjente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dëbimeve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krijimi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strukture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dedikuar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emergjent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subvencione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qiraje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familjet</w:t>
      </w:r>
      <w:proofErr w:type="spellEnd"/>
      <w:r w:rsidRPr="00D97086">
        <w:rPr>
          <w:rFonts w:ascii="Times New Roman" w:hAnsi="Times New Roman" w:cs="Times New Roman"/>
          <w:sz w:val="24"/>
          <w:szCs w:val="24"/>
        </w:rPr>
        <w:t xml:space="preserve"> pa të </w:t>
      </w:r>
      <w:proofErr w:type="spellStart"/>
      <w:r w:rsidRPr="00D97086">
        <w:rPr>
          <w:rFonts w:ascii="Times New Roman" w:hAnsi="Times New Roman" w:cs="Times New Roman"/>
          <w:sz w:val="24"/>
          <w:szCs w:val="24"/>
        </w:rPr>
        <w:t>ardhura</w:t>
      </w:r>
      <w:proofErr w:type="spellEnd"/>
      <w:r w:rsidRPr="00D97086">
        <w:rPr>
          <w:rFonts w:ascii="Times New Roman" w:hAnsi="Times New Roman" w:cs="Times New Roman"/>
          <w:sz w:val="24"/>
          <w:szCs w:val="24"/>
        </w:rPr>
        <w:t>.</w:t>
      </w:r>
    </w:p>
    <w:p w14:paraId="63A0CE5A"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Afatmesme</w:t>
      </w:r>
      <w:proofErr w:type="spellEnd"/>
      <w:r w:rsidRPr="00D97086">
        <w:rPr>
          <w:rFonts w:ascii="Times New Roman" w:hAnsi="Times New Roman" w:cs="Times New Roman"/>
          <w:sz w:val="24"/>
          <w:szCs w:val="24"/>
        </w:rPr>
        <w:t xml:space="preserve"> (1–3 </w:t>
      </w:r>
      <w:proofErr w:type="spellStart"/>
      <w:r w:rsidRPr="00D97086">
        <w:rPr>
          <w:rFonts w:ascii="Times New Roman" w:hAnsi="Times New Roman" w:cs="Times New Roman"/>
          <w:sz w:val="24"/>
          <w:szCs w:val="24"/>
        </w:rPr>
        <w:t>vjet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ndërtimi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databaze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integruar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stokun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banesave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përfituesit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zgjerimi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skemës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përmirësimit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kushteve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banimit</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mbështetje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PAK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moshuarit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formalizimi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tregut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qirasë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ulur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pasiguritë</w:t>
      </w:r>
      <w:proofErr w:type="spellEnd"/>
      <w:r w:rsidRPr="00D97086">
        <w:rPr>
          <w:rFonts w:ascii="Times New Roman" w:hAnsi="Times New Roman" w:cs="Times New Roman"/>
          <w:sz w:val="24"/>
          <w:szCs w:val="24"/>
        </w:rPr>
        <w:t>.</w:t>
      </w:r>
    </w:p>
    <w:p w14:paraId="2B1951A0" w14:textId="77777777" w:rsidR="002716B8" w:rsidRPr="00D97086" w:rsidRDefault="008B3784" w:rsidP="002716B8">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Afatgjata</w:t>
      </w:r>
      <w:proofErr w:type="spellEnd"/>
      <w:r w:rsidRPr="00D97086">
        <w:rPr>
          <w:rFonts w:ascii="Times New Roman" w:hAnsi="Times New Roman" w:cs="Times New Roman"/>
          <w:sz w:val="24"/>
          <w:szCs w:val="24"/>
        </w:rPr>
        <w:t xml:space="preserve"> (3–5 </w:t>
      </w:r>
      <w:proofErr w:type="spellStart"/>
      <w:r w:rsidRPr="00D97086">
        <w:rPr>
          <w:rFonts w:ascii="Times New Roman" w:hAnsi="Times New Roman" w:cs="Times New Roman"/>
          <w:sz w:val="24"/>
          <w:szCs w:val="24"/>
        </w:rPr>
        <w:t>vjet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zhvillimi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banesave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sociale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truallin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prej</w:t>
      </w:r>
      <w:proofErr w:type="spellEnd"/>
      <w:r w:rsidRPr="00D97086">
        <w:rPr>
          <w:rFonts w:ascii="Times New Roman" w:hAnsi="Times New Roman" w:cs="Times New Roman"/>
          <w:sz w:val="24"/>
          <w:szCs w:val="24"/>
        </w:rPr>
        <w:t xml:space="preserve"> 3.64 ha; </w:t>
      </w:r>
      <w:proofErr w:type="spellStart"/>
      <w:r w:rsidRPr="00D97086">
        <w:rPr>
          <w:rFonts w:ascii="Times New Roman" w:hAnsi="Times New Roman" w:cs="Times New Roman"/>
          <w:sz w:val="24"/>
          <w:szCs w:val="24"/>
        </w:rPr>
        <w:t>krijimi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fondi</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qëndrueshëm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strehimin</w:t>
      </w:r>
      <w:proofErr w:type="spellEnd"/>
      <w:r w:rsidRPr="00D97086">
        <w:rPr>
          <w:rFonts w:ascii="Times New Roman" w:hAnsi="Times New Roman" w:cs="Times New Roman"/>
          <w:sz w:val="24"/>
          <w:szCs w:val="24"/>
        </w:rPr>
        <w:t xml:space="preserve"> social; </w:t>
      </w:r>
      <w:proofErr w:type="spellStart"/>
      <w:r w:rsidRPr="00D97086">
        <w:rPr>
          <w:rFonts w:ascii="Times New Roman" w:hAnsi="Times New Roman" w:cs="Times New Roman"/>
          <w:sz w:val="24"/>
          <w:szCs w:val="24"/>
        </w:rPr>
        <w:t>integrimi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politikave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programet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zhvillimit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ekonomik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infrastrukturor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garantuar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përballueshmëri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siguri</w:t>
      </w:r>
      <w:proofErr w:type="spellEnd"/>
      <w:r w:rsidRPr="00D97086">
        <w:rPr>
          <w:rFonts w:ascii="Times New Roman" w:hAnsi="Times New Roman" w:cs="Times New Roman"/>
          <w:sz w:val="24"/>
          <w:szCs w:val="24"/>
        </w:rPr>
        <w:t>.</w:t>
      </w:r>
      <w:r w:rsidR="002716B8" w:rsidRPr="00D97086">
        <w:rPr>
          <w:rFonts w:ascii="Times New Roman" w:hAnsi="Times New Roman" w:cs="Times New Roman"/>
          <w:sz w:val="24"/>
          <w:szCs w:val="24"/>
        </w:rPr>
        <w:t xml:space="preserve"> </w:t>
      </w:r>
    </w:p>
    <w:p w14:paraId="055D356E" w14:textId="77777777" w:rsidR="002716B8" w:rsidRPr="00D97086" w:rsidRDefault="002716B8" w:rsidP="002716B8">
      <w:pPr>
        <w:jc w:val="both"/>
        <w:rPr>
          <w:rFonts w:ascii="Times New Roman" w:hAnsi="Times New Roman" w:cs="Times New Roman"/>
        </w:rPr>
      </w:pPr>
      <w:proofErr w:type="spellStart"/>
      <w:r w:rsidRPr="00D97086">
        <w:rPr>
          <w:rFonts w:ascii="Times New Roman" w:hAnsi="Times New Roman" w:cs="Times New Roman"/>
        </w:rPr>
        <w:t>Ndërtimi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banesave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sociale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mbetet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nevoja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afatgjatë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strukturore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Bashkinë</w:t>
      </w:r>
      <w:proofErr w:type="spellEnd"/>
      <w:r w:rsidRPr="00D97086">
        <w:rPr>
          <w:rFonts w:ascii="Times New Roman" w:hAnsi="Times New Roman" w:cs="Times New Roman"/>
        </w:rPr>
        <w:t xml:space="preserve"> Prrenjas. </w:t>
      </w:r>
      <w:proofErr w:type="spellStart"/>
      <w:r w:rsidRPr="00D97086">
        <w:rPr>
          <w:rFonts w:ascii="Times New Roman" w:hAnsi="Times New Roman" w:cs="Times New Roman"/>
        </w:rPr>
        <w:t>Pavarësisht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lehtësimeve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që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sjellin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subvencionet</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qirasë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programi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përmirësimit</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kushteve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banimit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mungesa</w:t>
      </w:r>
      <w:proofErr w:type="spellEnd"/>
      <w:r w:rsidRPr="00D97086">
        <w:rPr>
          <w:rFonts w:ascii="Times New Roman" w:hAnsi="Times New Roman" w:cs="Times New Roman"/>
        </w:rPr>
        <w:t xml:space="preserve"> e një </w:t>
      </w:r>
      <w:proofErr w:type="spellStart"/>
      <w:r w:rsidRPr="00D97086">
        <w:rPr>
          <w:rFonts w:ascii="Times New Roman" w:hAnsi="Times New Roman" w:cs="Times New Roman"/>
        </w:rPr>
        <w:t>fondi</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qëndrueshëm</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banesash</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sociale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përbën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boshllëkun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më</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madh</w:t>
      </w:r>
      <w:proofErr w:type="spellEnd"/>
      <w:r w:rsidRPr="00D97086">
        <w:rPr>
          <w:rFonts w:ascii="Times New Roman" w:hAnsi="Times New Roman" w:cs="Times New Roman"/>
        </w:rPr>
        <w:t xml:space="preserve">. Bashkia ka </w:t>
      </w:r>
      <w:proofErr w:type="spellStart"/>
      <w:r w:rsidRPr="00D97086">
        <w:rPr>
          <w:rFonts w:ascii="Times New Roman" w:hAnsi="Times New Roman" w:cs="Times New Roman"/>
        </w:rPr>
        <w:t>vënë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tashmë</w:t>
      </w:r>
      <w:proofErr w:type="spellEnd"/>
      <w:r w:rsidRPr="00D97086">
        <w:rPr>
          <w:rFonts w:ascii="Times New Roman" w:hAnsi="Times New Roman" w:cs="Times New Roman"/>
        </w:rPr>
        <w:t xml:space="preserve"> në </w:t>
      </w:r>
      <w:proofErr w:type="spellStart"/>
      <w:r w:rsidRPr="00D97086">
        <w:rPr>
          <w:rFonts w:ascii="Times New Roman" w:hAnsi="Times New Roman" w:cs="Times New Roman"/>
        </w:rPr>
        <w:t>dispozicion</w:t>
      </w:r>
      <w:proofErr w:type="spellEnd"/>
      <w:r w:rsidRPr="00D97086">
        <w:rPr>
          <w:rFonts w:ascii="Times New Roman" w:hAnsi="Times New Roman" w:cs="Times New Roman"/>
        </w:rPr>
        <w:t xml:space="preserve"> një </w:t>
      </w:r>
      <w:proofErr w:type="spellStart"/>
      <w:r w:rsidRPr="00D97086">
        <w:rPr>
          <w:rFonts w:ascii="Times New Roman" w:hAnsi="Times New Roman" w:cs="Times New Roman"/>
        </w:rPr>
        <w:t>truall</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prej</w:t>
      </w:r>
      <w:proofErr w:type="spellEnd"/>
      <w:r w:rsidRPr="00D97086">
        <w:rPr>
          <w:rFonts w:ascii="Times New Roman" w:hAnsi="Times New Roman" w:cs="Times New Roman"/>
        </w:rPr>
        <w:t xml:space="preserve"> 3.64 ha me </w:t>
      </w:r>
      <w:proofErr w:type="spellStart"/>
      <w:r w:rsidRPr="00D97086">
        <w:rPr>
          <w:rFonts w:ascii="Times New Roman" w:hAnsi="Times New Roman" w:cs="Times New Roman"/>
        </w:rPr>
        <w:t>potencial</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ndërtimin</w:t>
      </w:r>
      <w:proofErr w:type="spellEnd"/>
      <w:r w:rsidRPr="00D97086">
        <w:rPr>
          <w:rFonts w:ascii="Times New Roman" w:hAnsi="Times New Roman" w:cs="Times New Roman"/>
        </w:rPr>
        <w:t xml:space="preserve"> e 40–50 </w:t>
      </w:r>
      <w:proofErr w:type="spellStart"/>
      <w:r w:rsidRPr="00D97086">
        <w:rPr>
          <w:rFonts w:ascii="Times New Roman" w:hAnsi="Times New Roman" w:cs="Times New Roman"/>
        </w:rPr>
        <w:t>apartamenteve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sociale</w:t>
      </w:r>
      <w:proofErr w:type="spellEnd"/>
      <w:r w:rsidRPr="00D97086">
        <w:rPr>
          <w:rFonts w:ascii="Times New Roman" w:hAnsi="Times New Roman" w:cs="Times New Roman"/>
        </w:rPr>
        <w:t xml:space="preserve">, duke </w:t>
      </w:r>
      <w:proofErr w:type="spellStart"/>
      <w:r w:rsidRPr="00D97086">
        <w:rPr>
          <w:rFonts w:ascii="Times New Roman" w:hAnsi="Times New Roman" w:cs="Times New Roman"/>
        </w:rPr>
        <w:t>treguar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prioritetin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zgjidhje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qëndrueshme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që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kërkojnë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mbështetje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nga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qeveria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qendrore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partnerët</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zhvillimit</w:t>
      </w:r>
      <w:proofErr w:type="spellEnd"/>
      <w:r w:rsidRPr="00D97086">
        <w:rPr>
          <w:rFonts w:ascii="Times New Roman" w:hAnsi="Times New Roman" w:cs="Times New Roman"/>
        </w:rPr>
        <w:t>.</w:t>
      </w:r>
    </w:p>
    <w:p w14:paraId="63D76951" w14:textId="77777777" w:rsidR="008B3784" w:rsidRPr="005B1542" w:rsidRDefault="008B3784" w:rsidP="00B06CA4">
      <w:pPr>
        <w:jc w:val="both"/>
        <w:rPr>
          <w:rFonts w:ascii="Times New Roman" w:hAnsi="Times New Roman" w:cs="Times New Roman"/>
          <w:b/>
          <w:i/>
          <w:sz w:val="24"/>
          <w:szCs w:val="24"/>
          <w:lang w:val="it-IT"/>
        </w:rPr>
      </w:pPr>
      <w:r w:rsidRPr="005B1542">
        <w:rPr>
          <w:rFonts w:ascii="Times New Roman" w:hAnsi="Times New Roman" w:cs="Times New Roman"/>
          <w:b/>
          <w:i/>
          <w:sz w:val="24"/>
          <w:szCs w:val="24"/>
          <w:lang w:val="it-IT"/>
        </w:rPr>
        <w:t>3. Masat urgjente dhe kapaciteti i bashkisë</w:t>
      </w:r>
    </w:p>
    <w:p w14:paraId="59F036A5" w14:textId="77777777" w:rsidR="008B3784" w:rsidRPr="005B1542" w:rsidRDefault="008B3784" w:rsidP="00B06CA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 xml:space="preserve">Kapaciteti i Bashkisë Prrenjas mbetet i kufizuar për të përballuar të gjitha nevojat e evidentuara. Aktualisht, administrata mbështetet kryesisht në skemën e subvencionit të qirasë dhe bashkëpunimin me qeverinë qendrore për kreditë e buta. Megjithatë, mungesa e një strukture emergjente </w:t>
      </w:r>
      <w:r w:rsidR="00792997" w:rsidRPr="005B1542">
        <w:rPr>
          <w:rFonts w:ascii="Times New Roman" w:hAnsi="Times New Roman" w:cs="Times New Roman"/>
          <w:sz w:val="24"/>
          <w:szCs w:val="24"/>
          <w:lang w:val="it-IT"/>
        </w:rPr>
        <w:t>ka</w:t>
      </w:r>
      <w:r w:rsidRPr="005B1542">
        <w:rPr>
          <w:rFonts w:ascii="Times New Roman" w:hAnsi="Times New Roman" w:cs="Times New Roman"/>
          <w:sz w:val="24"/>
          <w:szCs w:val="24"/>
          <w:lang w:val="it-IT"/>
        </w:rPr>
        <w:t xml:space="preserve"> krijuar boshllëqe serioze. Për këtë arsye, prioritet absolut është ngritja e mekanizmave emergjentë dhe sigurimi i financimeve shtesë për programe të qëndrueshme.</w:t>
      </w:r>
    </w:p>
    <w:p w14:paraId="6F6D3932" w14:textId="77777777" w:rsidR="00D1048F" w:rsidRPr="005B1542" w:rsidRDefault="004472EE" w:rsidP="00D1048F">
      <w:pPr>
        <w:rPr>
          <w:rFonts w:ascii="Times New Roman" w:hAnsi="Times New Roman" w:cs="Times New Roman"/>
          <w:sz w:val="24"/>
          <w:szCs w:val="24"/>
          <w:lang w:val="it-IT"/>
        </w:rPr>
      </w:pPr>
      <w:r w:rsidRPr="005B1542">
        <w:rPr>
          <w:rFonts w:ascii="Times New Roman" w:hAnsi="Times New Roman" w:cs="Times New Roman"/>
          <w:sz w:val="24"/>
          <w:szCs w:val="24"/>
          <w:lang w:val="it-IT"/>
        </w:rPr>
        <w:t>Figura 12</w:t>
      </w:r>
      <w:r w:rsidR="00D1048F" w:rsidRPr="005B1542">
        <w:rPr>
          <w:rFonts w:ascii="Times New Roman" w:hAnsi="Times New Roman" w:cs="Times New Roman"/>
          <w:sz w:val="24"/>
          <w:szCs w:val="24"/>
          <w:lang w:val="it-IT"/>
        </w:rPr>
        <w:t>. Nevojat emergjente, afatmesme dhe afatgjata në strehim sipas kategorive të synuara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6"/>
        <w:gridCol w:w="2877"/>
        <w:gridCol w:w="2877"/>
      </w:tblGrid>
      <w:tr w:rsidR="008B3784" w:rsidRPr="00D97086" w14:paraId="62FB1E66" w14:textId="77777777" w:rsidTr="00FC26B4">
        <w:tc>
          <w:tcPr>
            <w:tcW w:w="2876" w:type="dxa"/>
            <w:shd w:val="clear" w:color="auto" w:fill="EAF1DD" w:themeFill="accent3" w:themeFillTint="33"/>
          </w:tcPr>
          <w:p w14:paraId="4C382A86" w14:textId="77777777" w:rsidR="008B3784" w:rsidRPr="00D97086" w:rsidRDefault="008B3784" w:rsidP="00FC26B4">
            <w:pPr>
              <w:jc w:val="center"/>
              <w:rPr>
                <w:rFonts w:ascii="Times New Roman" w:hAnsi="Times New Roman" w:cs="Times New Roman"/>
                <w:b/>
                <w:sz w:val="28"/>
                <w:szCs w:val="28"/>
              </w:rPr>
            </w:pPr>
            <w:proofErr w:type="spellStart"/>
            <w:r w:rsidRPr="00D97086">
              <w:rPr>
                <w:rFonts w:ascii="Times New Roman" w:hAnsi="Times New Roman" w:cs="Times New Roman"/>
                <w:b/>
                <w:sz w:val="28"/>
                <w:szCs w:val="28"/>
              </w:rPr>
              <w:lastRenderedPageBreak/>
              <w:t>Periudha</w:t>
            </w:r>
            <w:proofErr w:type="spellEnd"/>
            <w:r w:rsidRPr="00D97086">
              <w:rPr>
                <w:rFonts w:ascii="Times New Roman" w:hAnsi="Times New Roman" w:cs="Times New Roman"/>
                <w:b/>
                <w:sz w:val="28"/>
                <w:szCs w:val="28"/>
              </w:rPr>
              <w:t xml:space="preserve"> e </w:t>
            </w:r>
            <w:proofErr w:type="spellStart"/>
            <w:r w:rsidRPr="00D97086">
              <w:rPr>
                <w:rFonts w:ascii="Times New Roman" w:hAnsi="Times New Roman" w:cs="Times New Roman"/>
                <w:b/>
                <w:sz w:val="28"/>
                <w:szCs w:val="28"/>
              </w:rPr>
              <w:t>ndërhyrjes</w:t>
            </w:r>
            <w:proofErr w:type="spellEnd"/>
          </w:p>
        </w:tc>
        <w:tc>
          <w:tcPr>
            <w:tcW w:w="2877" w:type="dxa"/>
            <w:shd w:val="clear" w:color="auto" w:fill="EAF1DD" w:themeFill="accent3" w:themeFillTint="33"/>
          </w:tcPr>
          <w:p w14:paraId="21C43E28" w14:textId="77777777" w:rsidR="008B3784" w:rsidRPr="00D97086" w:rsidRDefault="008B3784" w:rsidP="00FC26B4">
            <w:pPr>
              <w:jc w:val="center"/>
              <w:rPr>
                <w:rFonts w:ascii="Times New Roman" w:hAnsi="Times New Roman" w:cs="Times New Roman"/>
                <w:b/>
                <w:sz w:val="28"/>
                <w:szCs w:val="28"/>
              </w:rPr>
            </w:pPr>
            <w:proofErr w:type="spellStart"/>
            <w:r w:rsidRPr="00D97086">
              <w:rPr>
                <w:rFonts w:ascii="Times New Roman" w:hAnsi="Times New Roman" w:cs="Times New Roman"/>
                <w:b/>
                <w:sz w:val="28"/>
                <w:szCs w:val="28"/>
              </w:rPr>
              <w:t>Nevojat</w:t>
            </w:r>
            <w:proofErr w:type="spellEnd"/>
            <w:r w:rsidRPr="00D97086">
              <w:rPr>
                <w:rFonts w:ascii="Times New Roman" w:hAnsi="Times New Roman" w:cs="Times New Roman"/>
                <w:b/>
                <w:sz w:val="28"/>
                <w:szCs w:val="28"/>
              </w:rPr>
              <w:t xml:space="preserve"> </w:t>
            </w:r>
            <w:proofErr w:type="spellStart"/>
            <w:r w:rsidRPr="00D97086">
              <w:rPr>
                <w:rFonts w:ascii="Times New Roman" w:hAnsi="Times New Roman" w:cs="Times New Roman"/>
                <w:b/>
                <w:sz w:val="28"/>
                <w:szCs w:val="28"/>
              </w:rPr>
              <w:t>prioritare</w:t>
            </w:r>
            <w:proofErr w:type="spellEnd"/>
          </w:p>
        </w:tc>
        <w:tc>
          <w:tcPr>
            <w:tcW w:w="2877" w:type="dxa"/>
            <w:shd w:val="clear" w:color="auto" w:fill="EAF1DD" w:themeFill="accent3" w:themeFillTint="33"/>
          </w:tcPr>
          <w:p w14:paraId="00915875" w14:textId="77777777" w:rsidR="008B3784" w:rsidRPr="00D97086" w:rsidRDefault="008B3784" w:rsidP="00FC26B4">
            <w:pPr>
              <w:jc w:val="center"/>
              <w:rPr>
                <w:rFonts w:ascii="Times New Roman" w:hAnsi="Times New Roman" w:cs="Times New Roman"/>
                <w:b/>
                <w:sz w:val="28"/>
                <w:szCs w:val="28"/>
              </w:rPr>
            </w:pPr>
            <w:proofErr w:type="spellStart"/>
            <w:r w:rsidRPr="00D97086">
              <w:rPr>
                <w:rFonts w:ascii="Times New Roman" w:hAnsi="Times New Roman" w:cs="Times New Roman"/>
                <w:b/>
                <w:sz w:val="28"/>
                <w:szCs w:val="28"/>
              </w:rPr>
              <w:t>Kategoritë</w:t>
            </w:r>
            <w:proofErr w:type="spellEnd"/>
            <w:r w:rsidRPr="00D97086">
              <w:rPr>
                <w:rFonts w:ascii="Times New Roman" w:hAnsi="Times New Roman" w:cs="Times New Roman"/>
                <w:b/>
                <w:sz w:val="28"/>
                <w:szCs w:val="28"/>
              </w:rPr>
              <w:t xml:space="preserve"> e </w:t>
            </w:r>
            <w:proofErr w:type="spellStart"/>
            <w:r w:rsidRPr="00D97086">
              <w:rPr>
                <w:rFonts w:ascii="Times New Roman" w:hAnsi="Times New Roman" w:cs="Times New Roman"/>
                <w:b/>
                <w:sz w:val="28"/>
                <w:szCs w:val="28"/>
              </w:rPr>
              <w:t>synuara</w:t>
            </w:r>
            <w:proofErr w:type="spellEnd"/>
          </w:p>
        </w:tc>
      </w:tr>
      <w:tr w:rsidR="008B3784" w:rsidRPr="00D97086" w14:paraId="7956BA9D" w14:textId="77777777" w:rsidTr="00D1048F">
        <w:tc>
          <w:tcPr>
            <w:tcW w:w="2876" w:type="dxa"/>
          </w:tcPr>
          <w:p w14:paraId="56CA1B1A"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Urgjencë</w:t>
            </w:r>
            <w:proofErr w:type="spellEnd"/>
            <w:r w:rsidRPr="00D97086">
              <w:rPr>
                <w:rFonts w:ascii="Times New Roman" w:hAnsi="Times New Roman" w:cs="Times New Roman"/>
                <w:sz w:val="24"/>
                <w:szCs w:val="24"/>
              </w:rPr>
              <w:t xml:space="preserve"> (0–12 </w:t>
            </w:r>
            <w:proofErr w:type="spellStart"/>
            <w:r w:rsidRPr="00D97086">
              <w:rPr>
                <w:rFonts w:ascii="Times New Roman" w:hAnsi="Times New Roman" w:cs="Times New Roman"/>
                <w:sz w:val="24"/>
                <w:szCs w:val="24"/>
              </w:rPr>
              <w:t>muaj</w:t>
            </w:r>
            <w:proofErr w:type="spellEnd"/>
            <w:r w:rsidRPr="00D97086">
              <w:rPr>
                <w:rFonts w:ascii="Times New Roman" w:hAnsi="Times New Roman" w:cs="Times New Roman"/>
                <w:sz w:val="24"/>
                <w:szCs w:val="24"/>
              </w:rPr>
              <w:t>)</w:t>
            </w:r>
          </w:p>
        </w:tc>
        <w:tc>
          <w:tcPr>
            <w:tcW w:w="2877" w:type="dxa"/>
          </w:tcPr>
          <w:p w14:paraId="227E96E7"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Strehim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emergjent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viktimat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dhunës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rastet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dëbimit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subvencione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qiraje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familjet</w:t>
            </w:r>
            <w:proofErr w:type="spellEnd"/>
            <w:r w:rsidRPr="00D97086">
              <w:rPr>
                <w:rFonts w:ascii="Times New Roman" w:hAnsi="Times New Roman" w:cs="Times New Roman"/>
                <w:sz w:val="24"/>
                <w:szCs w:val="24"/>
              </w:rPr>
              <w:t xml:space="preserve"> pa të </w:t>
            </w:r>
            <w:proofErr w:type="spellStart"/>
            <w:r w:rsidRPr="00D97086">
              <w:rPr>
                <w:rFonts w:ascii="Times New Roman" w:hAnsi="Times New Roman" w:cs="Times New Roman"/>
                <w:sz w:val="24"/>
                <w:szCs w:val="24"/>
              </w:rPr>
              <w:t>ardhura</w:t>
            </w:r>
            <w:proofErr w:type="spellEnd"/>
          </w:p>
        </w:tc>
        <w:tc>
          <w:tcPr>
            <w:tcW w:w="2877" w:type="dxa"/>
          </w:tcPr>
          <w:p w14:paraId="6D6FE951"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Viktimat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dhunës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familjet</w:t>
            </w:r>
            <w:proofErr w:type="spellEnd"/>
            <w:r w:rsidRPr="00D97086">
              <w:rPr>
                <w:rFonts w:ascii="Times New Roman" w:hAnsi="Times New Roman" w:cs="Times New Roman"/>
                <w:sz w:val="24"/>
                <w:szCs w:val="24"/>
              </w:rPr>
              <w:t xml:space="preserve"> në NE, rom/</w:t>
            </w:r>
            <w:proofErr w:type="spellStart"/>
            <w:r w:rsidRPr="00D97086">
              <w:rPr>
                <w:rFonts w:ascii="Times New Roman" w:hAnsi="Times New Roman" w:cs="Times New Roman"/>
                <w:sz w:val="24"/>
                <w:szCs w:val="24"/>
              </w:rPr>
              <w:t>egjiptianë</w:t>
            </w:r>
            <w:proofErr w:type="spellEnd"/>
          </w:p>
        </w:tc>
      </w:tr>
      <w:tr w:rsidR="008B3784" w:rsidRPr="00D97086" w14:paraId="2E4FF92E" w14:textId="77777777" w:rsidTr="00D1048F">
        <w:tc>
          <w:tcPr>
            <w:tcW w:w="2876" w:type="dxa"/>
          </w:tcPr>
          <w:p w14:paraId="0F421259"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 xml:space="preserve">1–3 </w:t>
            </w:r>
            <w:proofErr w:type="spellStart"/>
            <w:r w:rsidRPr="00D97086">
              <w:rPr>
                <w:rFonts w:ascii="Times New Roman" w:hAnsi="Times New Roman" w:cs="Times New Roman"/>
                <w:sz w:val="24"/>
                <w:szCs w:val="24"/>
              </w:rPr>
              <w:t>vjet</w:t>
            </w:r>
            <w:proofErr w:type="spellEnd"/>
          </w:p>
        </w:tc>
        <w:tc>
          <w:tcPr>
            <w:tcW w:w="2877" w:type="dxa"/>
          </w:tcPr>
          <w:p w14:paraId="74C696CD" w14:textId="77777777" w:rsidR="008B3784" w:rsidRPr="005B1542" w:rsidRDefault="008B3784" w:rsidP="00521B81">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 xml:space="preserve">Databaza e stokut të banesave; </w:t>
            </w:r>
            <w:r w:rsidR="00521B81" w:rsidRPr="005B1542">
              <w:rPr>
                <w:rFonts w:ascii="Times New Roman" w:hAnsi="Times New Roman" w:cs="Times New Roman"/>
                <w:sz w:val="24"/>
                <w:szCs w:val="24"/>
                <w:lang w:val="it-IT"/>
              </w:rPr>
              <w:t>programi i</w:t>
            </w:r>
            <w:r w:rsidRPr="005B1542">
              <w:rPr>
                <w:rFonts w:ascii="Times New Roman" w:hAnsi="Times New Roman" w:cs="Times New Roman"/>
                <w:sz w:val="24"/>
                <w:szCs w:val="24"/>
                <w:lang w:val="it-IT"/>
              </w:rPr>
              <w:t xml:space="preserve"> përmirësimit të kushteve; formalizimi i tregut të qirasë</w:t>
            </w:r>
          </w:p>
        </w:tc>
        <w:tc>
          <w:tcPr>
            <w:tcW w:w="2877" w:type="dxa"/>
          </w:tcPr>
          <w:p w14:paraId="019438B4"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 xml:space="preserve">PAK, të </w:t>
            </w:r>
            <w:proofErr w:type="spellStart"/>
            <w:r w:rsidRPr="00D97086">
              <w:rPr>
                <w:rFonts w:ascii="Times New Roman" w:hAnsi="Times New Roman" w:cs="Times New Roman"/>
                <w:sz w:val="24"/>
                <w:szCs w:val="24"/>
              </w:rPr>
              <w:t>moshuar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kryefamiljare</w:t>
            </w:r>
            <w:proofErr w:type="spellEnd"/>
            <w:r w:rsidRPr="00D97086">
              <w:rPr>
                <w:rFonts w:ascii="Times New Roman" w:hAnsi="Times New Roman" w:cs="Times New Roman"/>
                <w:sz w:val="24"/>
                <w:szCs w:val="24"/>
              </w:rPr>
              <w:t>, NE</w:t>
            </w:r>
          </w:p>
        </w:tc>
      </w:tr>
      <w:tr w:rsidR="008B3784" w:rsidRPr="00D97086" w14:paraId="11944A88" w14:textId="77777777" w:rsidTr="00D1048F">
        <w:tc>
          <w:tcPr>
            <w:tcW w:w="2876" w:type="dxa"/>
          </w:tcPr>
          <w:p w14:paraId="4D171E7F"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 xml:space="preserve">3–5 </w:t>
            </w:r>
            <w:proofErr w:type="spellStart"/>
            <w:r w:rsidRPr="00D97086">
              <w:rPr>
                <w:rFonts w:ascii="Times New Roman" w:hAnsi="Times New Roman" w:cs="Times New Roman"/>
                <w:sz w:val="24"/>
                <w:szCs w:val="24"/>
              </w:rPr>
              <w:t>vjet</w:t>
            </w:r>
            <w:proofErr w:type="spellEnd"/>
          </w:p>
        </w:tc>
        <w:tc>
          <w:tcPr>
            <w:tcW w:w="2877" w:type="dxa"/>
          </w:tcPr>
          <w:p w14:paraId="0AF9C9BD" w14:textId="77777777" w:rsidR="008B3784" w:rsidRPr="005B1542" w:rsidRDefault="008B3784" w:rsidP="00B06CA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Ndërtimi i banesave sociale në truallin 3.64 ha; krijimi i fondit të qëndrueshëm për strehimin social</w:t>
            </w:r>
          </w:p>
        </w:tc>
        <w:tc>
          <w:tcPr>
            <w:tcW w:w="2877" w:type="dxa"/>
          </w:tcPr>
          <w:p w14:paraId="2BBD207E" w14:textId="77777777" w:rsidR="008B3784" w:rsidRPr="00D97086" w:rsidRDefault="008B3784" w:rsidP="00B06CA4">
            <w:pPr>
              <w:jc w:val="both"/>
              <w:rPr>
                <w:rFonts w:ascii="Times New Roman" w:hAnsi="Times New Roman" w:cs="Times New Roman"/>
                <w:sz w:val="24"/>
                <w:szCs w:val="24"/>
              </w:rPr>
            </w:pPr>
            <w:r w:rsidRPr="00D97086">
              <w:rPr>
                <w:rFonts w:ascii="Times New Roman" w:hAnsi="Times New Roman" w:cs="Times New Roman"/>
                <w:sz w:val="24"/>
                <w:szCs w:val="24"/>
              </w:rPr>
              <w:t xml:space="preserve">Të </w:t>
            </w:r>
            <w:proofErr w:type="spellStart"/>
            <w:r w:rsidRPr="00D97086">
              <w:rPr>
                <w:rFonts w:ascii="Times New Roman" w:hAnsi="Times New Roman" w:cs="Times New Roman"/>
                <w:sz w:val="24"/>
                <w:szCs w:val="24"/>
              </w:rPr>
              <w:t>gjitha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kategoritë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vulnerabël</w:t>
            </w:r>
            <w:proofErr w:type="spellEnd"/>
          </w:p>
        </w:tc>
      </w:tr>
    </w:tbl>
    <w:p w14:paraId="00FC0533" w14:textId="77777777" w:rsidR="008B3784" w:rsidRPr="00D97086" w:rsidRDefault="008B3784" w:rsidP="00B06CA4">
      <w:pPr>
        <w:jc w:val="both"/>
        <w:rPr>
          <w:rFonts w:ascii="Times New Roman" w:hAnsi="Times New Roman" w:cs="Times New Roman"/>
          <w:sz w:val="24"/>
          <w:szCs w:val="24"/>
        </w:rPr>
      </w:pPr>
    </w:p>
    <w:p w14:paraId="5F601512" w14:textId="77777777" w:rsidR="008B3784" w:rsidRPr="00D97086" w:rsidRDefault="008B37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Nevojat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ndërhyrje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prioritare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Bashkinë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reflektojnë</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kombinim</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situatave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emergjente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sfidave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strukturore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Sigurimi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menjëhershëm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grupet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vulnerabël</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duhet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shoqërohet</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investime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afatgjata</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infrastrukturë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ndërtim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banesash</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sociale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Nevojat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identifikuara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përbëjnë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bazën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analitike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përcaktimin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prioriteteve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objektivave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planin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veprimit</w:t>
      </w:r>
      <w:proofErr w:type="spellEnd"/>
      <w:r w:rsidRPr="00D97086">
        <w:rPr>
          <w:rFonts w:ascii="Times New Roman" w:hAnsi="Times New Roman" w:cs="Times New Roman"/>
          <w:sz w:val="24"/>
          <w:szCs w:val="24"/>
        </w:rPr>
        <w:t xml:space="preserve">, duke </w:t>
      </w:r>
      <w:proofErr w:type="spellStart"/>
      <w:r w:rsidRPr="00D97086">
        <w:rPr>
          <w:rFonts w:ascii="Times New Roman" w:hAnsi="Times New Roman" w:cs="Times New Roman"/>
          <w:sz w:val="24"/>
          <w:szCs w:val="24"/>
        </w:rPr>
        <w:t>garantuar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vazhdimësi</w:t>
      </w:r>
      <w:proofErr w:type="spellEnd"/>
      <w:r w:rsidRPr="00D97086">
        <w:rPr>
          <w:rFonts w:ascii="Times New Roman" w:hAnsi="Times New Roman" w:cs="Times New Roman"/>
          <w:sz w:val="24"/>
          <w:szCs w:val="24"/>
        </w:rPr>
        <w:t xml:space="preserve"> midis </w:t>
      </w:r>
      <w:proofErr w:type="spellStart"/>
      <w:r w:rsidRPr="00D97086">
        <w:rPr>
          <w:rFonts w:ascii="Times New Roman" w:hAnsi="Times New Roman" w:cs="Times New Roman"/>
          <w:sz w:val="24"/>
          <w:szCs w:val="24"/>
        </w:rPr>
        <w:t>analizës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politikave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ardhshme</w:t>
      </w:r>
      <w:proofErr w:type="spellEnd"/>
      <w:r w:rsidRPr="00D97086">
        <w:rPr>
          <w:rFonts w:ascii="Times New Roman" w:hAnsi="Times New Roman" w:cs="Times New Roman"/>
          <w:sz w:val="24"/>
          <w:szCs w:val="24"/>
        </w:rPr>
        <w:t xml:space="preserve">. Vetëm një </w:t>
      </w:r>
      <w:proofErr w:type="spellStart"/>
      <w:r w:rsidRPr="00D97086">
        <w:rPr>
          <w:rFonts w:ascii="Times New Roman" w:hAnsi="Times New Roman" w:cs="Times New Roman"/>
          <w:sz w:val="24"/>
          <w:szCs w:val="24"/>
        </w:rPr>
        <w:t>qasje</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integruar</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përputhje</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Ligjin</w:t>
      </w:r>
      <w:proofErr w:type="spellEnd"/>
      <w:r w:rsidRPr="00D97086">
        <w:rPr>
          <w:rFonts w:ascii="Times New Roman" w:hAnsi="Times New Roman" w:cs="Times New Roman"/>
          <w:sz w:val="24"/>
          <w:szCs w:val="24"/>
        </w:rPr>
        <w:t xml:space="preserve"> 22/2018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strategjitë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kombëtare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mund</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kthejë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strehimin</w:t>
      </w:r>
      <w:proofErr w:type="spellEnd"/>
      <w:r w:rsidRPr="00D97086">
        <w:rPr>
          <w:rFonts w:ascii="Times New Roman" w:hAnsi="Times New Roman" w:cs="Times New Roman"/>
          <w:sz w:val="24"/>
          <w:szCs w:val="24"/>
        </w:rPr>
        <w:t xml:space="preserve"> social në një </w:t>
      </w:r>
      <w:proofErr w:type="spellStart"/>
      <w:r w:rsidRPr="00D97086">
        <w:rPr>
          <w:rFonts w:ascii="Times New Roman" w:hAnsi="Times New Roman" w:cs="Times New Roman"/>
          <w:sz w:val="24"/>
          <w:szCs w:val="24"/>
        </w:rPr>
        <w:t>politikë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qëndrueshme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gjithëpërfshirëse</w:t>
      </w:r>
      <w:proofErr w:type="spellEnd"/>
      <w:r w:rsidRPr="00D97086">
        <w:rPr>
          <w:rFonts w:ascii="Times New Roman" w:hAnsi="Times New Roman" w:cs="Times New Roman"/>
          <w:sz w:val="24"/>
          <w:szCs w:val="24"/>
        </w:rPr>
        <w:t>.</w:t>
      </w:r>
    </w:p>
    <w:p w14:paraId="04153F71" w14:textId="77777777" w:rsidR="004472EE" w:rsidRPr="00D97086" w:rsidRDefault="004472EE" w:rsidP="00B06CA4">
      <w:pPr>
        <w:jc w:val="both"/>
        <w:rPr>
          <w:rFonts w:ascii="Times New Roman" w:hAnsi="Times New Roman" w:cs="Times New Roman"/>
          <w:sz w:val="24"/>
          <w:szCs w:val="24"/>
        </w:rPr>
      </w:pPr>
    </w:p>
    <w:p w14:paraId="3E2F8035" w14:textId="77777777" w:rsidR="00902EA2" w:rsidRPr="005B1542" w:rsidRDefault="004472EE" w:rsidP="00902EA2">
      <w:pPr>
        <w:rPr>
          <w:rFonts w:ascii="Times New Roman" w:hAnsi="Times New Roman" w:cs="Times New Roman"/>
          <w:lang w:val="it-IT"/>
        </w:rPr>
      </w:pPr>
      <w:r w:rsidRPr="005B1542">
        <w:rPr>
          <w:rFonts w:ascii="Times New Roman" w:hAnsi="Times New Roman" w:cs="Times New Roman"/>
          <w:sz w:val="24"/>
          <w:szCs w:val="24"/>
          <w:lang w:val="it-IT"/>
        </w:rPr>
        <w:lastRenderedPageBreak/>
        <w:t>Figura 13</w:t>
      </w:r>
      <w:r w:rsidR="00902EA2" w:rsidRPr="00D97086">
        <w:rPr>
          <w:rFonts w:ascii="Times New Roman" w:hAnsi="Times New Roman" w:cs="Times New Roman"/>
          <w:noProof/>
        </w:rPr>
        <w:drawing>
          <wp:anchor distT="0" distB="0" distL="114300" distR="114300" simplePos="0" relativeHeight="251659264" behindDoc="0" locked="0" layoutInCell="1" allowOverlap="1" wp14:anchorId="10105A5E" wp14:editId="5E6779D3">
            <wp:simplePos x="0" y="0"/>
            <wp:positionH relativeFrom="column">
              <wp:posOffset>0</wp:posOffset>
            </wp:positionH>
            <wp:positionV relativeFrom="paragraph">
              <wp:posOffset>314325</wp:posOffset>
            </wp:positionV>
            <wp:extent cx="3612515" cy="1981200"/>
            <wp:effectExtent l="0" t="0" r="6985" b="0"/>
            <wp:wrapThrough wrapText="bothSides">
              <wp:wrapPolygon edited="0">
                <wp:start x="0" y="0"/>
                <wp:lineTo x="0" y="21392"/>
                <wp:lineTo x="21528" y="21392"/>
                <wp:lineTo x="21528"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ramida_strehimit.png"/>
                    <pic:cNvPicPr/>
                  </pic:nvPicPr>
                  <pic:blipFill>
                    <a:blip r:embed="rId14">
                      <a:extLst>
                        <a:ext uri="{28A0092B-C50C-407E-A947-70E740481C1C}">
                          <a14:useLocalDpi xmlns:a14="http://schemas.microsoft.com/office/drawing/2010/main" val="0"/>
                        </a:ext>
                      </a:extLst>
                    </a:blip>
                    <a:stretch>
                      <a:fillRect/>
                    </a:stretch>
                  </pic:blipFill>
                  <pic:spPr>
                    <a:xfrm>
                      <a:off x="0" y="0"/>
                      <a:ext cx="3612515" cy="1981200"/>
                    </a:xfrm>
                    <a:prstGeom prst="rect">
                      <a:avLst/>
                    </a:prstGeom>
                  </pic:spPr>
                </pic:pic>
              </a:graphicData>
            </a:graphic>
            <wp14:sizeRelH relativeFrom="margin">
              <wp14:pctWidth>0</wp14:pctWidth>
            </wp14:sizeRelH>
            <wp14:sizeRelV relativeFrom="margin">
              <wp14:pctHeight>0</wp14:pctHeight>
            </wp14:sizeRelV>
          </wp:anchor>
        </w:drawing>
      </w:r>
      <w:r w:rsidR="00902EA2" w:rsidRPr="005B1542">
        <w:rPr>
          <w:rFonts w:ascii="Times New Roman" w:hAnsi="Times New Roman" w:cs="Times New Roman"/>
          <w:lang w:val="it-IT"/>
        </w:rPr>
        <w:t xml:space="preserve"> Piramida e Nevojave për Strehimin Social në Bashkinë Prrenjas</w:t>
      </w:r>
    </w:p>
    <w:p w14:paraId="3F5646E6" w14:textId="77777777" w:rsidR="00902EA2" w:rsidRDefault="00902EA2" w:rsidP="00902EA2">
      <w:pPr>
        <w:jc w:val="both"/>
        <w:rPr>
          <w:rFonts w:ascii="Times New Roman" w:hAnsi="Times New Roman" w:cs="Times New Roman"/>
        </w:rPr>
      </w:pPr>
      <w:proofErr w:type="spellStart"/>
      <w:r w:rsidRPr="00D97086">
        <w:rPr>
          <w:rFonts w:ascii="Times New Roman" w:hAnsi="Times New Roman" w:cs="Times New Roman"/>
        </w:rPr>
        <w:t>Piramida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paraqet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tre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nivelet</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nevojave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strehimin</w:t>
      </w:r>
      <w:proofErr w:type="spellEnd"/>
      <w:r w:rsidRPr="00D97086">
        <w:rPr>
          <w:rFonts w:ascii="Times New Roman" w:hAnsi="Times New Roman" w:cs="Times New Roman"/>
        </w:rPr>
        <w:t xml:space="preserve"> social në </w:t>
      </w:r>
      <w:proofErr w:type="spellStart"/>
      <w:r w:rsidRPr="00D97086">
        <w:rPr>
          <w:rFonts w:ascii="Times New Roman" w:hAnsi="Times New Roman" w:cs="Times New Roman"/>
        </w:rPr>
        <w:t>Bashkinë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Prrenjas</w:t>
      </w:r>
      <w:proofErr w:type="spellEnd"/>
      <w:r w:rsidRPr="00D97086">
        <w:rPr>
          <w:rFonts w:ascii="Times New Roman" w:hAnsi="Times New Roman" w:cs="Times New Roman"/>
        </w:rPr>
        <w:t>:</w:t>
      </w:r>
      <w:r w:rsidRPr="00D97086">
        <w:rPr>
          <w:rFonts w:ascii="Times New Roman" w:hAnsi="Times New Roman" w:cs="Times New Roman"/>
        </w:rPr>
        <w:br/>
        <w:t xml:space="preserve">• </w:t>
      </w:r>
      <w:proofErr w:type="spellStart"/>
      <w:r w:rsidRPr="00D97086">
        <w:rPr>
          <w:rFonts w:ascii="Times New Roman" w:hAnsi="Times New Roman" w:cs="Times New Roman"/>
        </w:rPr>
        <w:t>Niveli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bazë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kuq</w:t>
      </w:r>
      <w:proofErr w:type="spellEnd"/>
      <w:r w:rsidRPr="00D97086">
        <w:rPr>
          <w:rFonts w:ascii="Times New Roman" w:hAnsi="Times New Roman" w:cs="Times New Roman"/>
        </w:rPr>
        <w:t xml:space="preserve">) – </w:t>
      </w:r>
      <w:proofErr w:type="spellStart"/>
      <w:r w:rsidRPr="00D97086">
        <w:rPr>
          <w:rFonts w:ascii="Times New Roman" w:hAnsi="Times New Roman" w:cs="Times New Roman"/>
        </w:rPr>
        <w:t>Nevoja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emergjente</w:t>
      </w:r>
      <w:proofErr w:type="spellEnd"/>
      <w:r w:rsidRPr="00D97086">
        <w:rPr>
          <w:rFonts w:ascii="Times New Roman" w:hAnsi="Times New Roman" w:cs="Times New Roman"/>
        </w:rPr>
        <w:t xml:space="preserve"> (0–12 </w:t>
      </w:r>
      <w:proofErr w:type="spellStart"/>
      <w:r w:rsidRPr="00D97086">
        <w:rPr>
          <w:rFonts w:ascii="Times New Roman" w:hAnsi="Times New Roman" w:cs="Times New Roman"/>
        </w:rPr>
        <w:t>muaj</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strehim</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emergjent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viktimat</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dhunës</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rastet</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dëbimeve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subvencione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qiraje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familjet</w:t>
      </w:r>
      <w:proofErr w:type="spellEnd"/>
      <w:r w:rsidRPr="00D97086">
        <w:rPr>
          <w:rFonts w:ascii="Times New Roman" w:hAnsi="Times New Roman" w:cs="Times New Roman"/>
        </w:rPr>
        <w:t xml:space="preserve"> pa të </w:t>
      </w:r>
      <w:proofErr w:type="spellStart"/>
      <w:r w:rsidRPr="00D97086">
        <w:rPr>
          <w:rFonts w:ascii="Times New Roman" w:hAnsi="Times New Roman" w:cs="Times New Roman"/>
        </w:rPr>
        <w:t>ardhura</w:t>
      </w:r>
      <w:proofErr w:type="spellEnd"/>
      <w:r w:rsidRPr="00D97086">
        <w:rPr>
          <w:rFonts w:ascii="Times New Roman" w:hAnsi="Times New Roman" w:cs="Times New Roman"/>
        </w:rPr>
        <w:t>.</w:t>
      </w:r>
      <w:r w:rsidRPr="00D97086">
        <w:rPr>
          <w:rFonts w:ascii="Times New Roman" w:hAnsi="Times New Roman" w:cs="Times New Roman"/>
        </w:rPr>
        <w:br/>
        <w:t xml:space="preserve">• </w:t>
      </w:r>
      <w:proofErr w:type="spellStart"/>
      <w:r w:rsidRPr="00D97086">
        <w:rPr>
          <w:rFonts w:ascii="Times New Roman" w:hAnsi="Times New Roman" w:cs="Times New Roman"/>
        </w:rPr>
        <w:t>Niveli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mesëm</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portokalli</w:t>
      </w:r>
      <w:proofErr w:type="spellEnd"/>
      <w:r w:rsidRPr="00D97086">
        <w:rPr>
          <w:rFonts w:ascii="Times New Roman" w:hAnsi="Times New Roman" w:cs="Times New Roman"/>
        </w:rPr>
        <w:t xml:space="preserve">) – </w:t>
      </w:r>
      <w:proofErr w:type="spellStart"/>
      <w:r w:rsidRPr="00D97086">
        <w:rPr>
          <w:rFonts w:ascii="Times New Roman" w:hAnsi="Times New Roman" w:cs="Times New Roman"/>
        </w:rPr>
        <w:t>Nevoja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afatmesme</w:t>
      </w:r>
      <w:proofErr w:type="spellEnd"/>
      <w:r w:rsidRPr="00D97086">
        <w:rPr>
          <w:rFonts w:ascii="Times New Roman" w:hAnsi="Times New Roman" w:cs="Times New Roman"/>
        </w:rPr>
        <w:t xml:space="preserve"> (1–3 </w:t>
      </w:r>
      <w:proofErr w:type="spellStart"/>
      <w:r w:rsidRPr="00D97086">
        <w:rPr>
          <w:rFonts w:ascii="Times New Roman" w:hAnsi="Times New Roman" w:cs="Times New Roman"/>
        </w:rPr>
        <w:t>vjet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ndërtimi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databazës</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stokut</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banesave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programi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përmirësimit</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kushteve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banimit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formalizimi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tregut</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qirasë</w:t>
      </w:r>
      <w:proofErr w:type="spellEnd"/>
      <w:r w:rsidRPr="00D97086">
        <w:rPr>
          <w:rFonts w:ascii="Times New Roman" w:hAnsi="Times New Roman" w:cs="Times New Roman"/>
        </w:rPr>
        <w:t>.</w:t>
      </w:r>
      <w:r w:rsidRPr="00D97086">
        <w:rPr>
          <w:rFonts w:ascii="Times New Roman" w:hAnsi="Times New Roman" w:cs="Times New Roman"/>
        </w:rPr>
        <w:br/>
        <w:t xml:space="preserve">• </w:t>
      </w:r>
      <w:proofErr w:type="spellStart"/>
      <w:r w:rsidRPr="00D97086">
        <w:rPr>
          <w:rFonts w:ascii="Times New Roman" w:hAnsi="Times New Roman" w:cs="Times New Roman"/>
        </w:rPr>
        <w:t>Niveli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sipërm</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jeshil</w:t>
      </w:r>
      <w:proofErr w:type="spellEnd"/>
      <w:r w:rsidRPr="00D97086">
        <w:rPr>
          <w:rFonts w:ascii="Times New Roman" w:hAnsi="Times New Roman" w:cs="Times New Roman"/>
        </w:rPr>
        <w:t xml:space="preserve">) – </w:t>
      </w:r>
      <w:proofErr w:type="spellStart"/>
      <w:r w:rsidRPr="00D97086">
        <w:rPr>
          <w:rFonts w:ascii="Times New Roman" w:hAnsi="Times New Roman" w:cs="Times New Roman"/>
        </w:rPr>
        <w:t>Nevoja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afatgjata</w:t>
      </w:r>
      <w:proofErr w:type="spellEnd"/>
      <w:r w:rsidRPr="00D97086">
        <w:rPr>
          <w:rFonts w:ascii="Times New Roman" w:hAnsi="Times New Roman" w:cs="Times New Roman"/>
        </w:rPr>
        <w:t xml:space="preserve"> (3–5 </w:t>
      </w:r>
      <w:proofErr w:type="spellStart"/>
      <w:r w:rsidRPr="00D97086">
        <w:rPr>
          <w:rFonts w:ascii="Times New Roman" w:hAnsi="Times New Roman" w:cs="Times New Roman"/>
        </w:rPr>
        <w:t>vjet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ndërtimi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banesave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sociale</w:t>
      </w:r>
      <w:proofErr w:type="spellEnd"/>
      <w:r w:rsidRPr="00D97086">
        <w:rPr>
          <w:rFonts w:ascii="Times New Roman" w:hAnsi="Times New Roman" w:cs="Times New Roman"/>
        </w:rPr>
        <w:t xml:space="preserve"> në </w:t>
      </w:r>
      <w:proofErr w:type="spellStart"/>
      <w:r w:rsidRPr="00D97086">
        <w:rPr>
          <w:rFonts w:ascii="Times New Roman" w:hAnsi="Times New Roman" w:cs="Times New Roman"/>
        </w:rPr>
        <w:t>truallin</w:t>
      </w:r>
      <w:proofErr w:type="spellEnd"/>
      <w:r w:rsidRPr="00D97086">
        <w:rPr>
          <w:rFonts w:ascii="Times New Roman" w:hAnsi="Times New Roman" w:cs="Times New Roman"/>
        </w:rPr>
        <w:t xml:space="preserve"> 3.64 ha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krijimi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një </w:t>
      </w:r>
      <w:proofErr w:type="spellStart"/>
      <w:r w:rsidRPr="00D97086">
        <w:rPr>
          <w:rFonts w:ascii="Times New Roman" w:hAnsi="Times New Roman" w:cs="Times New Roman"/>
        </w:rPr>
        <w:t>fondi</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qëndrueshëm</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strehimin</w:t>
      </w:r>
      <w:proofErr w:type="spellEnd"/>
      <w:r w:rsidRPr="00D97086">
        <w:rPr>
          <w:rFonts w:ascii="Times New Roman" w:hAnsi="Times New Roman" w:cs="Times New Roman"/>
        </w:rPr>
        <w:t xml:space="preserve"> social.</w:t>
      </w:r>
    </w:p>
    <w:p w14:paraId="6BEAB0A1" w14:textId="77777777" w:rsidR="00A269A9" w:rsidRPr="00D97086" w:rsidRDefault="00A269A9" w:rsidP="00902EA2">
      <w:pPr>
        <w:jc w:val="both"/>
        <w:rPr>
          <w:rFonts w:ascii="Times New Roman" w:hAnsi="Times New Roman" w:cs="Times New Roman"/>
        </w:rPr>
      </w:pPr>
    </w:p>
    <w:p w14:paraId="258710D8" w14:textId="77777777" w:rsidR="00D92B38" w:rsidRPr="00D97086" w:rsidRDefault="00D92B38" w:rsidP="0020237D">
      <w:pPr>
        <w:pStyle w:val="Heading1"/>
        <w:numPr>
          <w:ilvl w:val="0"/>
          <w:numId w:val="22"/>
        </w:numPr>
        <w:rPr>
          <w:rFonts w:ascii="Times New Roman" w:hAnsi="Times New Roman" w:cs="Times New Roman"/>
        </w:rPr>
      </w:pPr>
      <w:bookmarkStart w:id="9" w:name="_Toc209703436"/>
      <w:proofErr w:type="spellStart"/>
      <w:r w:rsidRPr="00D97086">
        <w:rPr>
          <w:rFonts w:ascii="Times New Roman" w:hAnsi="Times New Roman" w:cs="Times New Roman"/>
        </w:rPr>
        <w:t>Burimet</w:t>
      </w:r>
      <w:proofErr w:type="spellEnd"/>
      <w:r w:rsidRPr="00D97086">
        <w:rPr>
          <w:rFonts w:ascii="Times New Roman" w:hAnsi="Times New Roman" w:cs="Times New Roman"/>
        </w:rPr>
        <w:t xml:space="preserve"> Njerëzore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Strehimin</w:t>
      </w:r>
      <w:bookmarkEnd w:id="9"/>
      <w:proofErr w:type="spellEnd"/>
    </w:p>
    <w:p w14:paraId="499DE7CA" w14:textId="77777777" w:rsidR="00B06CA4" w:rsidRPr="00D97086" w:rsidRDefault="00B06CA4" w:rsidP="00B06CA4">
      <w:pPr>
        <w:jc w:val="both"/>
        <w:rPr>
          <w:rFonts w:ascii="Times New Roman" w:hAnsi="Times New Roman" w:cs="Times New Roman"/>
          <w:sz w:val="24"/>
          <w:szCs w:val="24"/>
        </w:rPr>
      </w:pPr>
    </w:p>
    <w:p w14:paraId="49D20880" w14:textId="77777777" w:rsidR="00D92B38" w:rsidRPr="00D97086" w:rsidRDefault="00D92B38" w:rsidP="00B06CA4">
      <w:pPr>
        <w:jc w:val="both"/>
        <w:rPr>
          <w:rFonts w:ascii="Times New Roman" w:hAnsi="Times New Roman" w:cs="Times New Roman"/>
          <w:sz w:val="24"/>
          <w:szCs w:val="24"/>
        </w:rPr>
      </w:pPr>
      <w:r w:rsidRPr="00D97086">
        <w:rPr>
          <w:rFonts w:ascii="Times New Roman" w:hAnsi="Times New Roman" w:cs="Times New Roman"/>
          <w:sz w:val="24"/>
          <w:szCs w:val="24"/>
        </w:rPr>
        <w:t xml:space="preserve">Bashkia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ka të </w:t>
      </w:r>
      <w:proofErr w:type="spellStart"/>
      <w:r w:rsidRPr="00D97086">
        <w:rPr>
          <w:rFonts w:ascii="Times New Roman" w:hAnsi="Times New Roman" w:cs="Times New Roman"/>
          <w:sz w:val="24"/>
          <w:szCs w:val="24"/>
        </w:rPr>
        <w:t>punësuar</w:t>
      </w:r>
      <w:proofErr w:type="spellEnd"/>
      <w:r w:rsidRPr="00D97086">
        <w:rPr>
          <w:rFonts w:ascii="Times New Roman" w:hAnsi="Times New Roman" w:cs="Times New Roman"/>
          <w:sz w:val="24"/>
          <w:szCs w:val="24"/>
        </w:rPr>
        <w:t xml:space="preserve"> një specialist të </w:t>
      </w:r>
      <w:proofErr w:type="spellStart"/>
      <w:r w:rsidRPr="00D97086">
        <w:rPr>
          <w:rFonts w:ascii="Times New Roman" w:hAnsi="Times New Roman" w:cs="Times New Roman"/>
          <w:sz w:val="24"/>
          <w:szCs w:val="24"/>
        </w:rPr>
        <w:t>dedikuar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strehimin</w:t>
      </w:r>
      <w:proofErr w:type="spellEnd"/>
      <w:r w:rsidRPr="00D97086">
        <w:rPr>
          <w:rFonts w:ascii="Times New Roman" w:hAnsi="Times New Roman" w:cs="Times New Roman"/>
          <w:sz w:val="24"/>
          <w:szCs w:val="24"/>
        </w:rPr>
        <w:t xml:space="preserve"> social </w:t>
      </w:r>
      <w:proofErr w:type="spellStart"/>
      <w:r w:rsidRPr="00D97086">
        <w:rPr>
          <w:rFonts w:ascii="Times New Roman" w:hAnsi="Times New Roman" w:cs="Times New Roman"/>
          <w:sz w:val="24"/>
          <w:szCs w:val="24"/>
        </w:rPr>
        <w:t>pranë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Drejtorisë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006A478A" w:rsidRPr="00D97086">
        <w:rPr>
          <w:rFonts w:ascii="Times New Roman" w:hAnsi="Times New Roman" w:cs="Times New Roman"/>
          <w:sz w:val="24"/>
          <w:szCs w:val="24"/>
        </w:rPr>
        <w:t>Planifikim</w:t>
      </w:r>
      <w:proofErr w:type="spellEnd"/>
      <w:r w:rsidR="006A478A" w:rsidRPr="00D97086">
        <w:rPr>
          <w:rFonts w:ascii="Times New Roman" w:hAnsi="Times New Roman" w:cs="Times New Roman"/>
          <w:sz w:val="24"/>
          <w:szCs w:val="24"/>
        </w:rPr>
        <w:t xml:space="preserve"> </w:t>
      </w:r>
      <w:proofErr w:type="spellStart"/>
      <w:r w:rsidR="006A478A" w:rsidRPr="00D97086">
        <w:rPr>
          <w:rFonts w:ascii="Times New Roman" w:hAnsi="Times New Roman" w:cs="Times New Roman"/>
          <w:sz w:val="24"/>
          <w:szCs w:val="24"/>
        </w:rPr>
        <w:t>Menaxhimit</w:t>
      </w:r>
      <w:proofErr w:type="spellEnd"/>
      <w:r w:rsidR="006A478A" w:rsidRPr="00D97086">
        <w:rPr>
          <w:rFonts w:ascii="Times New Roman" w:hAnsi="Times New Roman" w:cs="Times New Roman"/>
          <w:sz w:val="24"/>
          <w:szCs w:val="24"/>
        </w:rPr>
        <w:t xml:space="preserve"> </w:t>
      </w:r>
      <w:proofErr w:type="spellStart"/>
      <w:r w:rsidR="006A478A" w:rsidRPr="00D97086">
        <w:rPr>
          <w:rFonts w:ascii="Times New Roman" w:hAnsi="Times New Roman" w:cs="Times New Roman"/>
          <w:sz w:val="24"/>
          <w:szCs w:val="24"/>
        </w:rPr>
        <w:t>Financiar</w:t>
      </w:r>
      <w:proofErr w:type="spellEnd"/>
      <w:r w:rsidR="006A478A" w:rsidRPr="00D97086">
        <w:rPr>
          <w:rFonts w:ascii="Times New Roman" w:hAnsi="Times New Roman" w:cs="Times New Roman"/>
          <w:sz w:val="24"/>
          <w:szCs w:val="24"/>
        </w:rPr>
        <w:t xml:space="preserve"> </w:t>
      </w:r>
      <w:proofErr w:type="spellStart"/>
      <w:r w:rsidR="006A478A" w:rsidRPr="00D97086">
        <w:rPr>
          <w:rFonts w:ascii="Times New Roman" w:hAnsi="Times New Roman" w:cs="Times New Roman"/>
          <w:sz w:val="24"/>
          <w:szCs w:val="24"/>
        </w:rPr>
        <w:t>dhe</w:t>
      </w:r>
      <w:proofErr w:type="spellEnd"/>
      <w:r w:rsidR="006A478A" w:rsidRPr="00D97086">
        <w:rPr>
          <w:rFonts w:ascii="Times New Roman" w:hAnsi="Times New Roman" w:cs="Times New Roman"/>
          <w:sz w:val="24"/>
          <w:szCs w:val="24"/>
        </w:rPr>
        <w:t xml:space="preserve"> </w:t>
      </w:r>
      <w:proofErr w:type="spellStart"/>
      <w:r w:rsidR="006A478A" w:rsidRPr="00D97086">
        <w:rPr>
          <w:rFonts w:ascii="Times New Roman" w:hAnsi="Times New Roman" w:cs="Times New Roman"/>
          <w:sz w:val="24"/>
          <w:szCs w:val="24"/>
        </w:rPr>
        <w:t>Shërbimeve</w:t>
      </w:r>
      <w:proofErr w:type="spellEnd"/>
      <w:r w:rsidR="006A478A" w:rsidRPr="00D97086">
        <w:rPr>
          <w:rFonts w:ascii="Times New Roman" w:hAnsi="Times New Roman" w:cs="Times New Roman"/>
          <w:sz w:val="24"/>
          <w:szCs w:val="24"/>
        </w:rPr>
        <w:t xml:space="preserve"> Sociale. Me </w:t>
      </w:r>
      <w:proofErr w:type="spellStart"/>
      <w:r w:rsidR="006A478A" w:rsidRPr="00D97086">
        <w:rPr>
          <w:rFonts w:ascii="Times New Roman" w:hAnsi="Times New Roman" w:cs="Times New Roman"/>
          <w:sz w:val="24"/>
          <w:szCs w:val="24"/>
        </w:rPr>
        <w:t>urdhër</w:t>
      </w:r>
      <w:proofErr w:type="spellEnd"/>
      <w:r w:rsidR="006A478A" w:rsidRPr="00D97086">
        <w:rPr>
          <w:rFonts w:ascii="Times New Roman" w:hAnsi="Times New Roman" w:cs="Times New Roman"/>
          <w:sz w:val="24"/>
          <w:szCs w:val="24"/>
        </w:rPr>
        <w:t xml:space="preserve"> të </w:t>
      </w:r>
      <w:proofErr w:type="spellStart"/>
      <w:r w:rsidR="006A478A" w:rsidRPr="00D97086">
        <w:rPr>
          <w:rFonts w:ascii="Times New Roman" w:hAnsi="Times New Roman" w:cs="Times New Roman"/>
          <w:sz w:val="24"/>
          <w:szCs w:val="24"/>
        </w:rPr>
        <w:t>Kryetarit</w:t>
      </w:r>
      <w:proofErr w:type="spellEnd"/>
      <w:r w:rsidR="006A478A" w:rsidRPr="00D97086">
        <w:rPr>
          <w:rFonts w:ascii="Times New Roman" w:hAnsi="Times New Roman" w:cs="Times New Roman"/>
          <w:sz w:val="24"/>
          <w:szCs w:val="24"/>
        </w:rPr>
        <w:t xml:space="preserve"> të </w:t>
      </w:r>
      <w:proofErr w:type="spellStart"/>
      <w:r w:rsidR="006A478A" w:rsidRPr="00D97086">
        <w:rPr>
          <w:rFonts w:ascii="Times New Roman" w:hAnsi="Times New Roman" w:cs="Times New Roman"/>
          <w:sz w:val="24"/>
          <w:szCs w:val="24"/>
        </w:rPr>
        <w:t>bashkise</w:t>
      </w:r>
      <w:proofErr w:type="spellEnd"/>
      <w:r w:rsidR="006A478A" w:rsidRPr="00D97086">
        <w:rPr>
          <w:rFonts w:ascii="Times New Roman" w:hAnsi="Times New Roman" w:cs="Times New Roman"/>
          <w:sz w:val="24"/>
          <w:szCs w:val="24"/>
        </w:rPr>
        <w:t xml:space="preserve"> </w:t>
      </w:r>
      <w:proofErr w:type="spellStart"/>
      <w:r w:rsidR="006A478A" w:rsidRPr="00D97086">
        <w:rPr>
          <w:rFonts w:ascii="Times New Roman" w:hAnsi="Times New Roman" w:cs="Times New Roman"/>
          <w:sz w:val="24"/>
          <w:szCs w:val="24"/>
        </w:rPr>
        <w:t>është</w:t>
      </w:r>
      <w:proofErr w:type="spellEnd"/>
      <w:r w:rsidR="006A478A" w:rsidRPr="00D97086">
        <w:rPr>
          <w:rFonts w:ascii="Times New Roman" w:hAnsi="Times New Roman" w:cs="Times New Roman"/>
          <w:sz w:val="24"/>
          <w:szCs w:val="24"/>
        </w:rPr>
        <w:t xml:space="preserve"> </w:t>
      </w:r>
      <w:proofErr w:type="spellStart"/>
      <w:r w:rsidR="006A478A" w:rsidRPr="00D97086">
        <w:rPr>
          <w:rFonts w:ascii="Times New Roman" w:hAnsi="Times New Roman" w:cs="Times New Roman"/>
          <w:sz w:val="24"/>
          <w:szCs w:val="24"/>
        </w:rPr>
        <w:t>ngrit</w:t>
      </w:r>
      <w:proofErr w:type="spellEnd"/>
      <w:r w:rsidR="006A478A" w:rsidRPr="00D97086">
        <w:rPr>
          <w:rFonts w:ascii="Times New Roman" w:hAnsi="Times New Roman" w:cs="Times New Roman"/>
          <w:sz w:val="24"/>
          <w:szCs w:val="24"/>
        </w:rPr>
        <w:t xml:space="preserve"> </w:t>
      </w:r>
      <w:proofErr w:type="spellStart"/>
      <w:r w:rsidR="006A478A" w:rsidRPr="00D97086">
        <w:rPr>
          <w:rFonts w:ascii="Times New Roman" w:hAnsi="Times New Roman" w:cs="Times New Roman"/>
          <w:sz w:val="24"/>
          <w:szCs w:val="24"/>
        </w:rPr>
        <w:t>nje</w:t>
      </w:r>
      <w:proofErr w:type="spellEnd"/>
      <w:r w:rsidR="006A478A" w:rsidRPr="00D97086">
        <w:rPr>
          <w:rFonts w:ascii="Times New Roman" w:hAnsi="Times New Roman" w:cs="Times New Roman"/>
          <w:sz w:val="24"/>
          <w:szCs w:val="24"/>
        </w:rPr>
        <w:t xml:space="preserve"> </w:t>
      </w:r>
      <w:proofErr w:type="spellStart"/>
      <w:r w:rsidR="006A478A" w:rsidRPr="00D97086">
        <w:rPr>
          <w:rFonts w:ascii="Times New Roman" w:hAnsi="Times New Roman" w:cs="Times New Roman"/>
          <w:sz w:val="24"/>
          <w:szCs w:val="24"/>
        </w:rPr>
        <w:t>komisjon</w:t>
      </w:r>
      <w:proofErr w:type="spellEnd"/>
      <w:r w:rsidR="006A478A" w:rsidRPr="00D97086">
        <w:rPr>
          <w:rFonts w:ascii="Times New Roman" w:hAnsi="Times New Roman" w:cs="Times New Roman"/>
          <w:sz w:val="24"/>
          <w:szCs w:val="24"/>
        </w:rPr>
        <w:t xml:space="preserve"> </w:t>
      </w:r>
      <w:proofErr w:type="spellStart"/>
      <w:r w:rsidR="006A478A" w:rsidRPr="00D97086">
        <w:rPr>
          <w:rFonts w:ascii="Times New Roman" w:hAnsi="Times New Roman" w:cs="Times New Roman"/>
          <w:sz w:val="24"/>
          <w:szCs w:val="24"/>
        </w:rPr>
        <w:t>vlersimi</w:t>
      </w:r>
      <w:proofErr w:type="spellEnd"/>
      <w:r w:rsidR="006A478A" w:rsidRPr="00D97086">
        <w:rPr>
          <w:rFonts w:ascii="Times New Roman" w:hAnsi="Times New Roman" w:cs="Times New Roman"/>
          <w:sz w:val="24"/>
          <w:szCs w:val="24"/>
        </w:rPr>
        <w:t xml:space="preserve"> </w:t>
      </w:r>
      <w:proofErr w:type="spellStart"/>
      <w:r w:rsidR="006A478A" w:rsidRPr="00D97086">
        <w:rPr>
          <w:rFonts w:ascii="Times New Roman" w:hAnsi="Times New Roman" w:cs="Times New Roman"/>
          <w:sz w:val="24"/>
          <w:szCs w:val="24"/>
        </w:rPr>
        <w:t>për</w:t>
      </w:r>
      <w:proofErr w:type="spellEnd"/>
      <w:r w:rsidR="006A478A" w:rsidRPr="00D97086">
        <w:rPr>
          <w:rFonts w:ascii="Times New Roman" w:hAnsi="Times New Roman" w:cs="Times New Roman"/>
          <w:sz w:val="24"/>
          <w:szCs w:val="24"/>
        </w:rPr>
        <w:t xml:space="preserve"> </w:t>
      </w:r>
      <w:proofErr w:type="spellStart"/>
      <w:r w:rsidR="006A478A" w:rsidRPr="00D97086">
        <w:rPr>
          <w:rFonts w:ascii="Times New Roman" w:hAnsi="Times New Roman" w:cs="Times New Roman"/>
          <w:sz w:val="24"/>
          <w:szCs w:val="24"/>
        </w:rPr>
        <w:t>ndjeksjen</w:t>
      </w:r>
      <w:proofErr w:type="spellEnd"/>
      <w:r w:rsidR="006A478A" w:rsidRPr="00D97086">
        <w:rPr>
          <w:rFonts w:ascii="Times New Roman" w:hAnsi="Times New Roman" w:cs="Times New Roman"/>
          <w:sz w:val="24"/>
          <w:szCs w:val="24"/>
        </w:rPr>
        <w:t xml:space="preserve"> e </w:t>
      </w:r>
      <w:proofErr w:type="spellStart"/>
      <w:r w:rsidR="006A478A" w:rsidRPr="00D97086">
        <w:rPr>
          <w:rFonts w:ascii="Times New Roman" w:hAnsi="Times New Roman" w:cs="Times New Roman"/>
          <w:sz w:val="24"/>
          <w:szCs w:val="24"/>
        </w:rPr>
        <w:t>programve</w:t>
      </w:r>
      <w:proofErr w:type="spellEnd"/>
      <w:r w:rsidR="006A478A" w:rsidRPr="00D97086">
        <w:rPr>
          <w:rFonts w:ascii="Times New Roman" w:hAnsi="Times New Roman" w:cs="Times New Roman"/>
          <w:sz w:val="24"/>
          <w:szCs w:val="24"/>
        </w:rPr>
        <w:t xml:space="preserve"> të </w:t>
      </w:r>
      <w:proofErr w:type="spellStart"/>
      <w:r w:rsidR="006A478A" w:rsidRPr="00D97086">
        <w:rPr>
          <w:rFonts w:ascii="Times New Roman" w:hAnsi="Times New Roman" w:cs="Times New Roman"/>
          <w:sz w:val="24"/>
          <w:szCs w:val="24"/>
        </w:rPr>
        <w:t>strehimit</w:t>
      </w:r>
      <w:proofErr w:type="spellEnd"/>
      <w:r w:rsidR="00435F00"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mbulon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administrimin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aplikimeve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përzgjedhjen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përfituesve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monitorimin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programeve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qiratë</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subvencionuara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kreditë</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buta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përmirësimi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kushteve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banimit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Prania</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specialistit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përbën</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pikë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fortë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organizative</w:t>
      </w:r>
      <w:proofErr w:type="spellEnd"/>
      <w:r w:rsidRPr="00D97086">
        <w:rPr>
          <w:rFonts w:ascii="Times New Roman" w:hAnsi="Times New Roman" w:cs="Times New Roman"/>
          <w:sz w:val="24"/>
          <w:szCs w:val="24"/>
        </w:rPr>
        <w:t xml:space="preserve">, duke </w:t>
      </w:r>
      <w:proofErr w:type="spellStart"/>
      <w:r w:rsidRPr="00D97086">
        <w:rPr>
          <w:rFonts w:ascii="Times New Roman" w:hAnsi="Times New Roman" w:cs="Times New Roman"/>
          <w:sz w:val="24"/>
          <w:szCs w:val="24"/>
        </w:rPr>
        <w:t>garantuar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proceset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zhvillohen</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përputhje</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Ligjin</w:t>
      </w:r>
      <w:proofErr w:type="spellEnd"/>
      <w:r w:rsidRPr="00D97086">
        <w:rPr>
          <w:rFonts w:ascii="Times New Roman" w:hAnsi="Times New Roman" w:cs="Times New Roman"/>
          <w:sz w:val="24"/>
          <w:szCs w:val="24"/>
        </w:rPr>
        <w:t xml:space="preserve"> nr. 22/2018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udhëzimet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përkatëse</w:t>
      </w:r>
      <w:proofErr w:type="spellEnd"/>
      <w:r w:rsidRPr="00D97086">
        <w:rPr>
          <w:rFonts w:ascii="Times New Roman" w:hAnsi="Times New Roman" w:cs="Times New Roman"/>
          <w:sz w:val="24"/>
          <w:szCs w:val="24"/>
        </w:rPr>
        <w:t>.</w:t>
      </w:r>
    </w:p>
    <w:p w14:paraId="199CE15B" w14:textId="77777777" w:rsidR="00D92B38" w:rsidRPr="00D97086" w:rsidRDefault="00D92B38"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Megjithatë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kapacitetet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njerëzore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mbeten</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kufizuara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Përgjegjësitë</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shpesh</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ndërthuren</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ato</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ndihmës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ekonomike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shërbimeve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sociale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çka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rrit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ngarkesën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punës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ngadalëson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procesin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trajtimit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rasteve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nivel</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njësive</w:t>
      </w:r>
      <w:proofErr w:type="spellEnd"/>
      <w:r w:rsidRPr="00D97086">
        <w:rPr>
          <w:rFonts w:ascii="Times New Roman" w:hAnsi="Times New Roman" w:cs="Times New Roman"/>
          <w:sz w:val="24"/>
          <w:szCs w:val="24"/>
        </w:rPr>
        <w:t xml:space="preserve"> administrative, </w:t>
      </w:r>
      <w:proofErr w:type="spellStart"/>
      <w:r w:rsidRPr="00D97086">
        <w:rPr>
          <w:rFonts w:ascii="Times New Roman" w:hAnsi="Times New Roman" w:cs="Times New Roman"/>
          <w:sz w:val="24"/>
          <w:szCs w:val="24"/>
        </w:rPr>
        <w:t>administratorët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punonjësit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vendorë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mbështesin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procesin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përmes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identifikimit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rasteve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nevojë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përcjelljes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dokumentacionit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nuk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kanë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formim</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specializuar</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këtë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fushë</w:t>
      </w:r>
      <w:proofErr w:type="spellEnd"/>
      <w:r w:rsidRPr="00D97086">
        <w:rPr>
          <w:rFonts w:ascii="Times New Roman" w:hAnsi="Times New Roman" w:cs="Times New Roman"/>
          <w:sz w:val="24"/>
          <w:szCs w:val="24"/>
        </w:rPr>
        <w:t>.</w:t>
      </w:r>
    </w:p>
    <w:p w14:paraId="327E2525" w14:textId="77777777" w:rsidR="00B06CA4" w:rsidRPr="00D97086" w:rsidRDefault="00D92B38"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rritur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efektivitetin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mbulimin</w:t>
      </w:r>
      <w:proofErr w:type="spellEnd"/>
      <w:r w:rsidRPr="00D97086">
        <w:rPr>
          <w:rFonts w:ascii="Times New Roman" w:hAnsi="Times New Roman" w:cs="Times New Roman"/>
          <w:sz w:val="24"/>
          <w:szCs w:val="24"/>
        </w:rPr>
        <w:t>, B</w:t>
      </w:r>
      <w:r w:rsidR="00B06CA4" w:rsidRPr="00D97086">
        <w:rPr>
          <w:rFonts w:ascii="Times New Roman" w:hAnsi="Times New Roman" w:cs="Times New Roman"/>
          <w:sz w:val="24"/>
          <w:szCs w:val="24"/>
        </w:rPr>
        <w:t xml:space="preserve">ashkia </w:t>
      </w:r>
      <w:proofErr w:type="spellStart"/>
      <w:r w:rsidR="00B06CA4" w:rsidRPr="00D97086">
        <w:rPr>
          <w:rFonts w:ascii="Times New Roman" w:hAnsi="Times New Roman" w:cs="Times New Roman"/>
          <w:sz w:val="24"/>
          <w:szCs w:val="24"/>
        </w:rPr>
        <w:t>Prrenjas</w:t>
      </w:r>
      <w:proofErr w:type="spellEnd"/>
      <w:r w:rsidR="00B06CA4" w:rsidRPr="00D97086">
        <w:rPr>
          <w:rFonts w:ascii="Times New Roman" w:hAnsi="Times New Roman" w:cs="Times New Roman"/>
          <w:sz w:val="24"/>
          <w:szCs w:val="24"/>
        </w:rPr>
        <w:t xml:space="preserve"> ka </w:t>
      </w:r>
      <w:proofErr w:type="spellStart"/>
      <w:r w:rsidR="00B06CA4" w:rsidRPr="00D97086">
        <w:rPr>
          <w:rFonts w:ascii="Times New Roman" w:hAnsi="Times New Roman" w:cs="Times New Roman"/>
          <w:sz w:val="24"/>
          <w:szCs w:val="24"/>
        </w:rPr>
        <w:t>nevojë</w:t>
      </w:r>
      <w:proofErr w:type="spellEnd"/>
      <w:r w:rsidR="00B06CA4" w:rsidRPr="00D97086">
        <w:rPr>
          <w:rFonts w:ascii="Times New Roman" w:hAnsi="Times New Roman" w:cs="Times New Roman"/>
          <w:sz w:val="24"/>
          <w:szCs w:val="24"/>
        </w:rPr>
        <w:t xml:space="preserve"> të:</w:t>
      </w:r>
    </w:p>
    <w:p w14:paraId="2C63C20D" w14:textId="77777777" w:rsidR="00B06CA4" w:rsidRPr="00D97086" w:rsidRDefault="00D92B38" w:rsidP="00B06CA4">
      <w:pPr>
        <w:pStyle w:val="ListParagraph"/>
        <w:numPr>
          <w:ilvl w:val="0"/>
          <w:numId w:val="19"/>
        </w:numPr>
        <w:jc w:val="both"/>
        <w:rPr>
          <w:rFonts w:ascii="Times New Roman" w:hAnsi="Times New Roman" w:cs="Times New Roman"/>
          <w:sz w:val="24"/>
          <w:szCs w:val="24"/>
        </w:rPr>
      </w:pPr>
      <w:proofErr w:type="spellStart"/>
      <w:r w:rsidRPr="00D97086">
        <w:rPr>
          <w:rFonts w:ascii="Times New Roman" w:hAnsi="Times New Roman" w:cs="Times New Roman"/>
          <w:sz w:val="24"/>
          <w:szCs w:val="24"/>
        </w:rPr>
        <w:t>forcojë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rolin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specialistit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mbështetje</w:t>
      </w:r>
      <w:proofErr w:type="spellEnd"/>
      <w:r w:rsidR="00B06CA4" w:rsidRPr="00D97086">
        <w:rPr>
          <w:rFonts w:ascii="Times New Roman" w:hAnsi="Times New Roman" w:cs="Times New Roman"/>
          <w:sz w:val="24"/>
          <w:szCs w:val="24"/>
        </w:rPr>
        <w:t xml:space="preserve"> </w:t>
      </w:r>
      <w:proofErr w:type="spellStart"/>
      <w:r w:rsidR="00B06CA4" w:rsidRPr="00D97086">
        <w:rPr>
          <w:rFonts w:ascii="Times New Roman" w:hAnsi="Times New Roman" w:cs="Times New Roman"/>
          <w:sz w:val="24"/>
          <w:szCs w:val="24"/>
        </w:rPr>
        <w:t>shtesë</w:t>
      </w:r>
      <w:proofErr w:type="spellEnd"/>
      <w:r w:rsidR="00B06CA4" w:rsidRPr="00D97086">
        <w:rPr>
          <w:rFonts w:ascii="Times New Roman" w:hAnsi="Times New Roman" w:cs="Times New Roman"/>
          <w:sz w:val="24"/>
          <w:szCs w:val="24"/>
        </w:rPr>
        <w:t xml:space="preserve"> </w:t>
      </w:r>
      <w:proofErr w:type="spellStart"/>
      <w:r w:rsidR="00B06CA4" w:rsidRPr="00D97086">
        <w:rPr>
          <w:rFonts w:ascii="Times New Roman" w:hAnsi="Times New Roman" w:cs="Times New Roman"/>
          <w:sz w:val="24"/>
          <w:szCs w:val="24"/>
        </w:rPr>
        <w:t>teknike</w:t>
      </w:r>
      <w:proofErr w:type="spellEnd"/>
      <w:r w:rsidR="00B06CA4" w:rsidRPr="00D97086">
        <w:rPr>
          <w:rFonts w:ascii="Times New Roman" w:hAnsi="Times New Roman" w:cs="Times New Roman"/>
          <w:sz w:val="24"/>
          <w:szCs w:val="24"/>
        </w:rPr>
        <w:t xml:space="preserve"> </w:t>
      </w:r>
      <w:proofErr w:type="spellStart"/>
      <w:r w:rsidR="00B06CA4" w:rsidRPr="00D97086">
        <w:rPr>
          <w:rFonts w:ascii="Times New Roman" w:hAnsi="Times New Roman" w:cs="Times New Roman"/>
          <w:sz w:val="24"/>
          <w:szCs w:val="24"/>
        </w:rPr>
        <w:t>dhe</w:t>
      </w:r>
      <w:proofErr w:type="spellEnd"/>
      <w:r w:rsidR="00B06CA4" w:rsidRPr="00D97086">
        <w:rPr>
          <w:rFonts w:ascii="Times New Roman" w:hAnsi="Times New Roman" w:cs="Times New Roman"/>
          <w:sz w:val="24"/>
          <w:szCs w:val="24"/>
        </w:rPr>
        <w:t xml:space="preserve"> </w:t>
      </w:r>
      <w:proofErr w:type="spellStart"/>
      <w:r w:rsidR="00B06CA4" w:rsidRPr="00D97086">
        <w:rPr>
          <w:rFonts w:ascii="Times New Roman" w:hAnsi="Times New Roman" w:cs="Times New Roman"/>
          <w:sz w:val="24"/>
          <w:szCs w:val="24"/>
        </w:rPr>
        <w:t>logjistike</w:t>
      </w:r>
      <w:proofErr w:type="spellEnd"/>
      <w:r w:rsidR="00B06CA4" w:rsidRPr="00D97086">
        <w:rPr>
          <w:rFonts w:ascii="Times New Roman" w:hAnsi="Times New Roman" w:cs="Times New Roman"/>
          <w:sz w:val="24"/>
          <w:szCs w:val="24"/>
        </w:rPr>
        <w:t>,</w:t>
      </w:r>
    </w:p>
    <w:p w14:paraId="0A183CC0" w14:textId="77777777" w:rsidR="00B06CA4" w:rsidRPr="00D97086" w:rsidRDefault="00D92B38" w:rsidP="00B06CA4">
      <w:pPr>
        <w:pStyle w:val="ListParagraph"/>
        <w:numPr>
          <w:ilvl w:val="0"/>
          <w:numId w:val="19"/>
        </w:numPr>
        <w:jc w:val="both"/>
        <w:rPr>
          <w:rFonts w:ascii="Times New Roman" w:hAnsi="Times New Roman" w:cs="Times New Roman"/>
          <w:sz w:val="24"/>
          <w:szCs w:val="24"/>
        </w:rPr>
      </w:pPr>
      <w:proofErr w:type="spellStart"/>
      <w:r w:rsidRPr="00D97086">
        <w:rPr>
          <w:rFonts w:ascii="Times New Roman" w:hAnsi="Times New Roman" w:cs="Times New Roman"/>
          <w:sz w:val="24"/>
          <w:szCs w:val="24"/>
        </w:rPr>
        <w:t>shtojë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numrin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punonjësve</w:t>
      </w:r>
      <w:proofErr w:type="spellEnd"/>
      <w:r w:rsidRPr="00D97086">
        <w:rPr>
          <w:rFonts w:ascii="Times New Roman" w:hAnsi="Times New Roman" w:cs="Times New Roman"/>
          <w:sz w:val="24"/>
          <w:szCs w:val="24"/>
        </w:rPr>
        <w:t xml:space="preserve"> të</w:t>
      </w:r>
      <w:r w:rsidR="00B06CA4" w:rsidRPr="00D97086">
        <w:rPr>
          <w:rFonts w:ascii="Times New Roman" w:hAnsi="Times New Roman" w:cs="Times New Roman"/>
          <w:sz w:val="24"/>
          <w:szCs w:val="24"/>
        </w:rPr>
        <w:t xml:space="preserve"> </w:t>
      </w:r>
      <w:proofErr w:type="spellStart"/>
      <w:r w:rsidR="00B06CA4" w:rsidRPr="00D97086">
        <w:rPr>
          <w:rFonts w:ascii="Times New Roman" w:hAnsi="Times New Roman" w:cs="Times New Roman"/>
          <w:sz w:val="24"/>
          <w:szCs w:val="24"/>
        </w:rPr>
        <w:t>dedikuar</w:t>
      </w:r>
      <w:proofErr w:type="spellEnd"/>
      <w:r w:rsidR="00B06CA4" w:rsidRPr="00D97086">
        <w:rPr>
          <w:rFonts w:ascii="Times New Roman" w:hAnsi="Times New Roman" w:cs="Times New Roman"/>
          <w:sz w:val="24"/>
          <w:szCs w:val="24"/>
        </w:rPr>
        <w:t xml:space="preserve"> </w:t>
      </w:r>
      <w:proofErr w:type="spellStart"/>
      <w:r w:rsidR="00B06CA4" w:rsidRPr="00D97086">
        <w:rPr>
          <w:rFonts w:ascii="Times New Roman" w:hAnsi="Times New Roman" w:cs="Times New Roman"/>
          <w:sz w:val="24"/>
          <w:szCs w:val="24"/>
        </w:rPr>
        <w:t>për</w:t>
      </w:r>
      <w:proofErr w:type="spellEnd"/>
      <w:r w:rsidR="00B06CA4" w:rsidRPr="00D97086">
        <w:rPr>
          <w:rFonts w:ascii="Times New Roman" w:hAnsi="Times New Roman" w:cs="Times New Roman"/>
          <w:sz w:val="24"/>
          <w:szCs w:val="24"/>
        </w:rPr>
        <w:t xml:space="preserve"> </w:t>
      </w:r>
      <w:proofErr w:type="spellStart"/>
      <w:r w:rsidR="00B06CA4" w:rsidRPr="00D97086">
        <w:rPr>
          <w:rFonts w:ascii="Times New Roman" w:hAnsi="Times New Roman" w:cs="Times New Roman"/>
          <w:sz w:val="24"/>
          <w:szCs w:val="24"/>
        </w:rPr>
        <w:t>strehimin</w:t>
      </w:r>
      <w:proofErr w:type="spellEnd"/>
      <w:r w:rsidR="00B06CA4" w:rsidRPr="00D97086">
        <w:rPr>
          <w:rFonts w:ascii="Times New Roman" w:hAnsi="Times New Roman" w:cs="Times New Roman"/>
          <w:sz w:val="24"/>
          <w:szCs w:val="24"/>
        </w:rPr>
        <w:t xml:space="preserve"> social,</w:t>
      </w:r>
    </w:p>
    <w:p w14:paraId="5EDF44ED" w14:textId="77777777" w:rsidR="00B06CA4" w:rsidRPr="00D97086" w:rsidRDefault="00D92B38" w:rsidP="00B06CA4">
      <w:pPr>
        <w:pStyle w:val="ListParagraph"/>
        <w:numPr>
          <w:ilvl w:val="0"/>
          <w:numId w:val="19"/>
        </w:numPr>
        <w:jc w:val="both"/>
        <w:rPr>
          <w:rFonts w:ascii="Times New Roman" w:hAnsi="Times New Roman" w:cs="Times New Roman"/>
          <w:sz w:val="24"/>
          <w:szCs w:val="24"/>
        </w:rPr>
      </w:pPr>
      <w:proofErr w:type="spellStart"/>
      <w:r w:rsidRPr="00D97086">
        <w:rPr>
          <w:rFonts w:ascii="Times New Roman" w:hAnsi="Times New Roman" w:cs="Times New Roman"/>
          <w:sz w:val="24"/>
          <w:szCs w:val="24"/>
        </w:rPr>
        <w:lastRenderedPageBreak/>
        <w:t>ofrojë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trajnime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vazhdueshme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administratën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vendore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procedurat</w:t>
      </w:r>
      <w:proofErr w:type="spellEnd"/>
      <w:r w:rsidRPr="00D97086">
        <w:rPr>
          <w:rFonts w:ascii="Times New Roman" w:hAnsi="Times New Roman" w:cs="Times New Roman"/>
          <w:sz w:val="24"/>
          <w:szCs w:val="24"/>
        </w:rPr>
        <w:t xml:space="preserve"> </w:t>
      </w:r>
      <w:proofErr w:type="spellStart"/>
      <w:r w:rsidR="00B06CA4" w:rsidRPr="00D97086">
        <w:rPr>
          <w:rFonts w:ascii="Times New Roman" w:hAnsi="Times New Roman" w:cs="Times New Roman"/>
          <w:sz w:val="24"/>
          <w:szCs w:val="24"/>
        </w:rPr>
        <w:t>dhe</w:t>
      </w:r>
      <w:proofErr w:type="spellEnd"/>
      <w:r w:rsidR="00B06CA4" w:rsidRPr="00D97086">
        <w:rPr>
          <w:rFonts w:ascii="Times New Roman" w:hAnsi="Times New Roman" w:cs="Times New Roman"/>
          <w:sz w:val="24"/>
          <w:szCs w:val="24"/>
        </w:rPr>
        <w:t xml:space="preserve"> </w:t>
      </w:r>
      <w:proofErr w:type="spellStart"/>
      <w:r w:rsidR="00B06CA4" w:rsidRPr="00D97086">
        <w:rPr>
          <w:rFonts w:ascii="Times New Roman" w:hAnsi="Times New Roman" w:cs="Times New Roman"/>
          <w:sz w:val="24"/>
          <w:szCs w:val="24"/>
        </w:rPr>
        <w:t>legjislacionin</w:t>
      </w:r>
      <w:proofErr w:type="spellEnd"/>
      <w:r w:rsidR="00B06CA4" w:rsidRPr="00D97086">
        <w:rPr>
          <w:rFonts w:ascii="Times New Roman" w:hAnsi="Times New Roman" w:cs="Times New Roman"/>
          <w:sz w:val="24"/>
          <w:szCs w:val="24"/>
        </w:rPr>
        <w:t xml:space="preserve"> e </w:t>
      </w:r>
      <w:proofErr w:type="spellStart"/>
      <w:r w:rsidR="00B06CA4" w:rsidRPr="00D97086">
        <w:rPr>
          <w:rFonts w:ascii="Times New Roman" w:hAnsi="Times New Roman" w:cs="Times New Roman"/>
          <w:sz w:val="24"/>
          <w:szCs w:val="24"/>
        </w:rPr>
        <w:t>strehimit</w:t>
      </w:r>
      <w:proofErr w:type="spellEnd"/>
      <w:r w:rsidR="00B06CA4" w:rsidRPr="00D97086">
        <w:rPr>
          <w:rFonts w:ascii="Times New Roman" w:hAnsi="Times New Roman" w:cs="Times New Roman"/>
          <w:sz w:val="24"/>
          <w:szCs w:val="24"/>
        </w:rPr>
        <w:t>.</w:t>
      </w:r>
    </w:p>
    <w:p w14:paraId="36641443" w14:textId="77777777" w:rsidR="00D92B38" w:rsidRDefault="00D92B38" w:rsidP="00B06CA4">
      <w:pPr>
        <w:jc w:val="both"/>
        <w:rPr>
          <w:rFonts w:ascii="Times New Roman" w:hAnsi="Times New Roman" w:cs="Times New Roman"/>
          <w:sz w:val="24"/>
          <w:szCs w:val="24"/>
        </w:rPr>
      </w:pPr>
      <w:r w:rsidRPr="00D97086">
        <w:rPr>
          <w:rFonts w:ascii="Times New Roman" w:hAnsi="Times New Roman" w:cs="Times New Roman"/>
          <w:sz w:val="24"/>
          <w:szCs w:val="24"/>
        </w:rPr>
        <w:t xml:space="preserve">Në </w:t>
      </w:r>
      <w:proofErr w:type="spellStart"/>
      <w:r w:rsidRPr="00D97086">
        <w:rPr>
          <w:rFonts w:ascii="Times New Roman" w:hAnsi="Times New Roman" w:cs="Times New Roman"/>
          <w:sz w:val="24"/>
          <w:szCs w:val="24"/>
        </w:rPr>
        <w:t>këtë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mënyrë</w:t>
      </w:r>
      <w:proofErr w:type="spellEnd"/>
      <w:r w:rsidRPr="00D97086">
        <w:rPr>
          <w:rFonts w:ascii="Times New Roman" w:hAnsi="Times New Roman" w:cs="Times New Roman"/>
          <w:sz w:val="24"/>
          <w:szCs w:val="24"/>
        </w:rPr>
        <w:t xml:space="preserve">, do të </w:t>
      </w:r>
      <w:proofErr w:type="spellStart"/>
      <w:r w:rsidRPr="00D97086">
        <w:rPr>
          <w:rFonts w:ascii="Times New Roman" w:hAnsi="Times New Roman" w:cs="Times New Roman"/>
          <w:sz w:val="24"/>
          <w:szCs w:val="24"/>
        </w:rPr>
        <w:t>sigurohet</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sistem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qëndrueshëm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efikas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menaxhimin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programeve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mbështetjen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kategorive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vulnerabël</w:t>
      </w:r>
      <w:proofErr w:type="spellEnd"/>
      <w:r w:rsidRPr="00D97086">
        <w:rPr>
          <w:rFonts w:ascii="Times New Roman" w:hAnsi="Times New Roman" w:cs="Times New Roman"/>
          <w:sz w:val="24"/>
          <w:szCs w:val="24"/>
        </w:rPr>
        <w:t>.</w:t>
      </w:r>
    </w:p>
    <w:p w14:paraId="386A11DA" w14:textId="77777777" w:rsidR="00A269A9" w:rsidRPr="00D97086" w:rsidRDefault="00A269A9" w:rsidP="00B06CA4">
      <w:pPr>
        <w:jc w:val="both"/>
        <w:rPr>
          <w:rFonts w:ascii="Times New Roman" w:hAnsi="Times New Roman" w:cs="Times New Roman"/>
          <w:sz w:val="24"/>
          <w:szCs w:val="24"/>
        </w:rPr>
      </w:pPr>
    </w:p>
    <w:p w14:paraId="583BA4EC" w14:textId="77777777" w:rsidR="00B06CA4" w:rsidRPr="00D97086" w:rsidRDefault="00B06CA4" w:rsidP="0020237D">
      <w:pPr>
        <w:pStyle w:val="Heading1"/>
        <w:numPr>
          <w:ilvl w:val="0"/>
          <w:numId w:val="22"/>
        </w:numPr>
        <w:rPr>
          <w:rFonts w:ascii="Times New Roman" w:hAnsi="Times New Roman" w:cs="Times New Roman"/>
        </w:rPr>
      </w:pPr>
      <w:bookmarkStart w:id="10" w:name="_Toc209703437"/>
      <w:r w:rsidRPr="00D97086">
        <w:rPr>
          <w:rFonts w:ascii="Times New Roman" w:hAnsi="Times New Roman" w:cs="Times New Roman"/>
        </w:rPr>
        <w:t xml:space="preserve">Analiza e </w:t>
      </w:r>
      <w:proofErr w:type="spellStart"/>
      <w:r w:rsidRPr="00D97086">
        <w:rPr>
          <w:rFonts w:ascii="Times New Roman" w:hAnsi="Times New Roman" w:cs="Times New Roman"/>
        </w:rPr>
        <w:t>kapacitetit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financiar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strehimin</w:t>
      </w:r>
      <w:proofErr w:type="spellEnd"/>
      <w:r w:rsidRPr="00D97086">
        <w:rPr>
          <w:rFonts w:ascii="Times New Roman" w:hAnsi="Times New Roman" w:cs="Times New Roman"/>
        </w:rPr>
        <w:t xml:space="preserve"> në </w:t>
      </w:r>
      <w:proofErr w:type="spellStart"/>
      <w:r w:rsidRPr="00D97086">
        <w:rPr>
          <w:rFonts w:ascii="Times New Roman" w:hAnsi="Times New Roman" w:cs="Times New Roman"/>
        </w:rPr>
        <w:t>Bashkinë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Prrenjas</w:t>
      </w:r>
      <w:bookmarkEnd w:id="10"/>
      <w:proofErr w:type="spellEnd"/>
      <w:r w:rsidRPr="00D97086">
        <w:rPr>
          <w:rFonts w:ascii="Times New Roman" w:hAnsi="Times New Roman" w:cs="Times New Roman"/>
        </w:rPr>
        <w:t xml:space="preserve"> </w:t>
      </w:r>
    </w:p>
    <w:p w14:paraId="0332CB94" w14:textId="77777777" w:rsidR="00A269A9" w:rsidRDefault="00A269A9" w:rsidP="00B06CA4">
      <w:pPr>
        <w:jc w:val="both"/>
        <w:rPr>
          <w:rFonts w:ascii="Times New Roman" w:hAnsi="Times New Roman" w:cs="Times New Roman"/>
          <w:sz w:val="24"/>
          <w:szCs w:val="24"/>
        </w:rPr>
      </w:pPr>
    </w:p>
    <w:p w14:paraId="4EB89813" w14:textId="77777777" w:rsidR="00B06CA4" w:rsidRPr="00D97086" w:rsidRDefault="00B06CA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Kapaciteti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financiar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Bashkisë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reflekton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varësinë</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lartë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transfertat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kushtëzuara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qeverisë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qendrore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rolin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plotësues</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bashkisë</w:t>
      </w:r>
      <w:proofErr w:type="spellEnd"/>
      <w:r w:rsidRPr="00D97086">
        <w:rPr>
          <w:rFonts w:ascii="Times New Roman" w:hAnsi="Times New Roman" w:cs="Times New Roman"/>
          <w:sz w:val="24"/>
          <w:szCs w:val="24"/>
        </w:rPr>
        <w:t xml:space="preserve">. Nga </w:t>
      </w:r>
      <w:proofErr w:type="spellStart"/>
      <w:r w:rsidRPr="00D97086">
        <w:rPr>
          <w:rFonts w:ascii="Times New Roman" w:hAnsi="Times New Roman" w:cs="Times New Roman"/>
          <w:sz w:val="24"/>
          <w:szCs w:val="24"/>
        </w:rPr>
        <w:t>njëra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qeveria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mbulon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pjesën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madhe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kostos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përmes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subvencioneve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qirasë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programeve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përmirësimit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kushteve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banimit</w:t>
      </w:r>
      <w:proofErr w:type="spellEnd"/>
      <w:r w:rsidRPr="00D97086">
        <w:rPr>
          <w:rFonts w:ascii="Times New Roman" w:hAnsi="Times New Roman" w:cs="Times New Roman"/>
          <w:sz w:val="24"/>
          <w:szCs w:val="24"/>
        </w:rPr>
        <w:t xml:space="preserve">. Nga ana </w:t>
      </w:r>
      <w:proofErr w:type="spellStart"/>
      <w:r w:rsidRPr="00D97086">
        <w:rPr>
          <w:rFonts w:ascii="Times New Roman" w:hAnsi="Times New Roman" w:cs="Times New Roman"/>
          <w:sz w:val="24"/>
          <w:szCs w:val="24"/>
        </w:rPr>
        <w:t>tjetër</w:t>
      </w:r>
      <w:proofErr w:type="spellEnd"/>
      <w:r w:rsidRPr="00D97086">
        <w:rPr>
          <w:rFonts w:ascii="Times New Roman" w:hAnsi="Times New Roman" w:cs="Times New Roman"/>
          <w:sz w:val="24"/>
          <w:szCs w:val="24"/>
        </w:rPr>
        <w:t xml:space="preserve">, duke </w:t>
      </w:r>
      <w:proofErr w:type="spellStart"/>
      <w:r w:rsidRPr="00D97086">
        <w:rPr>
          <w:rFonts w:ascii="Times New Roman" w:hAnsi="Times New Roman" w:cs="Times New Roman"/>
          <w:sz w:val="24"/>
          <w:szCs w:val="24"/>
        </w:rPr>
        <w:t>filluar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viti</w:t>
      </w:r>
      <w:proofErr w:type="spellEnd"/>
      <w:r w:rsidRPr="00D97086">
        <w:rPr>
          <w:rFonts w:ascii="Times New Roman" w:hAnsi="Times New Roman" w:cs="Times New Roman"/>
          <w:sz w:val="24"/>
          <w:szCs w:val="24"/>
        </w:rPr>
        <w:t xml:space="preserve"> 2024, bashkia </w:t>
      </w:r>
      <w:proofErr w:type="spellStart"/>
      <w:r w:rsidRPr="00D97086">
        <w:rPr>
          <w:rFonts w:ascii="Times New Roman" w:hAnsi="Times New Roman" w:cs="Times New Roman"/>
          <w:sz w:val="24"/>
          <w:szCs w:val="24"/>
        </w:rPr>
        <w:t>është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angazhuar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mbulojë</w:t>
      </w:r>
      <w:proofErr w:type="spellEnd"/>
      <w:r w:rsidRPr="00D97086">
        <w:rPr>
          <w:rFonts w:ascii="Times New Roman" w:hAnsi="Times New Roman" w:cs="Times New Roman"/>
          <w:sz w:val="24"/>
          <w:szCs w:val="24"/>
        </w:rPr>
        <w:t xml:space="preserve"> 20% të </w:t>
      </w:r>
      <w:proofErr w:type="spellStart"/>
      <w:r w:rsidRPr="00D97086">
        <w:rPr>
          <w:rFonts w:ascii="Times New Roman" w:hAnsi="Times New Roman" w:cs="Times New Roman"/>
          <w:sz w:val="24"/>
          <w:szCs w:val="24"/>
        </w:rPr>
        <w:t>kostos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çdo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skemë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ardhurat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veta</w:t>
      </w:r>
      <w:proofErr w:type="spellEnd"/>
      <w:r w:rsidR="00902EA2" w:rsidRPr="00D97086">
        <w:rPr>
          <w:rFonts w:ascii="Times New Roman" w:hAnsi="Times New Roman" w:cs="Times New Roman"/>
          <w:sz w:val="24"/>
          <w:szCs w:val="24"/>
        </w:rPr>
        <w:t xml:space="preserve"> (shih </w:t>
      </w:r>
      <w:proofErr w:type="spellStart"/>
      <w:r w:rsidR="00902EA2" w:rsidRPr="00D97086">
        <w:rPr>
          <w:rFonts w:ascii="Times New Roman" w:hAnsi="Times New Roman" w:cs="Times New Roman"/>
          <w:sz w:val="24"/>
          <w:szCs w:val="24"/>
        </w:rPr>
        <w:t>Figurën</w:t>
      </w:r>
      <w:proofErr w:type="spellEnd"/>
      <w:r w:rsidR="00902EA2" w:rsidRPr="00D97086">
        <w:rPr>
          <w:rFonts w:ascii="Times New Roman" w:hAnsi="Times New Roman" w:cs="Times New Roman"/>
          <w:sz w:val="24"/>
          <w:szCs w:val="24"/>
        </w:rPr>
        <w:t xml:space="preserve"> 14)</w:t>
      </w:r>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përjashtuar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skemën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kredisë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butë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financohet</w:t>
      </w:r>
      <w:proofErr w:type="spellEnd"/>
      <w:r w:rsidRPr="00D97086">
        <w:rPr>
          <w:rFonts w:ascii="Times New Roman" w:hAnsi="Times New Roman" w:cs="Times New Roman"/>
          <w:sz w:val="24"/>
          <w:szCs w:val="24"/>
        </w:rPr>
        <w:t xml:space="preserve"> 100%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qeveria</w:t>
      </w:r>
      <w:proofErr w:type="spellEnd"/>
      <w:r w:rsidRPr="00D97086">
        <w:rPr>
          <w:rFonts w:ascii="Times New Roman" w:hAnsi="Times New Roman" w:cs="Times New Roman"/>
          <w:sz w:val="24"/>
          <w:szCs w:val="24"/>
        </w:rPr>
        <w:t xml:space="preserve">. Ky </w:t>
      </w:r>
      <w:proofErr w:type="spellStart"/>
      <w:r w:rsidRPr="00D97086">
        <w:rPr>
          <w:rFonts w:ascii="Times New Roman" w:hAnsi="Times New Roman" w:cs="Times New Roman"/>
          <w:sz w:val="24"/>
          <w:szCs w:val="24"/>
        </w:rPr>
        <w:t>konfigurim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tregon</w:t>
      </w:r>
      <w:proofErr w:type="spellEnd"/>
      <w:r w:rsidRPr="00D97086">
        <w:rPr>
          <w:rFonts w:ascii="Times New Roman" w:hAnsi="Times New Roman" w:cs="Times New Roman"/>
          <w:sz w:val="24"/>
          <w:szCs w:val="24"/>
        </w:rPr>
        <w:t xml:space="preserve"> një model </w:t>
      </w:r>
      <w:proofErr w:type="spellStart"/>
      <w:r w:rsidRPr="00D97086">
        <w:rPr>
          <w:rFonts w:ascii="Times New Roman" w:hAnsi="Times New Roman" w:cs="Times New Roman"/>
          <w:sz w:val="24"/>
          <w:szCs w:val="24"/>
        </w:rPr>
        <w:t>bashkëfinancimi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gjithsesi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thekson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varësinë</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madhe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fondet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qendrore</w:t>
      </w:r>
      <w:proofErr w:type="spellEnd"/>
      <w:r w:rsidRPr="00D97086">
        <w:rPr>
          <w:rFonts w:ascii="Times New Roman" w:hAnsi="Times New Roman" w:cs="Times New Roman"/>
          <w:sz w:val="24"/>
          <w:szCs w:val="24"/>
        </w:rPr>
        <w:t>.</w:t>
      </w:r>
    </w:p>
    <w:p w14:paraId="1AAEEA4C" w14:textId="77777777" w:rsidR="00902EA2" w:rsidRPr="005B1542" w:rsidRDefault="00902EA2" w:rsidP="00B06CA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 xml:space="preserve">Figura 14: Niveli </w:t>
      </w:r>
      <w:r w:rsidR="0011047D" w:rsidRPr="005B1542">
        <w:rPr>
          <w:rFonts w:ascii="Times New Roman" w:hAnsi="Times New Roman" w:cs="Times New Roman"/>
          <w:sz w:val="24"/>
          <w:szCs w:val="24"/>
          <w:lang w:val="it-IT"/>
        </w:rPr>
        <w:t>i</w:t>
      </w:r>
      <w:r w:rsidRPr="005B1542">
        <w:rPr>
          <w:rFonts w:ascii="Times New Roman" w:hAnsi="Times New Roman" w:cs="Times New Roman"/>
          <w:sz w:val="24"/>
          <w:szCs w:val="24"/>
          <w:lang w:val="it-IT"/>
        </w:rPr>
        <w:t xml:space="preserve"> burimit të finanimit për </w:t>
      </w:r>
      <w:r w:rsidR="0011047D" w:rsidRPr="005B1542">
        <w:rPr>
          <w:rFonts w:ascii="Times New Roman" w:hAnsi="Times New Roman" w:cs="Times New Roman"/>
          <w:sz w:val="24"/>
          <w:szCs w:val="24"/>
          <w:lang w:val="it-IT"/>
        </w:rPr>
        <w:t xml:space="preserve">prongamin e </w:t>
      </w:r>
      <w:r w:rsidRPr="005B1542">
        <w:rPr>
          <w:rFonts w:ascii="Times New Roman" w:hAnsi="Times New Roman" w:cs="Times New Roman"/>
          <w:sz w:val="24"/>
          <w:szCs w:val="24"/>
          <w:lang w:val="it-IT"/>
        </w:rPr>
        <w:t>qi</w:t>
      </w:r>
      <w:r w:rsidR="0011047D" w:rsidRPr="005B1542">
        <w:rPr>
          <w:rFonts w:ascii="Times New Roman" w:hAnsi="Times New Roman" w:cs="Times New Roman"/>
          <w:sz w:val="24"/>
          <w:szCs w:val="24"/>
          <w:lang w:val="it-IT"/>
        </w:rPr>
        <w:t>ras</w:t>
      </w:r>
      <w:r w:rsidRPr="005B1542">
        <w:rPr>
          <w:rFonts w:ascii="Times New Roman" w:hAnsi="Times New Roman" w:cs="Times New Roman"/>
          <w:sz w:val="24"/>
          <w:szCs w:val="24"/>
          <w:lang w:val="it-IT"/>
        </w:rPr>
        <w:t>ë dhe</w:t>
      </w:r>
      <w:r w:rsidR="0011047D" w:rsidRPr="005B1542">
        <w:rPr>
          <w:rFonts w:ascii="Times New Roman" w:hAnsi="Times New Roman" w:cs="Times New Roman"/>
          <w:sz w:val="24"/>
          <w:szCs w:val="24"/>
          <w:lang w:val="it-IT"/>
        </w:rPr>
        <w:t xml:space="preserve"> programin e përmirësimit të kushteve të banimit</w:t>
      </w:r>
    </w:p>
    <w:p w14:paraId="435F2479" w14:textId="77777777" w:rsidR="00902EA2" w:rsidRPr="00D97086" w:rsidRDefault="00902EA2" w:rsidP="00B06CA4">
      <w:pPr>
        <w:jc w:val="both"/>
        <w:rPr>
          <w:rFonts w:ascii="Times New Roman" w:hAnsi="Times New Roman" w:cs="Times New Roman"/>
          <w:sz w:val="24"/>
          <w:szCs w:val="24"/>
        </w:rPr>
      </w:pPr>
      <w:r w:rsidRPr="00D97086">
        <w:rPr>
          <w:rFonts w:ascii="Times New Roman" w:hAnsi="Times New Roman" w:cs="Times New Roman"/>
          <w:noProof/>
        </w:rPr>
        <w:drawing>
          <wp:inline distT="0" distB="0" distL="0" distR="0" wp14:anchorId="0BE5CCB0" wp14:editId="76E215EB">
            <wp:extent cx="5553075" cy="2743200"/>
            <wp:effectExtent l="0" t="0" r="9525"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4071F02" w14:textId="77777777" w:rsidR="00B06CA4" w:rsidRPr="00D97086" w:rsidRDefault="00B06CA4" w:rsidP="00B06CA4">
      <w:pPr>
        <w:jc w:val="both"/>
        <w:rPr>
          <w:rFonts w:ascii="Times New Roman" w:hAnsi="Times New Roman" w:cs="Times New Roman"/>
          <w:sz w:val="24"/>
          <w:szCs w:val="24"/>
        </w:rPr>
      </w:pPr>
      <w:r w:rsidRPr="00D97086">
        <w:rPr>
          <w:rFonts w:ascii="Times New Roman" w:hAnsi="Times New Roman" w:cs="Times New Roman"/>
          <w:sz w:val="24"/>
          <w:szCs w:val="24"/>
        </w:rPr>
        <w:t xml:space="preserve">Të </w:t>
      </w:r>
      <w:proofErr w:type="spellStart"/>
      <w:r w:rsidRPr="00D97086">
        <w:rPr>
          <w:rFonts w:ascii="Times New Roman" w:hAnsi="Times New Roman" w:cs="Times New Roman"/>
          <w:sz w:val="24"/>
          <w:szCs w:val="24"/>
        </w:rPr>
        <w:t>dhënat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buxhetore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periudhën</w:t>
      </w:r>
      <w:proofErr w:type="spellEnd"/>
      <w:r w:rsidRPr="00D97086">
        <w:rPr>
          <w:rFonts w:ascii="Times New Roman" w:hAnsi="Times New Roman" w:cs="Times New Roman"/>
          <w:sz w:val="24"/>
          <w:szCs w:val="24"/>
        </w:rPr>
        <w:t xml:space="preserve"> 2022–2029 </w:t>
      </w:r>
      <w:proofErr w:type="spellStart"/>
      <w:r w:rsidRPr="00D97086">
        <w:rPr>
          <w:rFonts w:ascii="Times New Roman" w:hAnsi="Times New Roman" w:cs="Times New Roman"/>
          <w:sz w:val="24"/>
          <w:szCs w:val="24"/>
        </w:rPr>
        <w:t>tregojnë</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evolucion</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qartë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politikës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Bashkinë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duke </w:t>
      </w:r>
      <w:proofErr w:type="spellStart"/>
      <w:r w:rsidRPr="00D97086">
        <w:rPr>
          <w:rFonts w:ascii="Times New Roman" w:hAnsi="Times New Roman" w:cs="Times New Roman"/>
          <w:sz w:val="24"/>
          <w:szCs w:val="24"/>
        </w:rPr>
        <w:t>reflektuar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ndryshimet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vite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instrumentet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përdorura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burimet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financimit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vitet</w:t>
      </w:r>
      <w:proofErr w:type="spellEnd"/>
      <w:r w:rsidRPr="00D97086">
        <w:rPr>
          <w:rFonts w:ascii="Times New Roman" w:hAnsi="Times New Roman" w:cs="Times New Roman"/>
          <w:sz w:val="24"/>
          <w:szCs w:val="24"/>
        </w:rPr>
        <w:t xml:space="preserve"> 2022–2023, </w:t>
      </w:r>
      <w:proofErr w:type="spellStart"/>
      <w:r w:rsidRPr="00D97086">
        <w:rPr>
          <w:rFonts w:ascii="Times New Roman" w:hAnsi="Times New Roman" w:cs="Times New Roman"/>
          <w:sz w:val="24"/>
          <w:szCs w:val="24"/>
        </w:rPr>
        <w:t>mbështetja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është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fokusuar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lastRenderedPageBreak/>
        <w:t>kryesisht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tek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programi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përmirësimit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kushteve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banimit</w:t>
      </w:r>
      <w:proofErr w:type="spellEnd"/>
      <w:r w:rsidRPr="00D97086">
        <w:rPr>
          <w:rFonts w:ascii="Times New Roman" w:hAnsi="Times New Roman" w:cs="Times New Roman"/>
          <w:sz w:val="24"/>
          <w:szCs w:val="24"/>
        </w:rPr>
        <w:t xml:space="preserve">, me një total </w:t>
      </w:r>
      <w:proofErr w:type="spellStart"/>
      <w:r w:rsidRPr="00D97086">
        <w:rPr>
          <w:rFonts w:ascii="Times New Roman" w:hAnsi="Times New Roman" w:cs="Times New Roman"/>
          <w:sz w:val="24"/>
          <w:szCs w:val="24"/>
        </w:rPr>
        <w:t>prej</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mbi</w:t>
      </w:r>
      <w:proofErr w:type="spellEnd"/>
      <w:r w:rsidRPr="00D97086">
        <w:rPr>
          <w:rFonts w:ascii="Times New Roman" w:hAnsi="Times New Roman" w:cs="Times New Roman"/>
          <w:sz w:val="24"/>
          <w:szCs w:val="24"/>
        </w:rPr>
        <w:t xml:space="preserve"> 69 </w:t>
      </w:r>
      <w:proofErr w:type="spellStart"/>
      <w:r w:rsidRPr="00D97086">
        <w:rPr>
          <w:rFonts w:ascii="Times New Roman" w:hAnsi="Times New Roman" w:cs="Times New Roman"/>
          <w:sz w:val="24"/>
          <w:szCs w:val="24"/>
        </w:rPr>
        <w:t>milionë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lekësh</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ku</w:t>
      </w:r>
      <w:proofErr w:type="spellEnd"/>
      <w:r w:rsidRPr="00D97086">
        <w:rPr>
          <w:rFonts w:ascii="Times New Roman" w:hAnsi="Times New Roman" w:cs="Times New Roman"/>
          <w:sz w:val="24"/>
          <w:szCs w:val="24"/>
        </w:rPr>
        <w:t xml:space="preserve"> 80% </w:t>
      </w:r>
      <w:proofErr w:type="spellStart"/>
      <w:r w:rsidRPr="00D97086">
        <w:rPr>
          <w:rFonts w:ascii="Times New Roman" w:hAnsi="Times New Roman" w:cs="Times New Roman"/>
          <w:sz w:val="24"/>
          <w:szCs w:val="24"/>
        </w:rPr>
        <w:t>mbulohet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Ministria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20%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fondet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vendore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Kjo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periudhë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karakterizohet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orientimi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drejt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investimeve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afatgjata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ndikojnë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drejtpërdrejt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cilësinë</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banesave</w:t>
      </w:r>
      <w:proofErr w:type="spellEnd"/>
      <w:r w:rsidRPr="00D97086">
        <w:rPr>
          <w:rFonts w:ascii="Times New Roman" w:hAnsi="Times New Roman" w:cs="Times New Roman"/>
          <w:sz w:val="24"/>
          <w:szCs w:val="24"/>
        </w:rPr>
        <w:t>.</w:t>
      </w:r>
    </w:p>
    <w:p w14:paraId="103D5C88" w14:textId="77777777" w:rsidR="00792997" w:rsidRPr="00D97086" w:rsidRDefault="00792997" w:rsidP="00B06CA4">
      <w:pPr>
        <w:jc w:val="both"/>
        <w:rPr>
          <w:rFonts w:ascii="Times New Roman" w:hAnsi="Times New Roman" w:cs="Times New Roman"/>
        </w:rPr>
      </w:pPr>
      <w:proofErr w:type="spellStart"/>
      <w:r w:rsidRPr="00D97086">
        <w:rPr>
          <w:rFonts w:ascii="Times New Roman" w:hAnsi="Times New Roman" w:cs="Times New Roman"/>
        </w:rPr>
        <w:t>Çdo</w:t>
      </w:r>
      <w:proofErr w:type="spellEnd"/>
      <w:r w:rsidRPr="00D97086">
        <w:rPr>
          <w:rFonts w:ascii="Times New Roman" w:hAnsi="Times New Roman" w:cs="Times New Roman"/>
        </w:rPr>
        <w:t xml:space="preserve"> vit Bashkia </w:t>
      </w:r>
      <w:proofErr w:type="spellStart"/>
      <w:r w:rsidRPr="00D97086">
        <w:rPr>
          <w:rFonts w:ascii="Times New Roman" w:hAnsi="Times New Roman" w:cs="Times New Roman"/>
        </w:rPr>
        <w:t>Prrenjas</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aplikon</w:t>
      </w:r>
      <w:proofErr w:type="spellEnd"/>
      <w:r w:rsidRPr="00D97086">
        <w:rPr>
          <w:rFonts w:ascii="Times New Roman" w:hAnsi="Times New Roman" w:cs="Times New Roman"/>
        </w:rPr>
        <w:t xml:space="preserve"> në të </w:t>
      </w:r>
      <w:proofErr w:type="spellStart"/>
      <w:r w:rsidRPr="00D97086">
        <w:rPr>
          <w:rFonts w:ascii="Times New Roman" w:hAnsi="Times New Roman" w:cs="Times New Roman"/>
        </w:rPr>
        <w:t>gjitha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programet</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strehimit</w:t>
      </w:r>
      <w:proofErr w:type="spellEnd"/>
      <w:r w:rsidRPr="00D97086">
        <w:rPr>
          <w:rFonts w:ascii="Times New Roman" w:hAnsi="Times New Roman" w:cs="Times New Roman"/>
        </w:rPr>
        <w:t xml:space="preserve"> – </w:t>
      </w:r>
      <w:proofErr w:type="spellStart"/>
      <w:r w:rsidRPr="00D97086">
        <w:rPr>
          <w:rFonts w:ascii="Times New Roman" w:hAnsi="Times New Roman" w:cs="Times New Roman"/>
        </w:rPr>
        <w:t>kreditë</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buta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subvencionet</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qirasë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programin</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përmirësimit</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kushteve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banimit</w:t>
      </w:r>
      <w:proofErr w:type="spellEnd"/>
      <w:r w:rsidRPr="00D97086">
        <w:rPr>
          <w:rFonts w:ascii="Times New Roman" w:hAnsi="Times New Roman" w:cs="Times New Roman"/>
        </w:rPr>
        <w:t xml:space="preserve"> – me </w:t>
      </w:r>
      <w:proofErr w:type="spellStart"/>
      <w:r w:rsidRPr="00D97086">
        <w:rPr>
          <w:rFonts w:ascii="Times New Roman" w:hAnsi="Times New Roman" w:cs="Times New Roman"/>
        </w:rPr>
        <w:t>synimin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mbështetur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familjet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vulnerabël</w:t>
      </w:r>
      <w:proofErr w:type="spellEnd"/>
      <w:r w:rsidRPr="00D97086">
        <w:rPr>
          <w:rFonts w:ascii="Times New Roman" w:hAnsi="Times New Roman" w:cs="Times New Roman"/>
        </w:rPr>
        <w:t xml:space="preserve">. Në </w:t>
      </w:r>
      <w:proofErr w:type="spellStart"/>
      <w:r w:rsidRPr="00D97086">
        <w:rPr>
          <w:rFonts w:ascii="Times New Roman" w:hAnsi="Times New Roman" w:cs="Times New Roman"/>
        </w:rPr>
        <w:t>vitin</w:t>
      </w:r>
      <w:proofErr w:type="spellEnd"/>
      <w:r w:rsidRPr="00D97086">
        <w:rPr>
          <w:rFonts w:ascii="Times New Roman" w:hAnsi="Times New Roman" w:cs="Times New Roman"/>
        </w:rPr>
        <w:t xml:space="preserve"> 2024, </w:t>
      </w:r>
      <w:proofErr w:type="spellStart"/>
      <w:r w:rsidRPr="00D97086">
        <w:rPr>
          <w:rFonts w:ascii="Times New Roman" w:hAnsi="Times New Roman" w:cs="Times New Roman"/>
        </w:rPr>
        <w:t>megjithëse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aplikoi</w:t>
      </w:r>
      <w:proofErr w:type="spellEnd"/>
      <w:r w:rsidRPr="00D97086">
        <w:rPr>
          <w:rFonts w:ascii="Times New Roman" w:hAnsi="Times New Roman" w:cs="Times New Roman"/>
        </w:rPr>
        <w:t xml:space="preserve"> në të </w:t>
      </w:r>
      <w:proofErr w:type="spellStart"/>
      <w:r w:rsidRPr="00D97086">
        <w:rPr>
          <w:rFonts w:ascii="Times New Roman" w:hAnsi="Times New Roman" w:cs="Times New Roman"/>
        </w:rPr>
        <w:t>tre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programet</w:t>
      </w:r>
      <w:proofErr w:type="spellEnd"/>
      <w:r w:rsidRPr="00D97086">
        <w:rPr>
          <w:rFonts w:ascii="Times New Roman" w:hAnsi="Times New Roman" w:cs="Times New Roman"/>
        </w:rPr>
        <w:t xml:space="preserve">, bashkia </w:t>
      </w:r>
      <w:proofErr w:type="spellStart"/>
      <w:r w:rsidRPr="00D97086">
        <w:rPr>
          <w:rFonts w:ascii="Times New Roman" w:hAnsi="Times New Roman" w:cs="Times New Roman"/>
        </w:rPr>
        <w:t>nuk</w:t>
      </w:r>
      <w:proofErr w:type="spellEnd"/>
      <w:r w:rsidRPr="00D97086">
        <w:rPr>
          <w:rFonts w:ascii="Times New Roman" w:hAnsi="Times New Roman" w:cs="Times New Roman"/>
        </w:rPr>
        <w:t xml:space="preserve"> u </w:t>
      </w:r>
      <w:proofErr w:type="spellStart"/>
      <w:r w:rsidRPr="00D97086">
        <w:rPr>
          <w:rFonts w:ascii="Times New Roman" w:hAnsi="Times New Roman" w:cs="Times New Roman"/>
        </w:rPr>
        <w:t>shpall</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fituese</w:t>
      </w:r>
      <w:proofErr w:type="spellEnd"/>
      <w:r w:rsidRPr="00D97086">
        <w:rPr>
          <w:rFonts w:ascii="Times New Roman" w:hAnsi="Times New Roman" w:cs="Times New Roman"/>
        </w:rPr>
        <w:t xml:space="preserve"> në </w:t>
      </w:r>
      <w:proofErr w:type="spellStart"/>
      <w:r w:rsidRPr="00D97086">
        <w:rPr>
          <w:rFonts w:ascii="Times New Roman" w:hAnsi="Times New Roman" w:cs="Times New Roman"/>
        </w:rPr>
        <w:t>programin</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përmirësimit</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kushteve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banimit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çka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solli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ndërprerjen</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tij</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orientimin</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mbështetjes</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vetëm</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tek</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subvencioni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qirasë</w:t>
      </w:r>
      <w:proofErr w:type="spellEnd"/>
      <w:r w:rsidRPr="00D97086">
        <w:rPr>
          <w:rFonts w:ascii="Times New Roman" w:hAnsi="Times New Roman" w:cs="Times New Roman"/>
        </w:rPr>
        <w:t xml:space="preserve"> (7,9 </w:t>
      </w:r>
      <w:proofErr w:type="spellStart"/>
      <w:r w:rsidRPr="00D97086">
        <w:rPr>
          <w:rFonts w:ascii="Times New Roman" w:hAnsi="Times New Roman" w:cs="Times New Roman"/>
        </w:rPr>
        <w:t>milionë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lekë</w:t>
      </w:r>
      <w:proofErr w:type="spellEnd"/>
      <w:r w:rsidRPr="00D97086">
        <w:rPr>
          <w:rFonts w:ascii="Times New Roman" w:hAnsi="Times New Roman" w:cs="Times New Roman"/>
        </w:rPr>
        <w:t xml:space="preserve">), me </w:t>
      </w:r>
      <w:proofErr w:type="spellStart"/>
      <w:r w:rsidRPr="00D97086">
        <w:rPr>
          <w:rFonts w:ascii="Times New Roman" w:hAnsi="Times New Roman" w:cs="Times New Roman"/>
        </w:rPr>
        <w:t>ndarje</w:t>
      </w:r>
      <w:proofErr w:type="spellEnd"/>
      <w:r w:rsidRPr="00D97086">
        <w:rPr>
          <w:rFonts w:ascii="Times New Roman" w:hAnsi="Times New Roman" w:cs="Times New Roman"/>
        </w:rPr>
        <w:t xml:space="preserve"> 80%–20% </w:t>
      </w:r>
      <w:proofErr w:type="spellStart"/>
      <w:r w:rsidRPr="00D97086">
        <w:rPr>
          <w:rFonts w:ascii="Times New Roman" w:hAnsi="Times New Roman" w:cs="Times New Roman"/>
        </w:rPr>
        <w:t>ndërmjet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Ministrisë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Bashkisë</w:t>
      </w:r>
      <w:proofErr w:type="spellEnd"/>
      <w:r w:rsidRPr="00D97086">
        <w:rPr>
          <w:rFonts w:ascii="Times New Roman" w:hAnsi="Times New Roman" w:cs="Times New Roman"/>
        </w:rPr>
        <w:t xml:space="preserve">. Ky </w:t>
      </w:r>
      <w:proofErr w:type="spellStart"/>
      <w:r w:rsidRPr="00D97086">
        <w:rPr>
          <w:rFonts w:ascii="Times New Roman" w:hAnsi="Times New Roman" w:cs="Times New Roman"/>
        </w:rPr>
        <w:t>kufizim</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reduktoi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politikën</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strehimit</w:t>
      </w:r>
      <w:proofErr w:type="spellEnd"/>
      <w:r w:rsidRPr="00D97086">
        <w:rPr>
          <w:rFonts w:ascii="Times New Roman" w:hAnsi="Times New Roman" w:cs="Times New Roman"/>
        </w:rPr>
        <w:t xml:space="preserve"> në një instrument </w:t>
      </w:r>
      <w:proofErr w:type="spellStart"/>
      <w:r w:rsidRPr="00D97086">
        <w:rPr>
          <w:rFonts w:ascii="Times New Roman" w:hAnsi="Times New Roman" w:cs="Times New Roman"/>
        </w:rPr>
        <w:t>afatshkurtër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cili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lehtëson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nevojën</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menjëhershme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strehim</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por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nuk</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siguron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zgjidhje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strukturore</w:t>
      </w:r>
      <w:proofErr w:type="spellEnd"/>
      <w:r w:rsidRPr="00D97086">
        <w:rPr>
          <w:rFonts w:ascii="Times New Roman" w:hAnsi="Times New Roman" w:cs="Times New Roman"/>
        </w:rPr>
        <w:t xml:space="preserve">. Nga </w:t>
      </w:r>
      <w:proofErr w:type="spellStart"/>
      <w:r w:rsidRPr="00D97086">
        <w:rPr>
          <w:rFonts w:ascii="Times New Roman" w:hAnsi="Times New Roman" w:cs="Times New Roman"/>
        </w:rPr>
        <w:t>viti</w:t>
      </w:r>
      <w:proofErr w:type="spellEnd"/>
      <w:r w:rsidRPr="00D97086">
        <w:rPr>
          <w:rFonts w:ascii="Times New Roman" w:hAnsi="Times New Roman" w:cs="Times New Roman"/>
        </w:rPr>
        <w:t xml:space="preserve"> 2025, </w:t>
      </w:r>
      <w:proofErr w:type="spellStart"/>
      <w:r w:rsidRPr="00D97086">
        <w:rPr>
          <w:rFonts w:ascii="Times New Roman" w:hAnsi="Times New Roman" w:cs="Times New Roman"/>
        </w:rPr>
        <w:t>programi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përmirësimit</w:t>
      </w:r>
      <w:proofErr w:type="spellEnd"/>
      <w:r w:rsidRPr="00D97086">
        <w:rPr>
          <w:rFonts w:ascii="Times New Roman" w:hAnsi="Times New Roman" w:cs="Times New Roman"/>
        </w:rPr>
        <w:t xml:space="preserve"> u </w:t>
      </w:r>
      <w:proofErr w:type="spellStart"/>
      <w:r w:rsidRPr="00D97086">
        <w:rPr>
          <w:rFonts w:ascii="Times New Roman" w:hAnsi="Times New Roman" w:cs="Times New Roman"/>
        </w:rPr>
        <w:t>rikualifikua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u </w:t>
      </w:r>
      <w:proofErr w:type="spellStart"/>
      <w:r w:rsidRPr="00D97086">
        <w:rPr>
          <w:rFonts w:ascii="Times New Roman" w:hAnsi="Times New Roman" w:cs="Times New Roman"/>
        </w:rPr>
        <w:t>rikthye</w:t>
      </w:r>
      <w:proofErr w:type="spellEnd"/>
      <w:r w:rsidRPr="00D97086">
        <w:rPr>
          <w:rFonts w:ascii="Times New Roman" w:hAnsi="Times New Roman" w:cs="Times New Roman"/>
        </w:rPr>
        <w:t xml:space="preserve"> në </w:t>
      </w:r>
      <w:proofErr w:type="spellStart"/>
      <w:r w:rsidRPr="00D97086">
        <w:rPr>
          <w:rFonts w:ascii="Times New Roman" w:hAnsi="Times New Roman" w:cs="Times New Roman"/>
        </w:rPr>
        <w:t>zbatim</w:t>
      </w:r>
      <w:proofErr w:type="spellEnd"/>
      <w:r w:rsidRPr="00D97086">
        <w:rPr>
          <w:rFonts w:ascii="Times New Roman" w:hAnsi="Times New Roman" w:cs="Times New Roman"/>
        </w:rPr>
        <w:t xml:space="preserve">, duke u </w:t>
      </w:r>
      <w:proofErr w:type="spellStart"/>
      <w:r w:rsidRPr="00D97086">
        <w:rPr>
          <w:rFonts w:ascii="Times New Roman" w:hAnsi="Times New Roman" w:cs="Times New Roman"/>
        </w:rPr>
        <w:t>kombinuar</w:t>
      </w:r>
      <w:proofErr w:type="spellEnd"/>
      <w:r w:rsidRPr="00D97086">
        <w:rPr>
          <w:rFonts w:ascii="Times New Roman" w:hAnsi="Times New Roman" w:cs="Times New Roman"/>
        </w:rPr>
        <w:t xml:space="preserve"> me </w:t>
      </w:r>
      <w:proofErr w:type="spellStart"/>
      <w:r w:rsidRPr="00D97086">
        <w:rPr>
          <w:rFonts w:ascii="Times New Roman" w:hAnsi="Times New Roman" w:cs="Times New Roman"/>
        </w:rPr>
        <w:t>subvencionet</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qirasë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duke </w:t>
      </w:r>
      <w:proofErr w:type="spellStart"/>
      <w:r w:rsidRPr="00D97086">
        <w:rPr>
          <w:rFonts w:ascii="Times New Roman" w:hAnsi="Times New Roman" w:cs="Times New Roman"/>
        </w:rPr>
        <w:t>sjellë</w:t>
      </w:r>
      <w:proofErr w:type="spellEnd"/>
      <w:r w:rsidRPr="00D97086">
        <w:rPr>
          <w:rFonts w:ascii="Times New Roman" w:hAnsi="Times New Roman" w:cs="Times New Roman"/>
        </w:rPr>
        <w:t xml:space="preserve"> një </w:t>
      </w:r>
      <w:proofErr w:type="spellStart"/>
      <w:r w:rsidRPr="00D97086">
        <w:rPr>
          <w:rFonts w:ascii="Times New Roman" w:hAnsi="Times New Roman" w:cs="Times New Roman"/>
        </w:rPr>
        <w:t>rritje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progresive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buxhetit</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përgjithshëm</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nga</w:t>
      </w:r>
      <w:proofErr w:type="spellEnd"/>
      <w:r w:rsidRPr="00D97086">
        <w:rPr>
          <w:rFonts w:ascii="Times New Roman" w:hAnsi="Times New Roman" w:cs="Times New Roman"/>
        </w:rPr>
        <w:t xml:space="preserve"> 25,4 </w:t>
      </w:r>
      <w:proofErr w:type="spellStart"/>
      <w:r w:rsidRPr="00D97086">
        <w:rPr>
          <w:rFonts w:ascii="Times New Roman" w:hAnsi="Times New Roman" w:cs="Times New Roman"/>
        </w:rPr>
        <w:t>milionë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lekë</w:t>
      </w:r>
      <w:proofErr w:type="spellEnd"/>
      <w:r w:rsidRPr="00D97086">
        <w:rPr>
          <w:rFonts w:ascii="Times New Roman" w:hAnsi="Times New Roman" w:cs="Times New Roman"/>
        </w:rPr>
        <w:t xml:space="preserve"> në 2025 </w:t>
      </w:r>
      <w:proofErr w:type="spellStart"/>
      <w:r w:rsidRPr="00D97086">
        <w:rPr>
          <w:rFonts w:ascii="Times New Roman" w:hAnsi="Times New Roman" w:cs="Times New Roman"/>
        </w:rPr>
        <w:t>deri</w:t>
      </w:r>
      <w:proofErr w:type="spellEnd"/>
      <w:r w:rsidRPr="00D97086">
        <w:rPr>
          <w:rFonts w:ascii="Times New Roman" w:hAnsi="Times New Roman" w:cs="Times New Roman"/>
        </w:rPr>
        <w:t xml:space="preserve"> në </w:t>
      </w:r>
      <w:proofErr w:type="spellStart"/>
      <w:r w:rsidRPr="00D97086">
        <w:rPr>
          <w:rFonts w:ascii="Times New Roman" w:hAnsi="Times New Roman" w:cs="Times New Roman"/>
        </w:rPr>
        <w:t>mbi</w:t>
      </w:r>
      <w:proofErr w:type="spellEnd"/>
      <w:r w:rsidRPr="00D97086">
        <w:rPr>
          <w:rFonts w:ascii="Times New Roman" w:hAnsi="Times New Roman" w:cs="Times New Roman"/>
        </w:rPr>
        <w:t xml:space="preserve"> 57 </w:t>
      </w:r>
      <w:proofErr w:type="spellStart"/>
      <w:r w:rsidRPr="00D97086">
        <w:rPr>
          <w:rFonts w:ascii="Times New Roman" w:hAnsi="Times New Roman" w:cs="Times New Roman"/>
        </w:rPr>
        <w:t>milionë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lekë</w:t>
      </w:r>
      <w:proofErr w:type="spellEnd"/>
      <w:r w:rsidRPr="00D97086">
        <w:rPr>
          <w:rFonts w:ascii="Times New Roman" w:hAnsi="Times New Roman" w:cs="Times New Roman"/>
        </w:rPr>
        <w:t xml:space="preserve"> në 2029. </w:t>
      </w:r>
      <w:proofErr w:type="spellStart"/>
      <w:r w:rsidRPr="00D97086">
        <w:rPr>
          <w:rFonts w:ascii="Times New Roman" w:hAnsi="Times New Roman" w:cs="Times New Roman"/>
        </w:rPr>
        <w:t>Kjo</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dinamikë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dëshmon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përkushtimin</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autoriteteve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krijuar</w:t>
      </w:r>
      <w:proofErr w:type="spellEnd"/>
      <w:r w:rsidRPr="00D97086">
        <w:rPr>
          <w:rFonts w:ascii="Times New Roman" w:hAnsi="Times New Roman" w:cs="Times New Roman"/>
        </w:rPr>
        <w:t xml:space="preserve"> një </w:t>
      </w:r>
      <w:proofErr w:type="spellStart"/>
      <w:r w:rsidRPr="00D97086">
        <w:rPr>
          <w:rFonts w:ascii="Times New Roman" w:hAnsi="Times New Roman" w:cs="Times New Roman"/>
        </w:rPr>
        <w:t>balancë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mes</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ndërhyrjeve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afatshkurtra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atyre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afatgjata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ndonëse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mungesa</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fondeve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ndërtim</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ri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banesa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sociale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vijon</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mbetet</w:t>
      </w:r>
      <w:proofErr w:type="spellEnd"/>
      <w:r w:rsidRPr="00D97086">
        <w:rPr>
          <w:rFonts w:ascii="Times New Roman" w:hAnsi="Times New Roman" w:cs="Times New Roman"/>
        </w:rPr>
        <w:t xml:space="preserve"> një </w:t>
      </w:r>
      <w:proofErr w:type="spellStart"/>
      <w:r w:rsidRPr="00D97086">
        <w:rPr>
          <w:rFonts w:ascii="Times New Roman" w:hAnsi="Times New Roman" w:cs="Times New Roman"/>
        </w:rPr>
        <w:t>boshllëk</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dukshëm</w:t>
      </w:r>
      <w:proofErr w:type="spellEnd"/>
      <w:r w:rsidRPr="00D97086">
        <w:rPr>
          <w:rFonts w:ascii="Times New Roman" w:hAnsi="Times New Roman" w:cs="Times New Roman"/>
        </w:rPr>
        <w:t>.</w:t>
      </w:r>
    </w:p>
    <w:p w14:paraId="1D1387DA" w14:textId="77777777" w:rsidR="00B06CA4" w:rsidRPr="00D97086" w:rsidRDefault="0011047D"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Figura</w:t>
      </w:r>
      <w:proofErr w:type="spellEnd"/>
      <w:r w:rsidRPr="00D97086">
        <w:rPr>
          <w:rFonts w:ascii="Times New Roman" w:hAnsi="Times New Roman" w:cs="Times New Roman"/>
          <w:sz w:val="24"/>
          <w:szCs w:val="24"/>
        </w:rPr>
        <w:t xml:space="preserve"> </w:t>
      </w:r>
      <w:proofErr w:type="gramStart"/>
      <w:r w:rsidRPr="00D97086">
        <w:rPr>
          <w:rFonts w:ascii="Times New Roman" w:hAnsi="Times New Roman" w:cs="Times New Roman"/>
          <w:sz w:val="24"/>
          <w:szCs w:val="24"/>
        </w:rPr>
        <w:t>15:</w:t>
      </w:r>
      <w:r w:rsidR="00D1048F" w:rsidRPr="00D97086">
        <w:rPr>
          <w:rFonts w:ascii="Times New Roman" w:hAnsi="Times New Roman" w:cs="Times New Roman"/>
          <w:sz w:val="24"/>
          <w:szCs w:val="24"/>
        </w:rPr>
        <w:t>:</w:t>
      </w:r>
      <w:proofErr w:type="gramEnd"/>
      <w:r w:rsidR="00D1048F" w:rsidRPr="00D97086">
        <w:rPr>
          <w:rFonts w:ascii="Times New Roman" w:hAnsi="Times New Roman" w:cs="Times New Roman"/>
          <w:sz w:val="24"/>
          <w:szCs w:val="24"/>
        </w:rPr>
        <w:t xml:space="preserve"> </w:t>
      </w:r>
      <w:proofErr w:type="spellStart"/>
      <w:r w:rsidR="00D1048F" w:rsidRPr="00D97086">
        <w:rPr>
          <w:rFonts w:ascii="Times New Roman" w:hAnsi="Times New Roman" w:cs="Times New Roman"/>
          <w:sz w:val="24"/>
          <w:szCs w:val="24"/>
        </w:rPr>
        <w:t>Shpenzime</w:t>
      </w:r>
      <w:proofErr w:type="spellEnd"/>
      <w:r w:rsidR="00B06CA4" w:rsidRPr="00D97086">
        <w:rPr>
          <w:rFonts w:ascii="Times New Roman" w:hAnsi="Times New Roman" w:cs="Times New Roman"/>
          <w:sz w:val="24"/>
          <w:szCs w:val="24"/>
        </w:rPr>
        <w:t xml:space="preserve"> </w:t>
      </w:r>
      <w:proofErr w:type="spellStart"/>
      <w:r w:rsidR="00B06CA4" w:rsidRPr="00D97086">
        <w:rPr>
          <w:rFonts w:ascii="Times New Roman" w:hAnsi="Times New Roman" w:cs="Times New Roman"/>
          <w:sz w:val="24"/>
          <w:szCs w:val="24"/>
        </w:rPr>
        <w:t>për</w:t>
      </w:r>
      <w:proofErr w:type="spellEnd"/>
      <w:r w:rsidR="00B06CA4" w:rsidRPr="00D97086">
        <w:rPr>
          <w:rFonts w:ascii="Times New Roman" w:hAnsi="Times New Roman" w:cs="Times New Roman"/>
          <w:sz w:val="24"/>
          <w:szCs w:val="24"/>
        </w:rPr>
        <w:t xml:space="preserve"> </w:t>
      </w:r>
      <w:proofErr w:type="spellStart"/>
      <w:r w:rsidR="00B06CA4" w:rsidRPr="00D97086">
        <w:rPr>
          <w:rFonts w:ascii="Times New Roman" w:hAnsi="Times New Roman" w:cs="Times New Roman"/>
          <w:sz w:val="24"/>
          <w:szCs w:val="24"/>
        </w:rPr>
        <w:t>Strehimin</w:t>
      </w:r>
      <w:proofErr w:type="spellEnd"/>
      <w:r w:rsidR="00B06CA4" w:rsidRPr="00D97086">
        <w:rPr>
          <w:rFonts w:ascii="Times New Roman" w:hAnsi="Times New Roman" w:cs="Times New Roman"/>
          <w:sz w:val="24"/>
          <w:szCs w:val="24"/>
        </w:rPr>
        <w:t xml:space="preserve"> në </w:t>
      </w:r>
      <w:proofErr w:type="spellStart"/>
      <w:r w:rsidR="00B06CA4" w:rsidRPr="00D97086">
        <w:rPr>
          <w:rFonts w:ascii="Times New Roman" w:hAnsi="Times New Roman" w:cs="Times New Roman"/>
          <w:sz w:val="24"/>
          <w:szCs w:val="24"/>
        </w:rPr>
        <w:t>Bashkinë</w:t>
      </w:r>
      <w:proofErr w:type="spellEnd"/>
      <w:r w:rsidR="00B06CA4" w:rsidRPr="00D97086">
        <w:rPr>
          <w:rFonts w:ascii="Times New Roman" w:hAnsi="Times New Roman" w:cs="Times New Roman"/>
          <w:sz w:val="24"/>
          <w:szCs w:val="24"/>
        </w:rPr>
        <w:t xml:space="preserve"> </w:t>
      </w:r>
      <w:proofErr w:type="spellStart"/>
      <w:r w:rsidR="00B06CA4" w:rsidRPr="00D97086">
        <w:rPr>
          <w:rFonts w:ascii="Times New Roman" w:hAnsi="Times New Roman" w:cs="Times New Roman"/>
          <w:sz w:val="24"/>
          <w:szCs w:val="24"/>
        </w:rPr>
        <w:t>Prrenjas</w:t>
      </w:r>
      <w:proofErr w:type="spellEnd"/>
      <w:r w:rsidR="00B06CA4" w:rsidRPr="00D97086">
        <w:rPr>
          <w:rFonts w:ascii="Times New Roman" w:hAnsi="Times New Roman" w:cs="Times New Roman"/>
          <w:sz w:val="24"/>
          <w:szCs w:val="24"/>
        </w:rPr>
        <w:t xml:space="preserve"> (2022–2029)</w:t>
      </w:r>
      <w:r w:rsidR="00712ECB" w:rsidRPr="00D97086">
        <w:rPr>
          <w:rFonts w:ascii="Times New Roman" w:hAnsi="Times New Roman" w:cs="Times New Roman"/>
          <w:sz w:val="24"/>
          <w:szCs w:val="24"/>
        </w:rPr>
        <w:t xml:space="preserve"> ne 000/</w:t>
      </w:r>
      <w:proofErr w:type="spellStart"/>
      <w:r w:rsidR="00712ECB" w:rsidRPr="00D97086">
        <w:rPr>
          <w:rFonts w:ascii="Times New Roman" w:hAnsi="Times New Roman" w:cs="Times New Roman"/>
          <w:sz w:val="24"/>
          <w:szCs w:val="24"/>
        </w:rPr>
        <w:t>lekë</w:t>
      </w:r>
      <w:proofErr w:type="spellEnd"/>
    </w:p>
    <w:tbl>
      <w:tblPr>
        <w:tblW w:w="8725" w:type="dxa"/>
        <w:tblLook w:val="04A0" w:firstRow="1" w:lastRow="0" w:firstColumn="1" w:lastColumn="0" w:noHBand="0" w:noVBand="1"/>
      </w:tblPr>
      <w:tblGrid>
        <w:gridCol w:w="895"/>
        <w:gridCol w:w="1296"/>
        <w:gridCol w:w="1305"/>
        <w:gridCol w:w="1545"/>
        <w:gridCol w:w="1316"/>
        <w:gridCol w:w="1407"/>
        <w:gridCol w:w="1080"/>
      </w:tblGrid>
      <w:tr w:rsidR="00BC52BC" w:rsidRPr="005B1542" w14:paraId="325EFDC2" w14:textId="77777777" w:rsidTr="00BE7212">
        <w:trPr>
          <w:trHeight w:val="1194"/>
        </w:trPr>
        <w:tc>
          <w:tcPr>
            <w:tcW w:w="895"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vAlign w:val="bottom"/>
            <w:hideMark/>
          </w:tcPr>
          <w:p w14:paraId="114F83C0" w14:textId="77777777" w:rsidR="00BC52BC" w:rsidRPr="00D97086" w:rsidRDefault="00BC52BC" w:rsidP="00BC52BC">
            <w:pPr>
              <w:spacing w:after="0" w:line="240" w:lineRule="auto"/>
              <w:jc w:val="center"/>
              <w:rPr>
                <w:rFonts w:ascii="Times New Roman" w:eastAsia="Times New Roman" w:hAnsi="Times New Roman" w:cs="Times New Roman"/>
                <w:b/>
                <w:color w:val="000000"/>
              </w:rPr>
            </w:pPr>
            <w:r w:rsidRPr="00D97086">
              <w:rPr>
                <w:rFonts w:ascii="Times New Roman" w:eastAsia="Times New Roman" w:hAnsi="Times New Roman" w:cs="Times New Roman"/>
                <w:b/>
                <w:color w:val="000000"/>
              </w:rPr>
              <w:t xml:space="preserve">Viti </w:t>
            </w:r>
          </w:p>
        </w:tc>
        <w:tc>
          <w:tcPr>
            <w:tcW w:w="1254" w:type="dxa"/>
            <w:tcBorders>
              <w:top w:val="single" w:sz="4" w:space="0" w:color="auto"/>
              <w:left w:val="nil"/>
              <w:bottom w:val="single" w:sz="4" w:space="0" w:color="auto"/>
              <w:right w:val="single" w:sz="4" w:space="0" w:color="auto"/>
            </w:tcBorders>
            <w:shd w:val="clear" w:color="auto" w:fill="EAF1DD" w:themeFill="accent3" w:themeFillTint="33"/>
            <w:vAlign w:val="bottom"/>
            <w:hideMark/>
          </w:tcPr>
          <w:p w14:paraId="327E1027" w14:textId="77777777" w:rsidR="00BC52BC" w:rsidRPr="005B1542" w:rsidRDefault="00BC52BC" w:rsidP="00BC52BC">
            <w:pPr>
              <w:spacing w:after="0" w:line="240" w:lineRule="auto"/>
              <w:rPr>
                <w:rFonts w:ascii="Times New Roman" w:eastAsia="Times New Roman" w:hAnsi="Times New Roman" w:cs="Times New Roman"/>
                <w:b/>
                <w:color w:val="000000"/>
                <w:lang w:val="it-IT"/>
              </w:rPr>
            </w:pPr>
            <w:r w:rsidRPr="005B1542">
              <w:rPr>
                <w:rFonts w:ascii="Times New Roman" w:eastAsia="Times New Roman" w:hAnsi="Times New Roman" w:cs="Times New Roman"/>
                <w:b/>
                <w:color w:val="000000"/>
                <w:lang w:val="it-IT"/>
              </w:rPr>
              <w:t>Buxheti total per Programet e Strehumut</w:t>
            </w:r>
          </w:p>
        </w:tc>
        <w:tc>
          <w:tcPr>
            <w:tcW w:w="1248" w:type="dxa"/>
            <w:tcBorders>
              <w:top w:val="single" w:sz="4" w:space="0" w:color="auto"/>
              <w:left w:val="nil"/>
              <w:bottom w:val="single" w:sz="4" w:space="0" w:color="auto"/>
              <w:right w:val="single" w:sz="4" w:space="0" w:color="auto"/>
            </w:tcBorders>
            <w:shd w:val="clear" w:color="auto" w:fill="EAF1DD" w:themeFill="accent3" w:themeFillTint="33"/>
            <w:vAlign w:val="bottom"/>
            <w:hideMark/>
          </w:tcPr>
          <w:p w14:paraId="293E72E0" w14:textId="77777777" w:rsidR="00BC52BC" w:rsidRPr="00D97086" w:rsidRDefault="00BC52BC" w:rsidP="00BC52BC">
            <w:pPr>
              <w:spacing w:after="0" w:line="240" w:lineRule="auto"/>
              <w:rPr>
                <w:rFonts w:ascii="Times New Roman" w:eastAsia="Times New Roman" w:hAnsi="Times New Roman" w:cs="Times New Roman"/>
                <w:b/>
                <w:color w:val="000000"/>
              </w:rPr>
            </w:pPr>
            <w:proofErr w:type="spellStart"/>
            <w:r w:rsidRPr="00D97086">
              <w:rPr>
                <w:rFonts w:ascii="Times New Roman" w:eastAsia="Times New Roman" w:hAnsi="Times New Roman" w:cs="Times New Roman"/>
                <w:b/>
                <w:color w:val="000000"/>
              </w:rPr>
              <w:t>Subvencion</w:t>
            </w:r>
            <w:proofErr w:type="spellEnd"/>
            <w:r w:rsidRPr="00D97086">
              <w:rPr>
                <w:rFonts w:ascii="Times New Roman" w:eastAsia="Times New Roman" w:hAnsi="Times New Roman" w:cs="Times New Roman"/>
                <w:b/>
                <w:color w:val="000000"/>
              </w:rPr>
              <w:t xml:space="preserve"> </w:t>
            </w:r>
            <w:proofErr w:type="spellStart"/>
            <w:r w:rsidRPr="00D97086">
              <w:rPr>
                <w:rFonts w:ascii="Times New Roman" w:eastAsia="Times New Roman" w:hAnsi="Times New Roman" w:cs="Times New Roman"/>
                <w:b/>
                <w:color w:val="000000"/>
              </w:rPr>
              <w:t>qiraje-Ministria</w:t>
            </w:r>
            <w:proofErr w:type="spellEnd"/>
            <w:r w:rsidRPr="00D97086">
              <w:rPr>
                <w:rFonts w:ascii="Times New Roman" w:eastAsia="Times New Roman" w:hAnsi="Times New Roman" w:cs="Times New Roman"/>
                <w:b/>
                <w:color w:val="000000"/>
              </w:rPr>
              <w:t xml:space="preserve"> 80%</w:t>
            </w:r>
          </w:p>
        </w:tc>
        <w:tc>
          <w:tcPr>
            <w:tcW w:w="1545" w:type="dxa"/>
            <w:tcBorders>
              <w:top w:val="single" w:sz="4" w:space="0" w:color="auto"/>
              <w:left w:val="nil"/>
              <w:bottom w:val="single" w:sz="4" w:space="0" w:color="auto"/>
              <w:right w:val="single" w:sz="4" w:space="0" w:color="auto"/>
            </w:tcBorders>
            <w:shd w:val="clear" w:color="auto" w:fill="EAF1DD" w:themeFill="accent3" w:themeFillTint="33"/>
            <w:vAlign w:val="bottom"/>
            <w:hideMark/>
          </w:tcPr>
          <w:p w14:paraId="5BC9B285" w14:textId="77777777" w:rsidR="00BC52BC" w:rsidRPr="00D97086" w:rsidRDefault="00BC52BC" w:rsidP="00BC52BC">
            <w:pPr>
              <w:spacing w:after="0" w:line="240" w:lineRule="auto"/>
              <w:rPr>
                <w:rFonts w:ascii="Times New Roman" w:eastAsia="Times New Roman" w:hAnsi="Times New Roman" w:cs="Times New Roman"/>
                <w:b/>
                <w:color w:val="000000"/>
              </w:rPr>
            </w:pPr>
            <w:proofErr w:type="spellStart"/>
            <w:r w:rsidRPr="00D97086">
              <w:rPr>
                <w:rFonts w:ascii="Times New Roman" w:eastAsia="Times New Roman" w:hAnsi="Times New Roman" w:cs="Times New Roman"/>
                <w:b/>
                <w:color w:val="000000"/>
              </w:rPr>
              <w:t>Subvencion</w:t>
            </w:r>
            <w:proofErr w:type="spellEnd"/>
            <w:r w:rsidRPr="00D97086">
              <w:rPr>
                <w:rFonts w:ascii="Times New Roman" w:eastAsia="Times New Roman" w:hAnsi="Times New Roman" w:cs="Times New Roman"/>
                <w:b/>
                <w:color w:val="000000"/>
              </w:rPr>
              <w:t xml:space="preserve"> </w:t>
            </w:r>
            <w:proofErr w:type="spellStart"/>
            <w:r w:rsidRPr="00D97086">
              <w:rPr>
                <w:rFonts w:ascii="Times New Roman" w:eastAsia="Times New Roman" w:hAnsi="Times New Roman" w:cs="Times New Roman"/>
                <w:b/>
                <w:color w:val="000000"/>
              </w:rPr>
              <w:t>qiraje</w:t>
            </w:r>
            <w:proofErr w:type="spellEnd"/>
            <w:r w:rsidRPr="00D97086">
              <w:rPr>
                <w:rFonts w:ascii="Times New Roman" w:eastAsia="Times New Roman" w:hAnsi="Times New Roman" w:cs="Times New Roman"/>
                <w:b/>
                <w:color w:val="000000"/>
              </w:rPr>
              <w:t>-Bashkia 20%</w:t>
            </w:r>
          </w:p>
        </w:tc>
        <w:tc>
          <w:tcPr>
            <w:tcW w:w="1296" w:type="dxa"/>
            <w:tcBorders>
              <w:top w:val="single" w:sz="4" w:space="0" w:color="auto"/>
              <w:left w:val="nil"/>
              <w:bottom w:val="single" w:sz="4" w:space="0" w:color="auto"/>
              <w:right w:val="single" w:sz="4" w:space="0" w:color="auto"/>
            </w:tcBorders>
            <w:shd w:val="clear" w:color="auto" w:fill="EAF1DD" w:themeFill="accent3" w:themeFillTint="33"/>
            <w:vAlign w:val="bottom"/>
            <w:hideMark/>
          </w:tcPr>
          <w:p w14:paraId="63D28C87" w14:textId="77777777" w:rsidR="00BC52BC" w:rsidRPr="00D97086" w:rsidRDefault="00BC52BC" w:rsidP="00BC52BC">
            <w:pPr>
              <w:spacing w:after="0" w:line="240" w:lineRule="auto"/>
              <w:rPr>
                <w:rFonts w:ascii="Times New Roman" w:eastAsia="Times New Roman" w:hAnsi="Times New Roman" w:cs="Times New Roman"/>
                <w:b/>
                <w:color w:val="000000"/>
              </w:rPr>
            </w:pPr>
            <w:proofErr w:type="spellStart"/>
            <w:r w:rsidRPr="00D97086">
              <w:rPr>
                <w:rFonts w:ascii="Times New Roman" w:eastAsia="Times New Roman" w:hAnsi="Times New Roman" w:cs="Times New Roman"/>
                <w:b/>
                <w:color w:val="000000"/>
              </w:rPr>
              <w:t>Permiresim</w:t>
            </w:r>
            <w:proofErr w:type="spellEnd"/>
            <w:r w:rsidRPr="00D97086">
              <w:rPr>
                <w:rFonts w:ascii="Times New Roman" w:eastAsia="Times New Roman" w:hAnsi="Times New Roman" w:cs="Times New Roman"/>
                <w:b/>
                <w:color w:val="000000"/>
              </w:rPr>
              <w:t xml:space="preserve">  I </w:t>
            </w:r>
            <w:proofErr w:type="spellStart"/>
            <w:r w:rsidRPr="00D97086">
              <w:rPr>
                <w:rFonts w:ascii="Times New Roman" w:eastAsia="Times New Roman" w:hAnsi="Times New Roman" w:cs="Times New Roman"/>
                <w:b/>
                <w:color w:val="000000"/>
              </w:rPr>
              <w:t>kushteve</w:t>
            </w:r>
            <w:proofErr w:type="spellEnd"/>
            <w:r w:rsidRPr="00D97086">
              <w:rPr>
                <w:rFonts w:ascii="Times New Roman" w:eastAsia="Times New Roman" w:hAnsi="Times New Roman" w:cs="Times New Roman"/>
                <w:b/>
                <w:color w:val="000000"/>
              </w:rPr>
              <w:t xml:space="preserve"> </w:t>
            </w:r>
            <w:proofErr w:type="spellStart"/>
            <w:r w:rsidRPr="00D97086">
              <w:rPr>
                <w:rFonts w:ascii="Times New Roman" w:eastAsia="Times New Roman" w:hAnsi="Times New Roman" w:cs="Times New Roman"/>
                <w:b/>
                <w:color w:val="000000"/>
              </w:rPr>
              <w:t>te</w:t>
            </w:r>
            <w:proofErr w:type="spellEnd"/>
            <w:r w:rsidRPr="00D97086">
              <w:rPr>
                <w:rFonts w:ascii="Times New Roman" w:eastAsia="Times New Roman" w:hAnsi="Times New Roman" w:cs="Times New Roman"/>
                <w:b/>
                <w:color w:val="000000"/>
              </w:rPr>
              <w:t xml:space="preserve"> </w:t>
            </w:r>
            <w:proofErr w:type="spellStart"/>
            <w:r w:rsidRPr="00D97086">
              <w:rPr>
                <w:rFonts w:ascii="Times New Roman" w:eastAsia="Times New Roman" w:hAnsi="Times New Roman" w:cs="Times New Roman"/>
                <w:b/>
                <w:color w:val="000000"/>
              </w:rPr>
              <w:t>banimit</w:t>
            </w:r>
            <w:proofErr w:type="spellEnd"/>
            <w:r w:rsidRPr="00D97086">
              <w:rPr>
                <w:rFonts w:ascii="Times New Roman" w:eastAsia="Times New Roman" w:hAnsi="Times New Roman" w:cs="Times New Roman"/>
                <w:b/>
                <w:color w:val="000000"/>
              </w:rPr>
              <w:t xml:space="preserve"> 80% </w:t>
            </w:r>
            <w:proofErr w:type="spellStart"/>
            <w:r w:rsidRPr="00D97086">
              <w:rPr>
                <w:rFonts w:ascii="Times New Roman" w:eastAsia="Times New Roman" w:hAnsi="Times New Roman" w:cs="Times New Roman"/>
                <w:b/>
                <w:color w:val="000000"/>
              </w:rPr>
              <w:t>Ministria</w:t>
            </w:r>
            <w:proofErr w:type="spellEnd"/>
            <w:r w:rsidRPr="00D97086">
              <w:rPr>
                <w:rFonts w:ascii="Times New Roman" w:eastAsia="Times New Roman" w:hAnsi="Times New Roman" w:cs="Times New Roman"/>
                <w:b/>
                <w:color w:val="000000"/>
              </w:rPr>
              <w:t xml:space="preserve"> </w:t>
            </w:r>
          </w:p>
        </w:tc>
        <w:tc>
          <w:tcPr>
            <w:tcW w:w="1407" w:type="dxa"/>
            <w:tcBorders>
              <w:top w:val="single" w:sz="4" w:space="0" w:color="auto"/>
              <w:left w:val="nil"/>
              <w:bottom w:val="single" w:sz="4" w:space="0" w:color="auto"/>
              <w:right w:val="single" w:sz="4" w:space="0" w:color="auto"/>
            </w:tcBorders>
            <w:shd w:val="clear" w:color="auto" w:fill="EAF1DD" w:themeFill="accent3" w:themeFillTint="33"/>
            <w:vAlign w:val="bottom"/>
            <w:hideMark/>
          </w:tcPr>
          <w:p w14:paraId="1F660CAF" w14:textId="77777777" w:rsidR="00BC52BC" w:rsidRPr="00D97086" w:rsidRDefault="00BC52BC" w:rsidP="00BC52BC">
            <w:pPr>
              <w:spacing w:after="0" w:line="240" w:lineRule="auto"/>
              <w:rPr>
                <w:rFonts w:ascii="Times New Roman" w:eastAsia="Times New Roman" w:hAnsi="Times New Roman" w:cs="Times New Roman"/>
                <w:b/>
                <w:color w:val="000000"/>
              </w:rPr>
            </w:pPr>
            <w:proofErr w:type="spellStart"/>
            <w:r w:rsidRPr="00D97086">
              <w:rPr>
                <w:rFonts w:ascii="Times New Roman" w:eastAsia="Times New Roman" w:hAnsi="Times New Roman" w:cs="Times New Roman"/>
                <w:b/>
                <w:color w:val="000000"/>
              </w:rPr>
              <w:t>Permiresim</w:t>
            </w:r>
            <w:proofErr w:type="spellEnd"/>
            <w:r w:rsidRPr="00D97086">
              <w:rPr>
                <w:rFonts w:ascii="Times New Roman" w:eastAsia="Times New Roman" w:hAnsi="Times New Roman" w:cs="Times New Roman"/>
                <w:b/>
                <w:color w:val="000000"/>
              </w:rPr>
              <w:t xml:space="preserve">  I </w:t>
            </w:r>
            <w:proofErr w:type="spellStart"/>
            <w:r w:rsidRPr="00D97086">
              <w:rPr>
                <w:rFonts w:ascii="Times New Roman" w:eastAsia="Times New Roman" w:hAnsi="Times New Roman" w:cs="Times New Roman"/>
                <w:b/>
                <w:color w:val="000000"/>
              </w:rPr>
              <w:t>kushteve</w:t>
            </w:r>
            <w:proofErr w:type="spellEnd"/>
            <w:r w:rsidRPr="00D97086">
              <w:rPr>
                <w:rFonts w:ascii="Times New Roman" w:eastAsia="Times New Roman" w:hAnsi="Times New Roman" w:cs="Times New Roman"/>
                <w:b/>
                <w:color w:val="000000"/>
              </w:rPr>
              <w:t xml:space="preserve"> </w:t>
            </w:r>
            <w:proofErr w:type="spellStart"/>
            <w:r w:rsidRPr="00D97086">
              <w:rPr>
                <w:rFonts w:ascii="Times New Roman" w:eastAsia="Times New Roman" w:hAnsi="Times New Roman" w:cs="Times New Roman"/>
                <w:b/>
                <w:color w:val="000000"/>
              </w:rPr>
              <w:t>te</w:t>
            </w:r>
            <w:proofErr w:type="spellEnd"/>
            <w:r w:rsidRPr="00D97086">
              <w:rPr>
                <w:rFonts w:ascii="Times New Roman" w:eastAsia="Times New Roman" w:hAnsi="Times New Roman" w:cs="Times New Roman"/>
                <w:b/>
                <w:color w:val="000000"/>
              </w:rPr>
              <w:t xml:space="preserve"> </w:t>
            </w:r>
            <w:proofErr w:type="spellStart"/>
            <w:r w:rsidRPr="00D97086">
              <w:rPr>
                <w:rFonts w:ascii="Times New Roman" w:eastAsia="Times New Roman" w:hAnsi="Times New Roman" w:cs="Times New Roman"/>
                <w:b/>
                <w:color w:val="000000"/>
              </w:rPr>
              <w:t>banimit</w:t>
            </w:r>
            <w:proofErr w:type="spellEnd"/>
            <w:r w:rsidRPr="00D97086">
              <w:rPr>
                <w:rFonts w:ascii="Times New Roman" w:eastAsia="Times New Roman" w:hAnsi="Times New Roman" w:cs="Times New Roman"/>
                <w:b/>
                <w:color w:val="000000"/>
              </w:rPr>
              <w:t xml:space="preserve"> 20% Bashkia</w:t>
            </w:r>
          </w:p>
        </w:tc>
        <w:tc>
          <w:tcPr>
            <w:tcW w:w="1080" w:type="dxa"/>
            <w:tcBorders>
              <w:top w:val="single" w:sz="4" w:space="0" w:color="auto"/>
              <w:left w:val="nil"/>
              <w:bottom w:val="single" w:sz="4" w:space="0" w:color="auto"/>
              <w:right w:val="single" w:sz="4" w:space="0" w:color="auto"/>
            </w:tcBorders>
            <w:shd w:val="clear" w:color="auto" w:fill="EAF1DD" w:themeFill="accent3" w:themeFillTint="33"/>
            <w:vAlign w:val="bottom"/>
            <w:hideMark/>
          </w:tcPr>
          <w:p w14:paraId="29014FCC" w14:textId="77777777" w:rsidR="00BC52BC" w:rsidRPr="005B1542" w:rsidRDefault="00BC52BC" w:rsidP="00BC52BC">
            <w:pPr>
              <w:spacing w:after="0" w:line="240" w:lineRule="auto"/>
              <w:rPr>
                <w:rFonts w:ascii="Times New Roman" w:eastAsia="Times New Roman" w:hAnsi="Times New Roman" w:cs="Times New Roman"/>
                <w:b/>
                <w:color w:val="000000"/>
                <w:lang w:val="it-IT"/>
              </w:rPr>
            </w:pPr>
            <w:r w:rsidRPr="005B1542">
              <w:rPr>
                <w:rFonts w:ascii="Times New Roman" w:eastAsia="Times New Roman" w:hAnsi="Times New Roman" w:cs="Times New Roman"/>
                <w:b/>
                <w:color w:val="000000"/>
                <w:lang w:val="it-IT"/>
              </w:rPr>
              <w:t>Banesa sociale /ndertim I ri</w:t>
            </w:r>
          </w:p>
        </w:tc>
      </w:tr>
      <w:tr w:rsidR="00BC52BC" w:rsidRPr="00D97086" w14:paraId="1C7E95DA" w14:textId="77777777" w:rsidTr="00BC52BC">
        <w:trPr>
          <w:trHeight w:val="238"/>
        </w:trPr>
        <w:tc>
          <w:tcPr>
            <w:tcW w:w="895" w:type="dxa"/>
            <w:tcBorders>
              <w:top w:val="nil"/>
              <w:left w:val="single" w:sz="4" w:space="0" w:color="auto"/>
              <w:bottom w:val="single" w:sz="4" w:space="0" w:color="auto"/>
              <w:right w:val="single" w:sz="4" w:space="0" w:color="auto"/>
            </w:tcBorders>
            <w:noWrap/>
            <w:vAlign w:val="bottom"/>
            <w:hideMark/>
          </w:tcPr>
          <w:p w14:paraId="0139BB3F" w14:textId="77777777" w:rsidR="00BC52BC" w:rsidRPr="00D97086" w:rsidRDefault="00BC52BC" w:rsidP="00BC52BC">
            <w:pPr>
              <w:spacing w:after="0" w:line="240" w:lineRule="auto"/>
              <w:jc w:val="center"/>
              <w:rPr>
                <w:rFonts w:ascii="Times New Roman" w:eastAsia="Times New Roman" w:hAnsi="Times New Roman" w:cs="Times New Roman"/>
                <w:b/>
                <w:color w:val="000000"/>
                <w:sz w:val="18"/>
                <w:szCs w:val="18"/>
              </w:rPr>
            </w:pPr>
            <w:r w:rsidRPr="00D97086">
              <w:rPr>
                <w:rFonts w:ascii="Times New Roman" w:eastAsia="Times New Roman" w:hAnsi="Times New Roman" w:cs="Times New Roman"/>
                <w:b/>
                <w:color w:val="000000"/>
                <w:sz w:val="18"/>
                <w:szCs w:val="18"/>
              </w:rPr>
              <w:t>a</w:t>
            </w:r>
          </w:p>
        </w:tc>
        <w:tc>
          <w:tcPr>
            <w:tcW w:w="1254" w:type="dxa"/>
            <w:tcBorders>
              <w:top w:val="nil"/>
              <w:left w:val="nil"/>
              <w:bottom w:val="single" w:sz="4" w:space="0" w:color="auto"/>
              <w:right w:val="single" w:sz="4" w:space="0" w:color="auto"/>
            </w:tcBorders>
            <w:vAlign w:val="bottom"/>
            <w:hideMark/>
          </w:tcPr>
          <w:p w14:paraId="1ED1031B" w14:textId="77777777" w:rsidR="00BC52BC" w:rsidRPr="00D97086" w:rsidRDefault="00BC52BC" w:rsidP="00BC52BC">
            <w:pPr>
              <w:spacing w:after="0" w:line="240" w:lineRule="auto"/>
              <w:jc w:val="center"/>
              <w:rPr>
                <w:rFonts w:ascii="Times New Roman" w:eastAsia="Times New Roman" w:hAnsi="Times New Roman" w:cs="Times New Roman"/>
                <w:b/>
                <w:color w:val="000000"/>
                <w:sz w:val="18"/>
                <w:szCs w:val="18"/>
              </w:rPr>
            </w:pPr>
            <w:r w:rsidRPr="00D97086">
              <w:rPr>
                <w:rFonts w:ascii="Times New Roman" w:eastAsia="Times New Roman" w:hAnsi="Times New Roman" w:cs="Times New Roman"/>
                <w:b/>
                <w:color w:val="000000"/>
                <w:sz w:val="18"/>
                <w:szCs w:val="18"/>
              </w:rPr>
              <w:t>b=</w:t>
            </w:r>
            <w:proofErr w:type="spellStart"/>
            <w:r w:rsidRPr="00D97086">
              <w:rPr>
                <w:rFonts w:ascii="Times New Roman" w:eastAsia="Times New Roman" w:hAnsi="Times New Roman" w:cs="Times New Roman"/>
                <w:b/>
                <w:color w:val="000000"/>
                <w:sz w:val="18"/>
                <w:szCs w:val="18"/>
              </w:rPr>
              <w:t>c+d+e+f+g</w:t>
            </w:r>
            <w:proofErr w:type="spellEnd"/>
          </w:p>
        </w:tc>
        <w:tc>
          <w:tcPr>
            <w:tcW w:w="1248" w:type="dxa"/>
            <w:tcBorders>
              <w:top w:val="nil"/>
              <w:left w:val="nil"/>
              <w:bottom w:val="single" w:sz="4" w:space="0" w:color="auto"/>
              <w:right w:val="single" w:sz="4" w:space="0" w:color="auto"/>
            </w:tcBorders>
            <w:vAlign w:val="bottom"/>
            <w:hideMark/>
          </w:tcPr>
          <w:p w14:paraId="5370E485" w14:textId="77777777" w:rsidR="00BC52BC" w:rsidRPr="00D97086" w:rsidRDefault="00BC52BC" w:rsidP="00BC52BC">
            <w:pPr>
              <w:spacing w:after="0" w:line="240" w:lineRule="auto"/>
              <w:jc w:val="center"/>
              <w:rPr>
                <w:rFonts w:ascii="Times New Roman" w:eastAsia="Times New Roman" w:hAnsi="Times New Roman" w:cs="Times New Roman"/>
                <w:b/>
                <w:color w:val="000000"/>
                <w:sz w:val="18"/>
                <w:szCs w:val="18"/>
              </w:rPr>
            </w:pPr>
            <w:r w:rsidRPr="00D97086">
              <w:rPr>
                <w:rFonts w:ascii="Times New Roman" w:eastAsia="Times New Roman" w:hAnsi="Times New Roman" w:cs="Times New Roman"/>
                <w:b/>
                <w:color w:val="000000"/>
                <w:sz w:val="18"/>
                <w:szCs w:val="18"/>
              </w:rPr>
              <w:t>c</w:t>
            </w:r>
          </w:p>
        </w:tc>
        <w:tc>
          <w:tcPr>
            <w:tcW w:w="1545" w:type="dxa"/>
            <w:tcBorders>
              <w:top w:val="nil"/>
              <w:left w:val="nil"/>
              <w:bottom w:val="single" w:sz="4" w:space="0" w:color="auto"/>
              <w:right w:val="single" w:sz="4" w:space="0" w:color="auto"/>
            </w:tcBorders>
            <w:vAlign w:val="bottom"/>
            <w:hideMark/>
          </w:tcPr>
          <w:p w14:paraId="2CFBB31F" w14:textId="77777777" w:rsidR="00BC52BC" w:rsidRPr="00D97086" w:rsidRDefault="00BC52BC" w:rsidP="00BC52BC">
            <w:pPr>
              <w:spacing w:after="0" w:line="240" w:lineRule="auto"/>
              <w:jc w:val="center"/>
              <w:rPr>
                <w:rFonts w:ascii="Times New Roman" w:eastAsia="Times New Roman" w:hAnsi="Times New Roman" w:cs="Times New Roman"/>
                <w:b/>
                <w:color w:val="000000"/>
                <w:sz w:val="18"/>
                <w:szCs w:val="18"/>
              </w:rPr>
            </w:pPr>
            <w:r w:rsidRPr="00D97086">
              <w:rPr>
                <w:rFonts w:ascii="Times New Roman" w:eastAsia="Times New Roman" w:hAnsi="Times New Roman" w:cs="Times New Roman"/>
                <w:b/>
                <w:color w:val="000000"/>
                <w:sz w:val="18"/>
                <w:szCs w:val="18"/>
              </w:rPr>
              <w:t>d</w:t>
            </w:r>
          </w:p>
        </w:tc>
        <w:tc>
          <w:tcPr>
            <w:tcW w:w="1296" w:type="dxa"/>
            <w:tcBorders>
              <w:top w:val="nil"/>
              <w:left w:val="nil"/>
              <w:bottom w:val="single" w:sz="4" w:space="0" w:color="auto"/>
              <w:right w:val="single" w:sz="4" w:space="0" w:color="auto"/>
            </w:tcBorders>
            <w:vAlign w:val="bottom"/>
            <w:hideMark/>
          </w:tcPr>
          <w:p w14:paraId="4F138487" w14:textId="77777777" w:rsidR="00BC52BC" w:rsidRPr="00D97086" w:rsidRDefault="00BC52BC" w:rsidP="00BC52BC">
            <w:pPr>
              <w:spacing w:after="0" w:line="240" w:lineRule="auto"/>
              <w:jc w:val="center"/>
              <w:rPr>
                <w:rFonts w:ascii="Times New Roman" w:eastAsia="Times New Roman" w:hAnsi="Times New Roman" w:cs="Times New Roman"/>
                <w:b/>
                <w:color w:val="000000"/>
                <w:sz w:val="18"/>
                <w:szCs w:val="18"/>
              </w:rPr>
            </w:pPr>
            <w:r w:rsidRPr="00D97086">
              <w:rPr>
                <w:rFonts w:ascii="Times New Roman" w:eastAsia="Times New Roman" w:hAnsi="Times New Roman" w:cs="Times New Roman"/>
                <w:b/>
                <w:color w:val="000000"/>
                <w:sz w:val="18"/>
                <w:szCs w:val="18"/>
              </w:rPr>
              <w:t>e</w:t>
            </w:r>
          </w:p>
        </w:tc>
        <w:tc>
          <w:tcPr>
            <w:tcW w:w="1407" w:type="dxa"/>
            <w:tcBorders>
              <w:top w:val="nil"/>
              <w:left w:val="nil"/>
              <w:bottom w:val="single" w:sz="4" w:space="0" w:color="auto"/>
              <w:right w:val="single" w:sz="4" w:space="0" w:color="auto"/>
            </w:tcBorders>
            <w:vAlign w:val="bottom"/>
            <w:hideMark/>
          </w:tcPr>
          <w:p w14:paraId="3AD007D5" w14:textId="77777777" w:rsidR="00BC52BC" w:rsidRPr="00D97086" w:rsidRDefault="00BC52BC" w:rsidP="00BC52BC">
            <w:pPr>
              <w:spacing w:after="0" w:line="240" w:lineRule="auto"/>
              <w:jc w:val="center"/>
              <w:rPr>
                <w:rFonts w:ascii="Times New Roman" w:eastAsia="Times New Roman" w:hAnsi="Times New Roman" w:cs="Times New Roman"/>
                <w:b/>
                <w:color w:val="000000"/>
                <w:sz w:val="18"/>
                <w:szCs w:val="18"/>
              </w:rPr>
            </w:pPr>
            <w:r w:rsidRPr="00D97086">
              <w:rPr>
                <w:rFonts w:ascii="Times New Roman" w:eastAsia="Times New Roman" w:hAnsi="Times New Roman" w:cs="Times New Roman"/>
                <w:b/>
                <w:color w:val="000000"/>
                <w:sz w:val="18"/>
                <w:szCs w:val="18"/>
              </w:rPr>
              <w:t>f</w:t>
            </w:r>
          </w:p>
        </w:tc>
        <w:tc>
          <w:tcPr>
            <w:tcW w:w="1080" w:type="dxa"/>
            <w:tcBorders>
              <w:top w:val="nil"/>
              <w:left w:val="nil"/>
              <w:bottom w:val="single" w:sz="4" w:space="0" w:color="auto"/>
              <w:right w:val="single" w:sz="4" w:space="0" w:color="auto"/>
            </w:tcBorders>
            <w:vAlign w:val="bottom"/>
            <w:hideMark/>
          </w:tcPr>
          <w:p w14:paraId="59C95995" w14:textId="77777777" w:rsidR="00BC52BC" w:rsidRPr="00D97086" w:rsidRDefault="00BC52BC" w:rsidP="00BC52BC">
            <w:pPr>
              <w:spacing w:after="0" w:line="240" w:lineRule="auto"/>
              <w:jc w:val="center"/>
              <w:rPr>
                <w:rFonts w:ascii="Times New Roman" w:eastAsia="Times New Roman" w:hAnsi="Times New Roman" w:cs="Times New Roman"/>
                <w:b/>
                <w:color w:val="000000"/>
                <w:sz w:val="18"/>
                <w:szCs w:val="18"/>
              </w:rPr>
            </w:pPr>
            <w:r w:rsidRPr="00D97086">
              <w:rPr>
                <w:rFonts w:ascii="Times New Roman" w:eastAsia="Times New Roman" w:hAnsi="Times New Roman" w:cs="Times New Roman"/>
                <w:b/>
                <w:color w:val="000000"/>
                <w:sz w:val="18"/>
                <w:szCs w:val="18"/>
              </w:rPr>
              <w:t>g</w:t>
            </w:r>
          </w:p>
        </w:tc>
      </w:tr>
      <w:tr w:rsidR="00BC52BC" w:rsidRPr="00D97086" w14:paraId="00536B3B" w14:textId="77777777" w:rsidTr="00BE7212">
        <w:trPr>
          <w:trHeight w:val="298"/>
        </w:trPr>
        <w:tc>
          <w:tcPr>
            <w:tcW w:w="895" w:type="dxa"/>
            <w:tcBorders>
              <w:top w:val="nil"/>
              <w:left w:val="single" w:sz="4" w:space="0" w:color="auto"/>
              <w:bottom w:val="single" w:sz="4" w:space="0" w:color="auto"/>
              <w:right w:val="single" w:sz="4" w:space="0" w:color="auto"/>
            </w:tcBorders>
            <w:shd w:val="clear" w:color="auto" w:fill="F2DBDB" w:themeFill="accent2" w:themeFillTint="33"/>
            <w:noWrap/>
            <w:vAlign w:val="bottom"/>
            <w:hideMark/>
          </w:tcPr>
          <w:p w14:paraId="3F47952D" w14:textId="77777777" w:rsidR="00BC52BC" w:rsidRPr="00D97086" w:rsidRDefault="00BC52BC" w:rsidP="00BC52BC">
            <w:pPr>
              <w:spacing w:after="0" w:line="240" w:lineRule="auto"/>
              <w:rPr>
                <w:rFonts w:ascii="Times New Roman" w:eastAsia="Times New Roman" w:hAnsi="Times New Roman" w:cs="Times New Roman"/>
                <w:b/>
                <w:bCs/>
              </w:rPr>
            </w:pPr>
          </w:p>
        </w:tc>
        <w:tc>
          <w:tcPr>
            <w:tcW w:w="1254" w:type="dxa"/>
            <w:tcBorders>
              <w:top w:val="nil"/>
              <w:left w:val="nil"/>
              <w:bottom w:val="single" w:sz="4" w:space="0" w:color="auto"/>
              <w:right w:val="single" w:sz="4" w:space="0" w:color="auto"/>
            </w:tcBorders>
            <w:shd w:val="clear" w:color="auto" w:fill="F2DBDB" w:themeFill="accent2" w:themeFillTint="33"/>
            <w:vAlign w:val="bottom"/>
            <w:hideMark/>
          </w:tcPr>
          <w:p w14:paraId="3832B60A" w14:textId="77777777" w:rsidR="00BC52BC" w:rsidRPr="00D97086" w:rsidRDefault="00BC52BC" w:rsidP="00BC52BC">
            <w:pPr>
              <w:spacing w:after="0" w:line="240" w:lineRule="auto"/>
              <w:rPr>
                <w:rFonts w:ascii="Times New Roman" w:eastAsia="Times New Roman" w:hAnsi="Times New Roman" w:cs="Times New Roman"/>
                <w:b/>
                <w:bCs/>
              </w:rPr>
            </w:pPr>
            <w:r w:rsidRPr="00D97086">
              <w:rPr>
                <w:rFonts w:ascii="Times New Roman" w:eastAsia="Times New Roman" w:hAnsi="Times New Roman" w:cs="Times New Roman"/>
                <w:b/>
                <w:bCs/>
              </w:rPr>
              <w:t>Fakt </w:t>
            </w:r>
          </w:p>
        </w:tc>
        <w:tc>
          <w:tcPr>
            <w:tcW w:w="1248" w:type="dxa"/>
            <w:tcBorders>
              <w:top w:val="nil"/>
              <w:left w:val="nil"/>
              <w:bottom w:val="single" w:sz="4" w:space="0" w:color="auto"/>
              <w:right w:val="single" w:sz="4" w:space="0" w:color="auto"/>
            </w:tcBorders>
            <w:shd w:val="clear" w:color="auto" w:fill="F2DBDB" w:themeFill="accent2" w:themeFillTint="33"/>
            <w:vAlign w:val="bottom"/>
            <w:hideMark/>
          </w:tcPr>
          <w:p w14:paraId="0C7E7D8B" w14:textId="77777777" w:rsidR="00BC52BC" w:rsidRPr="00D97086" w:rsidRDefault="00BC52BC" w:rsidP="00BC52BC">
            <w:pPr>
              <w:spacing w:after="0" w:line="240" w:lineRule="auto"/>
              <w:rPr>
                <w:rFonts w:ascii="Times New Roman" w:eastAsia="Times New Roman" w:hAnsi="Times New Roman" w:cs="Times New Roman"/>
              </w:rPr>
            </w:pPr>
            <w:r w:rsidRPr="00D97086">
              <w:rPr>
                <w:rFonts w:ascii="Times New Roman" w:eastAsia="Times New Roman" w:hAnsi="Times New Roman" w:cs="Times New Roman"/>
              </w:rPr>
              <w:t> </w:t>
            </w:r>
          </w:p>
        </w:tc>
        <w:tc>
          <w:tcPr>
            <w:tcW w:w="1545" w:type="dxa"/>
            <w:tcBorders>
              <w:top w:val="nil"/>
              <w:left w:val="nil"/>
              <w:bottom w:val="single" w:sz="4" w:space="0" w:color="auto"/>
              <w:right w:val="single" w:sz="4" w:space="0" w:color="auto"/>
            </w:tcBorders>
            <w:shd w:val="clear" w:color="auto" w:fill="F2DBDB" w:themeFill="accent2" w:themeFillTint="33"/>
            <w:vAlign w:val="bottom"/>
            <w:hideMark/>
          </w:tcPr>
          <w:p w14:paraId="6BA30427" w14:textId="77777777" w:rsidR="00BC52BC" w:rsidRPr="00D97086" w:rsidRDefault="00BC52BC" w:rsidP="00BC52BC">
            <w:pPr>
              <w:spacing w:after="0" w:line="240" w:lineRule="auto"/>
              <w:rPr>
                <w:rFonts w:ascii="Times New Roman" w:eastAsia="Times New Roman" w:hAnsi="Times New Roman" w:cs="Times New Roman"/>
              </w:rPr>
            </w:pPr>
            <w:r w:rsidRPr="00D97086">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auto" w:fill="F2DBDB" w:themeFill="accent2" w:themeFillTint="33"/>
            <w:vAlign w:val="bottom"/>
            <w:hideMark/>
          </w:tcPr>
          <w:p w14:paraId="67E33105" w14:textId="77777777" w:rsidR="00BC52BC" w:rsidRPr="00D97086" w:rsidRDefault="00BC52BC" w:rsidP="00BC52BC">
            <w:pPr>
              <w:spacing w:after="0" w:line="240" w:lineRule="auto"/>
              <w:rPr>
                <w:rFonts w:ascii="Times New Roman" w:eastAsia="Times New Roman" w:hAnsi="Times New Roman" w:cs="Times New Roman"/>
              </w:rPr>
            </w:pPr>
            <w:r w:rsidRPr="00D97086">
              <w:rPr>
                <w:rFonts w:ascii="Times New Roman" w:eastAsia="Times New Roman" w:hAnsi="Times New Roman" w:cs="Times New Roman"/>
              </w:rPr>
              <w:t> </w:t>
            </w:r>
          </w:p>
        </w:tc>
        <w:tc>
          <w:tcPr>
            <w:tcW w:w="1407" w:type="dxa"/>
            <w:tcBorders>
              <w:top w:val="nil"/>
              <w:left w:val="nil"/>
              <w:bottom w:val="single" w:sz="4" w:space="0" w:color="auto"/>
              <w:right w:val="single" w:sz="4" w:space="0" w:color="auto"/>
            </w:tcBorders>
            <w:shd w:val="clear" w:color="auto" w:fill="F2DBDB" w:themeFill="accent2" w:themeFillTint="33"/>
            <w:vAlign w:val="bottom"/>
            <w:hideMark/>
          </w:tcPr>
          <w:p w14:paraId="11DC798A" w14:textId="77777777" w:rsidR="00BC52BC" w:rsidRPr="00D97086" w:rsidRDefault="00BC52BC" w:rsidP="00BC52BC">
            <w:pPr>
              <w:spacing w:after="0" w:line="240" w:lineRule="auto"/>
              <w:rPr>
                <w:rFonts w:ascii="Times New Roman" w:eastAsia="Times New Roman" w:hAnsi="Times New Roman" w:cs="Times New Roman"/>
              </w:rPr>
            </w:pPr>
            <w:r w:rsidRPr="00D97086">
              <w:rPr>
                <w:rFonts w:ascii="Times New Roman" w:eastAsia="Times New Roman" w:hAnsi="Times New Roman" w:cs="Times New Roman"/>
              </w:rPr>
              <w:t> </w:t>
            </w:r>
          </w:p>
        </w:tc>
        <w:tc>
          <w:tcPr>
            <w:tcW w:w="1080" w:type="dxa"/>
            <w:tcBorders>
              <w:top w:val="nil"/>
              <w:left w:val="nil"/>
              <w:bottom w:val="single" w:sz="4" w:space="0" w:color="auto"/>
              <w:right w:val="single" w:sz="4" w:space="0" w:color="auto"/>
            </w:tcBorders>
            <w:shd w:val="clear" w:color="auto" w:fill="F2DBDB" w:themeFill="accent2" w:themeFillTint="33"/>
            <w:vAlign w:val="bottom"/>
            <w:hideMark/>
          </w:tcPr>
          <w:p w14:paraId="522F6C1D" w14:textId="77777777" w:rsidR="00BC52BC" w:rsidRPr="00D97086" w:rsidRDefault="00BC52BC" w:rsidP="00BC52BC">
            <w:pPr>
              <w:spacing w:after="0" w:line="240" w:lineRule="auto"/>
              <w:rPr>
                <w:rFonts w:ascii="Times New Roman" w:eastAsia="Times New Roman" w:hAnsi="Times New Roman" w:cs="Times New Roman"/>
              </w:rPr>
            </w:pPr>
            <w:r w:rsidRPr="00D97086">
              <w:rPr>
                <w:rFonts w:ascii="Times New Roman" w:eastAsia="Times New Roman" w:hAnsi="Times New Roman" w:cs="Times New Roman"/>
              </w:rPr>
              <w:t> </w:t>
            </w:r>
          </w:p>
        </w:tc>
      </w:tr>
      <w:tr w:rsidR="00BC52BC" w:rsidRPr="00D97086" w14:paraId="57C4F987" w14:textId="77777777" w:rsidTr="00BE7212">
        <w:trPr>
          <w:trHeight w:val="298"/>
        </w:trPr>
        <w:tc>
          <w:tcPr>
            <w:tcW w:w="895" w:type="dxa"/>
            <w:tcBorders>
              <w:top w:val="nil"/>
              <w:left w:val="single" w:sz="4" w:space="0" w:color="auto"/>
              <w:bottom w:val="single" w:sz="4" w:space="0" w:color="auto"/>
              <w:right w:val="single" w:sz="4" w:space="0" w:color="auto"/>
            </w:tcBorders>
            <w:shd w:val="clear" w:color="auto" w:fill="F2DBDB" w:themeFill="accent2" w:themeFillTint="33"/>
            <w:noWrap/>
            <w:vAlign w:val="bottom"/>
            <w:hideMark/>
          </w:tcPr>
          <w:p w14:paraId="1B456FFB" w14:textId="77777777" w:rsidR="00BC52BC" w:rsidRPr="00D97086" w:rsidRDefault="00BC52BC" w:rsidP="00BC52BC">
            <w:pPr>
              <w:spacing w:after="0" w:line="240" w:lineRule="auto"/>
              <w:jc w:val="center"/>
              <w:rPr>
                <w:rFonts w:ascii="Times New Roman" w:eastAsia="Times New Roman" w:hAnsi="Times New Roman" w:cs="Times New Roman"/>
              </w:rPr>
            </w:pPr>
            <w:r w:rsidRPr="00D97086">
              <w:rPr>
                <w:rFonts w:ascii="Times New Roman" w:eastAsia="Times New Roman" w:hAnsi="Times New Roman" w:cs="Times New Roman"/>
              </w:rPr>
              <w:t>2022</w:t>
            </w:r>
          </w:p>
        </w:tc>
        <w:tc>
          <w:tcPr>
            <w:tcW w:w="1254" w:type="dxa"/>
            <w:tcBorders>
              <w:top w:val="nil"/>
              <w:left w:val="nil"/>
              <w:bottom w:val="single" w:sz="4" w:space="0" w:color="auto"/>
              <w:right w:val="single" w:sz="4" w:space="0" w:color="auto"/>
            </w:tcBorders>
            <w:shd w:val="clear" w:color="auto" w:fill="F2DBDB" w:themeFill="accent2" w:themeFillTint="33"/>
            <w:noWrap/>
            <w:hideMark/>
          </w:tcPr>
          <w:p w14:paraId="51E5B6D7"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26,967,815</w:t>
            </w:r>
          </w:p>
        </w:tc>
        <w:tc>
          <w:tcPr>
            <w:tcW w:w="1248" w:type="dxa"/>
            <w:tcBorders>
              <w:top w:val="nil"/>
              <w:left w:val="nil"/>
              <w:bottom w:val="single" w:sz="4" w:space="0" w:color="auto"/>
              <w:right w:val="single" w:sz="4" w:space="0" w:color="auto"/>
            </w:tcBorders>
            <w:shd w:val="clear" w:color="auto" w:fill="F2DBDB" w:themeFill="accent2" w:themeFillTint="33"/>
            <w:noWrap/>
            <w:hideMark/>
          </w:tcPr>
          <w:p w14:paraId="74A44958"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w:t>
            </w:r>
          </w:p>
        </w:tc>
        <w:tc>
          <w:tcPr>
            <w:tcW w:w="1545" w:type="dxa"/>
            <w:tcBorders>
              <w:top w:val="nil"/>
              <w:left w:val="nil"/>
              <w:bottom w:val="single" w:sz="4" w:space="0" w:color="auto"/>
              <w:right w:val="single" w:sz="4" w:space="0" w:color="auto"/>
            </w:tcBorders>
            <w:shd w:val="clear" w:color="auto" w:fill="F2DBDB" w:themeFill="accent2" w:themeFillTint="33"/>
            <w:noWrap/>
            <w:hideMark/>
          </w:tcPr>
          <w:p w14:paraId="5D9E9CBE"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w:t>
            </w:r>
          </w:p>
        </w:tc>
        <w:tc>
          <w:tcPr>
            <w:tcW w:w="1296" w:type="dxa"/>
            <w:tcBorders>
              <w:top w:val="nil"/>
              <w:left w:val="nil"/>
              <w:bottom w:val="single" w:sz="4" w:space="0" w:color="auto"/>
              <w:right w:val="single" w:sz="4" w:space="0" w:color="auto"/>
            </w:tcBorders>
            <w:shd w:val="clear" w:color="auto" w:fill="F2DBDB" w:themeFill="accent2" w:themeFillTint="33"/>
            <w:noWrap/>
            <w:hideMark/>
          </w:tcPr>
          <w:p w14:paraId="28F014E5"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21,574,252</w:t>
            </w:r>
          </w:p>
        </w:tc>
        <w:tc>
          <w:tcPr>
            <w:tcW w:w="1407" w:type="dxa"/>
            <w:tcBorders>
              <w:top w:val="nil"/>
              <w:left w:val="nil"/>
              <w:bottom w:val="single" w:sz="4" w:space="0" w:color="auto"/>
              <w:right w:val="single" w:sz="4" w:space="0" w:color="auto"/>
            </w:tcBorders>
            <w:shd w:val="clear" w:color="auto" w:fill="F2DBDB" w:themeFill="accent2" w:themeFillTint="33"/>
            <w:noWrap/>
            <w:hideMark/>
          </w:tcPr>
          <w:p w14:paraId="1D5E4FF0"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5,393,563</w:t>
            </w:r>
          </w:p>
        </w:tc>
        <w:tc>
          <w:tcPr>
            <w:tcW w:w="1080" w:type="dxa"/>
            <w:tcBorders>
              <w:top w:val="nil"/>
              <w:left w:val="nil"/>
              <w:bottom w:val="single" w:sz="4" w:space="0" w:color="auto"/>
              <w:right w:val="single" w:sz="4" w:space="0" w:color="auto"/>
            </w:tcBorders>
            <w:shd w:val="clear" w:color="auto" w:fill="F2DBDB" w:themeFill="accent2" w:themeFillTint="33"/>
            <w:noWrap/>
            <w:hideMark/>
          </w:tcPr>
          <w:p w14:paraId="462D6D40"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w:t>
            </w:r>
          </w:p>
        </w:tc>
      </w:tr>
      <w:tr w:rsidR="00BC52BC" w:rsidRPr="00D97086" w14:paraId="2AE6FAF1" w14:textId="77777777" w:rsidTr="00BE7212">
        <w:trPr>
          <w:trHeight w:val="298"/>
        </w:trPr>
        <w:tc>
          <w:tcPr>
            <w:tcW w:w="895" w:type="dxa"/>
            <w:tcBorders>
              <w:top w:val="nil"/>
              <w:left w:val="single" w:sz="4" w:space="0" w:color="auto"/>
              <w:bottom w:val="single" w:sz="4" w:space="0" w:color="auto"/>
              <w:right w:val="single" w:sz="4" w:space="0" w:color="auto"/>
            </w:tcBorders>
            <w:shd w:val="clear" w:color="auto" w:fill="F2DBDB" w:themeFill="accent2" w:themeFillTint="33"/>
            <w:noWrap/>
            <w:vAlign w:val="bottom"/>
            <w:hideMark/>
          </w:tcPr>
          <w:p w14:paraId="3AA5A29C" w14:textId="77777777" w:rsidR="00BC52BC" w:rsidRPr="00D97086" w:rsidRDefault="00BC52BC" w:rsidP="00BC52BC">
            <w:pPr>
              <w:spacing w:after="0" w:line="240" w:lineRule="auto"/>
              <w:jc w:val="center"/>
              <w:rPr>
                <w:rFonts w:ascii="Times New Roman" w:eastAsia="Times New Roman" w:hAnsi="Times New Roman" w:cs="Times New Roman"/>
              </w:rPr>
            </w:pPr>
            <w:r w:rsidRPr="00D97086">
              <w:rPr>
                <w:rFonts w:ascii="Times New Roman" w:eastAsia="Times New Roman" w:hAnsi="Times New Roman" w:cs="Times New Roman"/>
              </w:rPr>
              <w:t>2023</w:t>
            </w:r>
          </w:p>
        </w:tc>
        <w:tc>
          <w:tcPr>
            <w:tcW w:w="1254" w:type="dxa"/>
            <w:tcBorders>
              <w:top w:val="nil"/>
              <w:left w:val="nil"/>
              <w:bottom w:val="single" w:sz="4" w:space="0" w:color="auto"/>
              <w:right w:val="single" w:sz="4" w:space="0" w:color="auto"/>
            </w:tcBorders>
            <w:shd w:val="clear" w:color="auto" w:fill="F2DBDB" w:themeFill="accent2" w:themeFillTint="33"/>
            <w:noWrap/>
            <w:hideMark/>
          </w:tcPr>
          <w:p w14:paraId="7F5C0A18"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42,200,000</w:t>
            </w:r>
          </w:p>
        </w:tc>
        <w:tc>
          <w:tcPr>
            <w:tcW w:w="1248" w:type="dxa"/>
            <w:tcBorders>
              <w:top w:val="nil"/>
              <w:left w:val="nil"/>
              <w:bottom w:val="single" w:sz="4" w:space="0" w:color="auto"/>
              <w:right w:val="single" w:sz="4" w:space="0" w:color="auto"/>
            </w:tcBorders>
            <w:shd w:val="clear" w:color="auto" w:fill="F2DBDB" w:themeFill="accent2" w:themeFillTint="33"/>
            <w:noWrap/>
            <w:hideMark/>
          </w:tcPr>
          <w:p w14:paraId="08FC293E"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w:t>
            </w:r>
          </w:p>
        </w:tc>
        <w:tc>
          <w:tcPr>
            <w:tcW w:w="1545" w:type="dxa"/>
            <w:tcBorders>
              <w:top w:val="nil"/>
              <w:left w:val="nil"/>
              <w:bottom w:val="single" w:sz="4" w:space="0" w:color="auto"/>
              <w:right w:val="single" w:sz="4" w:space="0" w:color="auto"/>
            </w:tcBorders>
            <w:shd w:val="clear" w:color="auto" w:fill="F2DBDB" w:themeFill="accent2" w:themeFillTint="33"/>
            <w:noWrap/>
            <w:hideMark/>
          </w:tcPr>
          <w:p w14:paraId="4CC6E000"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w:t>
            </w:r>
          </w:p>
        </w:tc>
        <w:tc>
          <w:tcPr>
            <w:tcW w:w="1296" w:type="dxa"/>
            <w:tcBorders>
              <w:top w:val="nil"/>
              <w:left w:val="nil"/>
              <w:bottom w:val="single" w:sz="4" w:space="0" w:color="auto"/>
              <w:right w:val="single" w:sz="4" w:space="0" w:color="auto"/>
            </w:tcBorders>
            <w:shd w:val="clear" w:color="auto" w:fill="F2DBDB" w:themeFill="accent2" w:themeFillTint="33"/>
            <w:noWrap/>
            <w:hideMark/>
          </w:tcPr>
          <w:p w14:paraId="048C4DD9"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33,760,000</w:t>
            </w:r>
          </w:p>
        </w:tc>
        <w:tc>
          <w:tcPr>
            <w:tcW w:w="1407" w:type="dxa"/>
            <w:tcBorders>
              <w:top w:val="nil"/>
              <w:left w:val="nil"/>
              <w:bottom w:val="single" w:sz="4" w:space="0" w:color="auto"/>
              <w:right w:val="single" w:sz="4" w:space="0" w:color="auto"/>
            </w:tcBorders>
            <w:shd w:val="clear" w:color="auto" w:fill="F2DBDB" w:themeFill="accent2" w:themeFillTint="33"/>
            <w:noWrap/>
            <w:hideMark/>
          </w:tcPr>
          <w:p w14:paraId="15933C40"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8,440,000</w:t>
            </w:r>
          </w:p>
        </w:tc>
        <w:tc>
          <w:tcPr>
            <w:tcW w:w="1080" w:type="dxa"/>
            <w:tcBorders>
              <w:top w:val="nil"/>
              <w:left w:val="nil"/>
              <w:bottom w:val="single" w:sz="4" w:space="0" w:color="auto"/>
              <w:right w:val="single" w:sz="4" w:space="0" w:color="auto"/>
            </w:tcBorders>
            <w:shd w:val="clear" w:color="auto" w:fill="F2DBDB" w:themeFill="accent2" w:themeFillTint="33"/>
            <w:noWrap/>
            <w:hideMark/>
          </w:tcPr>
          <w:p w14:paraId="4C7B227D"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w:t>
            </w:r>
          </w:p>
        </w:tc>
      </w:tr>
      <w:tr w:rsidR="00BC52BC" w:rsidRPr="00D97086" w14:paraId="58085E69" w14:textId="77777777" w:rsidTr="00BE7212">
        <w:trPr>
          <w:trHeight w:val="298"/>
        </w:trPr>
        <w:tc>
          <w:tcPr>
            <w:tcW w:w="895" w:type="dxa"/>
            <w:tcBorders>
              <w:top w:val="nil"/>
              <w:left w:val="single" w:sz="4" w:space="0" w:color="auto"/>
              <w:bottom w:val="single" w:sz="4" w:space="0" w:color="auto"/>
              <w:right w:val="single" w:sz="4" w:space="0" w:color="auto"/>
            </w:tcBorders>
            <w:shd w:val="clear" w:color="auto" w:fill="F2DBDB" w:themeFill="accent2" w:themeFillTint="33"/>
            <w:noWrap/>
            <w:vAlign w:val="bottom"/>
            <w:hideMark/>
          </w:tcPr>
          <w:p w14:paraId="7A35A7BE" w14:textId="77777777" w:rsidR="00BC52BC" w:rsidRPr="00D97086" w:rsidRDefault="00BC52BC" w:rsidP="00BC52BC">
            <w:pPr>
              <w:spacing w:after="0" w:line="240" w:lineRule="auto"/>
              <w:jc w:val="center"/>
              <w:rPr>
                <w:rFonts w:ascii="Times New Roman" w:eastAsia="Times New Roman" w:hAnsi="Times New Roman" w:cs="Times New Roman"/>
              </w:rPr>
            </w:pPr>
            <w:r w:rsidRPr="00D97086">
              <w:rPr>
                <w:rFonts w:ascii="Times New Roman" w:eastAsia="Times New Roman" w:hAnsi="Times New Roman" w:cs="Times New Roman"/>
              </w:rPr>
              <w:t>2024</w:t>
            </w:r>
          </w:p>
        </w:tc>
        <w:tc>
          <w:tcPr>
            <w:tcW w:w="1254" w:type="dxa"/>
            <w:tcBorders>
              <w:top w:val="nil"/>
              <w:left w:val="nil"/>
              <w:bottom w:val="single" w:sz="4" w:space="0" w:color="auto"/>
              <w:right w:val="single" w:sz="4" w:space="0" w:color="auto"/>
            </w:tcBorders>
            <w:shd w:val="clear" w:color="auto" w:fill="F2DBDB" w:themeFill="accent2" w:themeFillTint="33"/>
            <w:noWrap/>
            <w:hideMark/>
          </w:tcPr>
          <w:p w14:paraId="77712D10"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7,917,775</w:t>
            </w:r>
          </w:p>
        </w:tc>
        <w:tc>
          <w:tcPr>
            <w:tcW w:w="1248" w:type="dxa"/>
            <w:tcBorders>
              <w:top w:val="nil"/>
              <w:left w:val="nil"/>
              <w:bottom w:val="single" w:sz="4" w:space="0" w:color="auto"/>
              <w:right w:val="single" w:sz="4" w:space="0" w:color="auto"/>
            </w:tcBorders>
            <w:shd w:val="clear" w:color="auto" w:fill="F2DBDB" w:themeFill="accent2" w:themeFillTint="33"/>
            <w:noWrap/>
            <w:hideMark/>
          </w:tcPr>
          <w:p w14:paraId="4BDAC78E"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6,334,220</w:t>
            </w:r>
          </w:p>
        </w:tc>
        <w:tc>
          <w:tcPr>
            <w:tcW w:w="1545" w:type="dxa"/>
            <w:tcBorders>
              <w:top w:val="nil"/>
              <w:left w:val="nil"/>
              <w:bottom w:val="single" w:sz="4" w:space="0" w:color="auto"/>
              <w:right w:val="single" w:sz="4" w:space="0" w:color="auto"/>
            </w:tcBorders>
            <w:shd w:val="clear" w:color="auto" w:fill="F2DBDB" w:themeFill="accent2" w:themeFillTint="33"/>
            <w:hideMark/>
          </w:tcPr>
          <w:p w14:paraId="23267F75"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1,583,555</w:t>
            </w:r>
          </w:p>
        </w:tc>
        <w:tc>
          <w:tcPr>
            <w:tcW w:w="1296" w:type="dxa"/>
            <w:tcBorders>
              <w:top w:val="nil"/>
              <w:left w:val="nil"/>
              <w:bottom w:val="single" w:sz="4" w:space="0" w:color="auto"/>
              <w:right w:val="single" w:sz="4" w:space="0" w:color="auto"/>
            </w:tcBorders>
            <w:shd w:val="clear" w:color="auto" w:fill="F2DBDB" w:themeFill="accent2" w:themeFillTint="33"/>
            <w:noWrap/>
            <w:hideMark/>
          </w:tcPr>
          <w:p w14:paraId="16F4826C"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w:t>
            </w:r>
          </w:p>
        </w:tc>
        <w:tc>
          <w:tcPr>
            <w:tcW w:w="1407" w:type="dxa"/>
            <w:tcBorders>
              <w:top w:val="nil"/>
              <w:left w:val="nil"/>
              <w:bottom w:val="single" w:sz="4" w:space="0" w:color="auto"/>
              <w:right w:val="single" w:sz="4" w:space="0" w:color="auto"/>
            </w:tcBorders>
            <w:shd w:val="clear" w:color="auto" w:fill="F2DBDB" w:themeFill="accent2" w:themeFillTint="33"/>
            <w:noWrap/>
            <w:hideMark/>
          </w:tcPr>
          <w:p w14:paraId="3D3C37AF"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w:t>
            </w:r>
          </w:p>
        </w:tc>
        <w:tc>
          <w:tcPr>
            <w:tcW w:w="1080" w:type="dxa"/>
            <w:tcBorders>
              <w:top w:val="nil"/>
              <w:left w:val="nil"/>
              <w:bottom w:val="single" w:sz="4" w:space="0" w:color="auto"/>
              <w:right w:val="single" w:sz="4" w:space="0" w:color="auto"/>
            </w:tcBorders>
            <w:shd w:val="clear" w:color="auto" w:fill="F2DBDB" w:themeFill="accent2" w:themeFillTint="33"/>
            <w:noWrap/>
            <w:hideMark/>
          </w:tcPr>
          <w:p w14:paraId="4A31153B"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w:t>
            </w:r>
          </w:p>
        </w:tc>
      </w:tr>
      <w:tr w:rsidR="00BC52BC" w:rsidRPr="00D97086" w14:paraId="4FD3DDA4" w14:textId="77777777" w:rsidTr="00BC52BC">
        <w:trPr>
          <w:trHeight w:val="298"/>
        </w:trPr>
        <w:tc>
          <w:tcPr>
            <w:tcW w:w="895" w:type="dxa"/>
            <w:tcBorders>
              <w:top w:val="nil"/>
              <w:left w:val="single" w:sz="4" w:space="0" w:color="auto"/>
              <w:bottom w:val="single" w:sz="4" w:space="0" w:color="auto"/>
              <w:right w:val="single" w:sz="4" w:space="0" w:color="auto"/>
            </w:tcBorders>
            <w:shd w:val="clear" w:color="auto" w:fill="FDE9D9" w:themeFill="accent6" w:themeFillTint="33"/>
            <w:noWrap/>
            <w:vAlign w:val="bottom"/>
            <w:hideMark/>
          </w:tcPr>
          <w:p w14:paraId="541AC426" w14:textId="77777777" w:rsidR="00BC52BC" w:rsidRPr="00D97086" w:rsidRDefault="00BC52BC" w:rsidP="00BC52BC">
            <w:pPr>
              <w:spacing w:after="0" w:line="240" w:lineRule="auto"/>
              <w:jc w:val="center"/>
              <w:rPr>
                <w:rFonts w:ascii="Times New Roman" w:eastAsia="Times New Roman" w:hAnsi="Times New Roman" w:cs="Times New Roman"/>
              </w:rPr>
            </w:pPr>
            <w:r w:rsidRPr="00D97086">
              <w:rPr>
                <w:rFonts w:ascii="Times New Roman" w:eastAsia="Times New Roman" w:hAnsi="Times New Roman" w:cs="Times New Roman"/>
              </w:rPr>
              <w:t> </w:t>
            </w:r>
          </w:p>
        </w:tc>
        <w:tc>
          <w:tcPr>
            <w:tcW w:w="1254" w:type="dxa"/>
            <w:tcBorders>
              <w:top w:val="nil"/>
              <w:left w:val="nil"/>
              <w:bottom w:val="single" w:sz="4" w:space="0" w:color="auto"/>
              <w:right w:val="single" w:sz="4" w:space="0" w:color="auto"/>
            </w:tcBorders>
            <w:shd w:val="clear" w:color="auto" w:fill="FDE9D9" w:themeFill="accent6" w:themeFillTint="33"/>
            <w:noWrap/>
            <w:vAlign w:val="bottom"/>
            <w:hideMark/>
          </w:tcPr>
          <w:p w14:paraId="21E3D620" w14:textId="77777777" w:rsidR="00BC52BC" w:rsidRPr="00D97086" w:rsidRDefault="00BC52BC" w:rsidP="00BC52BC">
            <w:pPr>
              <w:spacing w:after="0" w:line="240" w:lineRule="auto"/>
              <w:rPr>
                <w:rFonts w:ascii="Times New Roman" w:eastAsia="Times New Roman" w:hAnsi="Times New Roman" w:cs="Times New Roman"/>
                <w:b/>
                <w:bCs/>
              </w:rPr>
            </w:pPr>
            <w:r w:rsidRPr="00D97086">
              <w:rPr>
                <w:rFonts w:ascii="Times New Roman" w:eastAsia="Times New Roman" w:hAnsi="Times New Roman" w:cs="Times New Roman"/>
                <w:b/>
                <w:bCs/>
              </w:rPr>
              <w:t> Plan</w:t>
            </w:r>
          </w:p>
        </w:tc>
        <w:tc>
          <w:tcPr>
            <w:tcW w:w="1248" w:type="dxa"/>
            <w:tcBorders>
              <w:top w:val="nil"/>
              <w:left w:val="nil"/>
              <w:bottom w:val="single" w:sz="4" w:space="0" w:color="auto"/>
              <w:right w:val="single" w:sz="4" w:space="0" w:color="auto"/>
            </w:tcBorders>
            <w:shd w:val="clear" w:color="auto" w:fill="FDE9D9" w:themeFill="accent6" w:themeFillTint="33"/>
            <w:noWrap/>
            <w:vAlign w:val="bottom"/>
            <w:hideMark/>
          </w:tcPr>
          <w:p w14:paraId="3C9A47D1" w14:textId="77777777" w:rsidR="00BC52BC" w:rsidRPr="00D97086" w:rsidRDefault="00BC52BC" w:rsidP="00BC52BC">
            <w:pPr>
              <w:spacing w:after="0" w:line="240" w:lineRule="auto"/>
              <w:rPr>
                <w:rFonts w:ascii="Times New Roman" w:eastAsia="Times New Roman" w:hAnsi="Times New Roman" w:cs="Times New Roman"/>
              </w:rPr>
            </w:pPr>
            <w:r w:rsidRPr="00D97086">
              <w:rPr>
                <w:rFonts w:ascii="Times New Roman" w:eastAsia="Times New Roman" w:hAnsi="Times New Roman" w:cs="Times New Roman"/>
              </w:rPr>
              <w:t> </w:t>
            </w:r>
          </w:p>
        </w:tc>
        <w:tc>
          <w:tcPr>
            <w:tcW w:w="1545" w:type="dxa"/>
            <w:tcBorders>
              <w:top w:val="nil"/>
              <w:left w:val="nil"/>
              <w:bottom w:val="single" w:sz="4" w:space="0" w:color="auto"/>
              <w:right w:val="single" w:sz="4" w:space="0" w:color="auto"/>
            </w:tcBorders>
            <w:shd w:val="clear" w:color="auto" w:fill="FDE9D9" w:themeFill="accent6" w:themeFillTint="33"/>
            <w:vAlign w:val="bottom"/>
            <w:hideMark/>
          </w:tcPr>
          <w:p w14:paraId="05C1EDA1" w14:textId="77777777" w:rsidR="00BC52BC" w:rsidRPr="00D97086" w:rsidRDefault="00BC52BC" w:rsidP="00BC52BC">
            <w:pPr>
              <w:spacing w:after="0" w:line="240" w:lineRule="auto"/>
              <w:jc w:val="right"/>
              <w:rPr>
                <w:rFonts w:ascii="Times New Roman" w:eastAsia="Times New Roman" w:hAnsi="Times New Roman" w:cs="Times New Roman"/>
              </w:rPr>
            </w:pPr>
            <w:r w:rsidRPr="00D97086">
              <w:rPr>
                <w:rFonts w:ascii="Times New Roman" w:eastAsia="Times New Roman" w:hAnsi="Times New Roman" w:cs="Times New Roman"/>
              </w:rPr>
              <w:t> </w:t>
            </w:r>
          </w:p>
        </w:tc>
        <w:tc>
          <w:tcPr>
            <w:tcW w:w="1296" w:type="dxa"/>
            <w:tcBorders>
              <w:top w:val="nil"/>
              <w:left w:val="nil"/>
              <w:bottom w:val="single" w:sz="4" w:space="0" w:color="auto"/>
              <w:right w:val="single" w:sz="4" w:space="0" w:color="auto"/>
            </w:tcBorders>
            <w:shd w:val="clear" w:color="auto" w:fill="FDE9D9" w:themeFill="accent6" w:themeFillTint="33"/>
            <w:noWrap/>
            <w:vAlign w:val="bottom"/>
            <w:hideMark/>
          </w:tcPr>
          <w:p w14:paraId="7BC5DEA6" w14:textId="77777777" w:rsidR="00BC52BC" w:rsidRPr="00D97086" w:rsidRDefault="00BC52BC" w:rsidP="00BC52BC">
            <w:pPr>
              <w:spacing w:after="0" w:line="240" w:lineRule="auto"/>
              <w:rPr>
                <w:rFonts w:ascii="Times New Roman" w:eastAsia="Times New Roman" w:hAnsi="Times New Roman" w:cs="Times New Roman"/>
              </w:rPr>
            </w:pPr>
            <w:r w:rsidRPr="00D97086">
              <w:rPr>
                <w:rFonts w:ascii="Times New Roman" w:eastAsia="Times New Roman" w:hAnsi="Times New Roman" w:cs="Times New Roman"/>
              </w:rPr>
              <w:t> </w:t>
            </w:r>
          </w:p>
        </w:tc>
        <w:tc>
          <w:tcPr>
            <w:tcW w:w="1407" w:type="dxa"/>
            <w:tcBorders>
              <w:top w:val="nil"/>
              <w:left w:val="nil"/>
              <w:bottom w:val="single" w:sz="4" w:space="0" w:color="auto"/>
              <w:right w:val="single" w:sz="4" w:space="0" w:color="auto"/>
            </w:tcBorders>
            <w:shd w:val="clear" w:color="auto" w:fill="FDE9D9" w:themeFill="accent6" w:themeFillTint="33"/>
            <w:noWrap/>
            <w:vAlign w:val="bottom"/>
            <w:hideMark/>
          </w:tcPr>
          <w:p w14:paraId="70FB8A1A" w14:textId="77777777" w:rsidR="00BC52BC" w:rsidRPr="00D97086" w:rsidRDefault="00BC52BC" w:rsidP="00BC52BC">
            <w:pPr>
              <w:spacing w:after="0" w:line="240" w:lineRule="auto"/>
              <w:rPr>
                <w:rFonts w:ascii="Times New Roman" w:eastAsia="Times New Roman" w:hAnsi="Times New Roman" w:cs="Times New Roman"/>
              </w:rPr>
            </w:pPr>
            <w:r w:rsidRPr="00D97086">
              <w:rPr>
                <w:rFonts w:ascii="Times New Roman" w:eastAsia="Times New Roman" w:hAnsi="Times New Roman" w:cs="Times New Roman"/>
              </w:rPr>
              <w:t> </w:t>
            </w:r>
          </w:p>
        </w:tc>
        <w:tc>
          <w:tcPr>
            <w:tcW w:w="1080" w:type="dxa"/>
            <w:tcBorders>
              <w:top w:val="nil"/>
              <w:left w:val="nil"/>
              <w:bottom w:val="single" w:sz="4" w:space="0" w:color="auto"/>
              <w:right w:val="single" w:sz="4" w:space="0" w:color="auto"/>
            </w:tcBorders>
            <w:shd w:val="clear" w:color="auto" w:fill="FDE9D9" w:themeFill="accent6" w:themeFillTint="33"/>
            <w:noWrap/>
            <w:vAlign w:val="bottom"/>
            <w:hideMark/>
          </w:tcPr>
          <w:p w14:paraId="7CEDF4C3" w14:textId="77777777" w:rsidR="00BC52BC" w:rsidRPr="00D97086" w:rsidRDefault="00BC52BC" w:rsidP="00BC52BC">
            <w:pPr>
              <w:spacing w:after="0" w:line="240" w:lineRule="auto"/>
              <w:rPr>
                <w:rFonts w:ascii="Times New Roman" w:eastAsia="Times New Roman" w:hAnsi="Times New Roman" w:cs="Times New Roman"/>
              </w:rPr>
            </w:pPr>
            <w:r w:rsidRPr="00D97086">
              <w:rPr>
                <w:rFonts w:ascii="Times New Roman" w:eastAsia="Times New Roman" w:hAnsi="Times New Roman" w:cs="Times New Roman"/>
              </w:rPr>
              <w:t> </w:t>
            </w:r>
          </w:p>
        </w:tc>
      </w:tr>
      <w:tr w:rsidR="00BC52BC" w:rsidRPr="00D97086" w14:paraId="71A4EDAD" w14:textId="77777777" w:rsidTr="00BC52BC">
        <w:trPr>
          <w:trHeight w:val="298"/>
        </w:trPr>
        <w:tc>
          <w:tcPr>
            <w:tcW w:w="895" w:type="dxa"/>
            <w:tcBorders>
              <w:top w:val="nil"/>
              <w:left w:val="single" w:sz="4" w:space="0" w:color="auto"/>
              <w:bottom w:val="single" w:sz="4" w:space="0" w:color="auto"/>
              <w:right w:val="single" w:sz="4" w:space="0" w:color="auto"/>
            </w:tcBorders>
            <w:shd w:val="clear" w:color="auto" w:fill="FDE9D9" w:themeFill="accent6" w:themeFillTint="33"/>
            <w:noWrap/>
            <w:vAlign w:val="bottom"/>
            <w:hideMark/>
          </w:tcPr>
          <w:p w14:paraId="0DEABFB6" w14:textId="77777777" w:rsidR="00BC52BC" w:rsidRPr="00D97086" w:rsidRDefault="00BC52BC" w:rsidP="00BC52BC">
            <w:pPr>
              <w:spacing w:after="0" w:line="240" w:lineRule="auto"/>
              <w:jc w:val="center"/>
              <w:rPr>
                <w:rFonts w:ascii="Times New Roman" w:eastAsia="Times New Roman" w:hAnsi="Times New Roman" w:cs="Times New Roman"/>
              </w:rPr>
            </w:pPr>
            <w:r w:rsidRPr="00D97086">
              <w:rPr>
                <w:rFonts w:ascii="Times New Roman" w:eastAsia="Times New Roman" w:hAnsi="Times New Roman" w:cs="Times New Roman"/>
              </w:rPr>
              <w:t>2025</w:t>
            </w:r>
          </w:p>
        </w:tc>
        <w:tc>
          <w:tcPr>
            <w:tcW w:w="1254" w:type="dxa"/>
            <w:tcBorders>
              <w:top w:val="nil"/>
              <w:left w:val="nil"/>
              <w:bottom w:val="single" w:sz="4" w:space="0" w:color="auto"/>
              <w:right w:val="single" w:sz="4" w:space="0" w:color="auto"/>
            </w:tcBorders>
            <w:shd w:val="clear" w:color="auto" w:fill="FDE9D9" w:themeFill="accent6" w:themeFillTint="33"/>
            <w:noWrap/>
            <w:hideMark/>
          </w:tcPr>
          <w:p w14:paraId="01C96883"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25,434,358</w:t>
            </w:r>
          </w:p>
        </w:tc>
        <w:tc>
          <w:tcPr>
            <w:tcW w:w="1248" w:type="dxa"/>
            <w:tcBorders>
              <w:top w:val="nil"/>
              <w:left w:val="nil"/>
              <w:bottom w:val="single" w:sz="4" w:space="0" w:color="auto"/>
              <w:right w:val="single" w:sz="4" w:space="0" w:color="auto"/>
            </w:tcBorders>
            <w:shd w:val="clear" w:color="auto" w:fill="FDE9D9" w:themeFill="accent6" w:themeFillTint="33"/>
            <w:noWrap/>
            <w:hideMark/>
          </w:tcPr>
          <w:p w14:paraId="26BB1054"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4,913,625</w:t>
            </w:r>
          </w:p>
        </w:tc>
        <w:tc>
          <w:tcPr>
            <w:tcW w:w="1545" w:type="dxa"/>
            <w:tcBorders>
              <w:top w:val="nil"/>
              <w:left w:val="nil"/>
              <w:bottom w:val="single" w:sz="4" w:space="0" w:color="auto"/>
              <w:right w:val="single" w:sz="4" w:space="0" w:color="auto"/>
            </w:tcBorders>
            <w:shd w:val="clear" w:color="auto" w:fill="FDE9D9" w:themeFill="accent6" w:themeFillTint="33"/>
            <w:noWrap/>
            <w:hideMark/>
          </w:tcPr>
          <w:p w14:paraId="716E3CD5"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1,228,406</w:t>
            </w:r>
          </w:p>
        </w:tc>
        <w:tc>
          <w:tcPr>
            <w:tcW w:w="1296" w:type="dxa"/>
            <w:tcBorders>
              <w:top w:val="nil"/>
              <w:left w:val="nil"/>
              <w:bottom w:val="single" w:sz="4" w:space="0" w:color="auto"/>
              <w:right w:val="single" w:sz="4" w:space="0" w:color="auto"/>
            </w:tcBorders>
            <w:shd w:val="clear" w:color="auto" w:fill="FDE9D9" w:themeFill="accent6" w:themeFillTint="33"/>
            <w:noWrap/>
            <w:hideMark/>
          </w:tcPr>
          <w:p w14:paraId="2D20B1D0"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15,433,862</w:t>
            </w:r>
          </w:p>
        </w:tc>
        <w:tc>
          <w:tcPr>
            <w:tcW w:w="1407" w:type="dxa"/>
            <w:tcBorders>
              <w:top w:val="nil"/>
              <w:left w:val="nil"/>
              <w:bottom w:val="single" w:sz="4" w:space="0" w:color="auto"/>
              <w:right w:val="single" w:sz="4" w:space="0" w:color="auto"/>
            </w:tcBorders>
            <w:shd w:val="clear" w:color="auto" w:fill="FDE9D9" w:themeFill="accent6" w:themeFillTint="33"/>
            <w:noWrap/>
            <w:hideMark/>
          </w:tcPr>
          <w:p w14:paraId="5A524AE8"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3,858,465</w:t>
            </w:r>
          </w:p>
        </w:tc>
        <w:tc>
          <w:tcPr>
            <w:tcW w:w="1080" w:type="dxa"/>
            <w:tcBorders>
              <w:top w:val="nil"/>
              <w:left w:val="nil"/>
              <w:bottom w:val="single" w:sz="4" w:space="0" w:color="auto"/>
              <w:right w:val="single" w:sz="4" w:space="0" w:color="auto"/>
            </w:tcBorders>
            <w:shd w:val="clear" w:color="auto" w:fill="FDE9D9" w:themeFill="accent6" w:themeFillTint="33"/>
            <w:noWrap/>
            <w:hideMark/>
          </w:tcPr>
          <w:p w14:paraId="22109806"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w:t>
            </w:r>
          </w:p>
        </w:tc>
      </w:tr>
      <w:tr w:rsidR="00BC52BC" w:rsidRPr="00D97086" w14:paraId="4AB81778" w14:textId="77777777" w:rsidTr="00BC52BC">
        <w:trPr>
          <w:trHeight w:val="298"/>
        </w:trPr>
        <w:tc>
          <w:tcPr>
            <w:tcW w:w="895" w:type="dxa"/>
            <w:tcBorders>
              <w:top w:val="nil"/>
              <w:left w:val="single" w:sz="4" w:space="0" w:color="auto"/>
              <w:bottom w:val="single" w:sz="4" w:space="0" w:color="auto"/>
              <w:right w:val="single" w:sz="4" w:space="0" w:color="auto"/>
            </w:tcBorders>
            <w:shd w:val="clear" w:color="auto" w:fill="FDE9D9" w:themeFill="accent6" w:themeFillTint="33"/>
            <w:noWrap/>
            <w:vAlign w:val="bottom"/>
            <w:hideMark/>
          </w:tcPr>
          <w:p w14:paraId="5F3EFB55" w14:textId="77777777" w:rsidR="00BC52BC" w:rsidRPr="00D97086" w:rsidRDefault="00BC52BC" w:rsidP="00BC52BC">
            <w:pPr>
              <w:spacing w:after="0" w:line="240" w:lineRule="auto"/>
              <w:jc w:val="center"/>
              <w:rPr>
                <w:rFonts w:ascii="Times New Roman" w:eastAsia="Times New Roman" w:hAnsi="Times New Roman" w:cs="Times New Roman"/>
              </w:rPr>
            </w:pPr>
            <w:r w:rsidRPr="00D97086">
              <w:rPr>
                <w:rFonts w:ascii="Times New Roman" w:eastAsia="Times New Roman" w:hAnsi="Times New Roman" w:cs="Times New Roman"/>
              </w:rPr>
              <w:t>2026</w:t>
            </w:r>
          </w:p>
        </w:tc>
        <w:tc>
          <w:tcPr>
            <w:tcW w:w="1254" w:type="dxa"/>
            <w:tcBorders>
              <w:top w:val="nil"/>
              <w:left w:val="nil"/>
              <w:bottom w:val="single" w:sz="4" w:space="0" w:color="auto"/>
              <w:right w:val="single" w:sz="4" w:space="0" w:color="auto"/>
            </w:tcBorders>
            <w:shd w:val="clear" w:color="auto" w:fill="FDE9D9" w:themeFill="accent6" w:themeFillTint="33"/>
            <w:noWrap/>
            <w:hideMark/>
          </w:tcPr>
          <w:p w14:paraId="0E3CE4E4"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26,768,860</w:t>
            </w:r>
          </w:p>
        </w:tc>
        <w:tc>
          <w:tcPr>
            <w:tcW w:w="1248" w:type="dxa"/>
            <w:tcBorders>
              <w:top w:val="nil"/>
              <w:left w:val="nil"/>
              <w:bottom w:val="single" w:sz="4" w:space="0" w:color="auto"/>
              <w:right w:val="single" w:sz="4" w:space="0" w:color="auto"/>
            </w:tcBorders>
            <w:shd w:val="clear" w:color="auto" w:fill="FDE9D9" w:themeFill="accent6" w:themeFillTint="33"/>
            <w:noWrap/>
            <w:hideMark/>
          </w:tcPr>
          <w:p w14:paraId="5125BFB7"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6,142,032</w:t>
            </w:r>
          </w:p>
        </w:tc>
        <w:tc>
          <w:tcPr>
            <w:tcW w:w="1545" w:type="dxa"/>
            <w:tcBorders>
              <w:top w:val="nil"/>
              <w:left w:val="nil"/>
              <w:bottom w:val="single" w:sz="4" w:space="0" w:color="auto"/>
              <w:right w:val="single" w:sz="4" w:space="0" w:color="auto"/>
            </w:tcBorders>
            <w:shd w:val="clear" w:color="auto" w:fill="FDE9D9" w:themeFill="accent6" w:themeFillTint="33"/>
            <w:noWrap/>
            <w:hideMark/>
          </w:tcPr>
          <w:p w14:paraId="3038B4DC"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1,334,501</w:t>
            </w:r>
          </w:p>
        </w:tc>
        <w:tc>
          <w:tcPr>
            <w:tcW w:w="1296" w:type="dxa"/>
            <w:tcBorders>
              <w:top w:val="nil"/>
              <w:left w:val="nil"/>
              <w:bottom w:val="single" w:sz="4" w:space="0" w:color="auto"/>
              <w:right w:val="single" w:sz="4" w:space="0" w:color="auto"/>
            </w:tcBorders>
            <w:shd w:val="clear" w:color="auto" w:fill="FDE9D9" w:themeFill="accent6" w:themeFillTint="33"/>
            <w:noWrap/>
            <w:hideMark/>
          </w:tcPr>
          <w:p w14:paraId="0A7F2C8C"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15,433,862</w:t>
            </w:r>
          </w:p>
        </w:tc>
        <w:tc>
          <w:tcPr>
            <w:tcW w:w="1407" w:type="dxa"/>
            <w:tcBorders>
              <w:top w:val="nil"/>
              <w:left w:val="nil"/>
              <w:bottom w:val="single" w:sz="4" w:space="0" w:color="auto"/>
              <w:right w:val="single" w:sz="4" w:space="0" w:color="auto"/>
            </w:tcBorders>
            <w:shd w:val="clear" w:color="auto" w:fill="FDE9D9" w:themeFill="accent6" w:themeFillTint="33"/>
            <w:noWrap/>
            <w:hideMark/>
          </w:tcPr>
          <w:p w14:paraId="4BDCBB6B"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3,858,465</w:t>
            </w:r>
          </w:p>
        </w:tc>
        <w:tc>
          <w:tcPr>
            <w:tcW w:w="1080" w:type="dxa"/>
            <w:tcBorders>
              <w:top w:val="nil"/>
              <w:left w:val="nil"/>
              <w:bottom w:val="single" w:sz="4" w:space="0" w:color="auto"/>
              <w:right w:val="single" w:sz="4" w:space="0" w:color="auto"/>
            </w:tcBorders>
            <w:shd w:val="clear" w:color="auto" w:fill="FDE9D9" w:themeFill="accent6" w:themeFillTint="33"/>
            <w:noWrap/>
            <w:hideMark/>
          </w:tcPr>
          <w:p w14:paraId="6E0ED96D"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w:t>
            </w:r>
          </w:p>
        </w:tc>
      </w:tr>
      <w:tr w:rsidR="00BC52BC" w:rsidRPr="00D97086" w14:paraId="41AFBC82" w14:textId="77777777" w:rsidTr="00BC52BC">
        <w:trPr>
          <w:trHeight w:val="298"/>
        </w:trPr>
        <w:tc>
          <w:tcPr>
            <w:tcW w:w="895" w:type="dxa"/>
            <w:tcBorders>
              <w:top w:val="nil"/>
              <w:left w:val="single" w:sz="4" w:space="0" w:color="auto"/>
              <w:bottom w:val="single" w:sz="4" w:space="0" w:color="auto"/>
              <w:right w:val="single" w:sz="4" w:space="0" w:color="auto"/>
            </w:tcBorders>
            <w:shd w:val="clear" w:color="auto" w:fill="FDE9D9" w:themeFill="accent6" w:themeFillTint="33"/>
            <w:noWrap/>
            <w:vAlign w:val="bottom"/>
            <w:hideMark/>
          </w:tcPr>
          <w:p w14:paraId="13692D97" w14:textId="77777777" w:rsidR="00BC52BC" w:rsidRPr="00D97086" w:rsidRDefault="00BC52BC" w:rsidP="00BC52BC">
            <w:pPr>
              <w:spacing w:after="0" w:line="240" w:lineRule="auto"/>
              <w:jc w:val="center"/>
              <w:rPr>
                <w:rFonts w:ascii="Times New Roman" w:eastAsia="Times New Roman" w:hAnsi="Times New Roman" w:cs="Times New Roman"/>
              </w:rPr>
            </w:pPr>
            <w:r w:rsidRPr="00D97086">
              <w:rPr>
                <w:rFonts w:ascii="Times New Roman" w:eastAsia="Times New Roman" w:hAnsi="Times New Roman" w:cs="Times New Roman"/>
              </w:rPr>
              <w:t>2027</w:t>
            </w:r>
          </w:p>
        </w:tc>
        <w:tc>
          <w:tcPr>
            <w:tcW w:w="1254" w:type="dxa"/>
            <w:tcBorders>
              <w:top w:val="nil"/>
              <w:left w:val="nil"/>
              <w:bottom w:val="single" w:sz="4" w:space="0" w:color="auto"/>
              <w:right w:val="single" w:sz="4" w:space="0" w:color="auto"/>
            </w:tcBorders>
            <w:shd w:val="clear" w:color="auto" w:fill="FDE9D9" w:themeFill="accent6" w:themeFillTint="33"/>
            <w:noWrap/>
            <w:hideMark/>
          </w:tcPr>
          <w:p w14:paraId="4506A8E9"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52,531,538</w:t>
            </w:r>
          </w:p>
        </w:tc>
        <w:tc>
          <w:tcPr>
            <w:tcW w:w="1248" w:type="dxa"/>
            <w:tcBorders>
              <w:top w:val="nil"/>
              <w:left w:val="nil"/>
              <w:bottom w:val="single" w:sz="4" w:space="0" w:color="auto"/>
              <w:right w:val="single" w:sz="4" w:space="0" w:color="auto"/>
            </w:tcBorders>
            <w:shd w:val="clear" w:color="auto" w:fill="FDE9D9" w:themeFill="accent6" w:themeFillTint="33"/>
            <w:noWrap/>
            <w:hideMark/>
          </w:tcPr>
          <w:p w14:paraId="2B8ACF2F"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6,891,721</w:t>
            </w:r>
          </w:p>
        </w:tc>
        <w:tc>
          <w:tcPr>
            <w:tcW w:w="1545" w:type="dxa"/>
            <w:tcBorders>
              <w:top w:val="nil"/>
              <w:left w:val="nil"/>
              <w:bottom w:val="single" w:sz="4" w:space="0" w:color="auto"/>
              <w:right w:val="single" w:sz="4" w:space="0" w:color="auto"/>
            </w:tcBorders>
            <w:shd w:val="clear" w:color="auto" w:fill="FDE9D9" w:themeFill="accent6" w:themeFillTint="33"/>
            <w:noWrap/>
            <w:hideMark/>
          </w:tcPr>
          <w:p w14:paraId="073AFE11"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1,231,452</w:t>
            </w:r>
          </w:p>
        </w:tc>
        <w:tc>
          <w:tcPr>
            <w:tcW w:w="1296" w:type="dxa"/>
            <w:tcBorders>
              <w:top w:val="nil"/>
              <w:left w:val="nil"/>
              <w:bottom w:val="single" w:sz="4" w:space="0" w:color="auto"/>
              <w:right w:val="single" w:sz="4" w:space="0" w:color="auto"/>
            </w:tcBorders>
            <w:shd w:val="clear" w:color="auto" w:fill="FDE9D9" w:themeFill="accent6" w:themeFillTint="33"/>
            <w:noWrap/>
            <w:hideMark/>
          </w:tcPr>
          <w:p w14:paraId="7D318A4B"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35,624,124</w:t>
            </w:r>
          </w:p>
        </w:tc>
        <w:tc>
          <w:tcPr>
            <w:tcW w:w="1407" w:type="dxa"/>
            <w:tcBorders>
              <w:top w:val="nil"/>
              <w:left w:val="nil"/>
              <w:bottom w:val="single" w:sz="4" w:space="0" w:color="auto"/>
              <w:right w:val="single" w:sz="4" w:space="0" w:color="auto"/>
            </w:tcBorders>
            <w:shd w:val="clear" w:color="auto" w:fill="FDE9D9" w:themeFill="accent6" w:themeFillTint="33"/>
            <w:noWrap/>
            <w:hideMark/>
          </w:tcPr>
          <w:p w14:paraId="70936152"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8,784,241</w:t>
            </w:r>
          </w:p>
        </w:tc>
        <w:tc>
          <w:tcPr>
            <w:tcW w:w="1080" w:type="dxa"/>
            <w:tcBorders>
              <w:top w:val="nil"/>
              <w:left w:val="nil"/>
              <w:bottom w:val="single" w:sz="4" w:space="0" w:color="auto"/>
              <w:right w:val="single" w:sz="4" w:space="0" w:color="auto"/>
            </w:tcBorders>
            <w:shd w:val="clear" w:color="auto" w:fill="FDE9D9" w:themeFill="accent6" w:themeFillTint="33"/>
            <w:noWrap/>
            <w:hideMark/>
          </w:tcPr>
          <w:p w14:paraId="61096D37"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w:t>
            </w:r>
          </w:p>
        </w:tc>
      </w:tr>
      <w:tr w:rsidR="00BC52BC" w:rsidRPr="00D97086" w14:paraId="3DA48129" w14:textId="77777777" w:rsidTr="00BC52BC">
        <w:trPr>
          <w:trHeight w:val="298"/>
        </w:trPr>
        <w:tc>
          <w:tcPr>
            <w:tcW w:w="895" w:type="dxa"/>
            <w:tcBorders>
              <w:top w:val="nil"/>
              <w:left w:val="single" w:sz="4" w:space="0" w:color="auto"/>
              <w:bottom w:val="single" w:sz="4" w:space="0" w:color="auto"/>
              <w:right w:val="single" w:sz="4" w:space="0" w:color="auto"/>
            </w:tcBorders>
            <w:shd w:val="clear" w:color="auto" w:fill="FDE9D9" w:themeFill="accent6" w:themeFillTint="33"/>
            <w:noWrap/>
            <w:vAlign w:val="bottom"/>
            <w:hideMark/>
          </w:tcPr>
          <w:p w14:paraId="0DDFA5CA" w14:textId="77777777" w:rsidR="00BC52BC" w:rsidRPr="00D97086" w:rsidRDefault="00BC52BC" w:rsidP="00BC52BC">
            <w:pPr>
              <w:spacing w:after="0" w:line="240" w:lineRule="auto"/>
              <w:jc w:val="center"/>
              <w:rPr>
                <w:rFonts w:ascii="Times New Roman" w:eastAsia="Times New Roman" w:hAnsi="Times New Roman" w:cs="Times New Roman"/>
              </w:rPr>
            </w:pPr>
            <w:r w:rsidRPr="00D97086">
              <w:rPr>
                <w:rFonts w:ascii="Times New Roman" w:eastAsia="Times New Roman" w:hAnsi="Times New Roman" w:cs="Times New Roman"/>
              </w:rPr>
              <w:t>2028</w:t>
            </w:r>
          </w:p>
        </w:tc>
        <w:tc>
          <w:tcPr>
            <w:tcW w:w="1254" w:type="dxa"/>
            <w:tcBorders>
              <w:top w:val="nil"/>
              <w:left w:val="nil"/>
              <w:bottom w:val="single" w:sz="4" w:space="0" w:color="auto"/>
              <w:right w:val="single" w:sz="4" w:space="0" w:color="auto"/>
            </w:tcBorders>
            <w:shd w:val="clear" w:color="auto" w:fill="FDE9D9" w:themeFill="accent6" w:themeFillTint="33"/>
            <w:noWrap/>
            <w:hideMark/>
          </w:tcPr>
          <w:p w14:paraId="57E7F2B3"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55,222,904</w:t>
            </w:r>
          </w:p>
        </w:tc>
        <w:tc>
          <w:tcPr>
            <w:tcW w:w="1248" w:type="dxa"/>
            <w:tcBorders>
              <w:top w:val="nil"/>
              <w:left w:val="nil"/>
              <w:bottom w:val="single" w:sz="4" w:space="0" w:color="auto"/>
              <w:right w:val="single" w:sz="4" w:space="0" w:color="auto"/>
            </w:tcBorders>
            <w:shd w:val="clear" w:color="auto" w:fill="FDE9D9" w:themeFill="accent6" w:themeFillTint="33"/>
            <w:noWrap/>
            <w:hideMark/>
          </w:tcPr>
          <w:p w14:paraId="78569F55"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7,594,212</w:t>
            </w:r>
          </w:p>
        </w:tc>
        <w:tc>
          <w:tcPr>
            <w:tcW w:w="1545" w:type="dxa"/>
            <w:tcBorders>
              <w:top w:val="nil"/>
              <w:left w:val="nil"/>
              <w:bottom w:val="single" w:sz="4" w:space="0" w:color="auto"/>
              <w:right w:val="single" w:sz="4" w:space="0" w:color="auto"/>
            </w:tcBorders>
            <w:shd w:val="clear" w:color="auto" w:fill="FDE9D9" w:themeFill="accent6" w:themeFillTint="33"/>
            <w:noWrap/>
            <w:hideMark/>
          </w:tcPr>
          <w:p w14:paraId="2E2B65B5"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1,241,421</w:t>
            </w:r>
          </w:p>
        </w:tc>
        <w:tc>
          <w:tcPr>
            <w:tcW w:w="1296" w:type="dxa"/>
            <w:tcBorders>
              <w:top w:val="nil"/>
              <w:left w:val="nil"/>
              <w:bottom w:val="single" w:sz="4" w:space="0" w:color="auto"/>
              <w:right w:val="single" w:sz="4" w:space="0" w:color="auto"/>
            </w:tcBorders>
            <w:shd w:val="clear" w:color="auto" w:fill="FDE9D9" w:themeFill="accent6" w:themeFillTint="33"/>
            <w:noWrap/>
            <w:hideMark/>
          </w:tcPr>
          <w:p w14:paraId="51E9A4E6"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37,100,124</w:t>
            </w:r>
          </w:p>
        </w:tc>
        <w:tc>
          <w:tcPr>
            <w:tcW w:w="1407" w:type="dxa"/>
            <w:tcBorders>
              <w:top w:val="nil"/>
              <w:left w:val="nil"/>
              <w:bottom w:val="single" w:sz="4" w:space="0" w:color="auto"/>
              <w:right w:val="single" w:sz="4" w:space="0" w:color="auto"/>
            </w:tcBorders>
            <w:shd w:val="clear" w:color="auto" w:fill="FDE9D9" w:themeFill="accent6" w:themeFillTint="33"/>
            <w:noWrap/>
            <w:hideMark/>
          </w:tcPr>
          <w:p w14:paraId="0B67E4B9"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9,287,147</w:t>
            </w:r>
          </w:p>
        </w:tc>
        <w:tc>
          <w:tcPr>
            <w:tcW w:w="1080" w:type="dxa"/>
            <w:tcBorders>
              <w:top w:val="nil"/>
              <w:left w:val="nil"/>
              <w:bottom w:val="single" w:sz="4" w:space="0" w:color="auto"/>
              <w:right w:val="single" w:sz="4" w:space="0" w:color="auto"/>
            </w:tcBorders>
            <w:shd w:val="clear" w:color="auto" w:fill="FDE9D9" w:themeFill="accent6" w:themeFillTint="33"/>
            <w:noWrap/>
            <w:hideMark/>
          </w:tcPr>
          <w:p w14:paraId="2BBE4687"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w:t>
            </w:r>
          </w:p>
        </w:tc>
      </w:tr>
      <w:tr w:rsidR="00BC52BC" w:rsidRPr="00D97086" w14:paraId="3FF5A505" w14:textId="77777777" w:rsidTr="00BC52BC">
        <w:trPr>
          <w:trHeight w:val="298"/>
        </w:trPr>
        <w:tc>
          <w:tcPr>
            <w:tcW w:w="895" w:type="dxa"/>
            <w:tcBorders>
              <w:top w:val="nil"/>
              <w:left w:val="single" w:sz="4" w:space="0" w:color="auto"/>
              <w:bottom w:val="single" w:sz="4" w:space="0" w:color="auto"/>
              <w:right w:val="single" w:sz="4" w:space="0" w:color="auto"/>
            </w:tcBorders>
            <w:shd w:val="clear" w:color="auto" w:fill="FDE9D9" w:themeFill="accent6" w:themeFillTint="33"/>
            <w:noWrap/>
            <w:vAlign w:val="bottom"/>
            <w:hideMark/>
          </w:tcPr>
          <w:p w14:paraId="6AFBCCBF" w14:textId="77777777" w:rsidR="00BC52BC" w:rsidRPr="00D97086" w:rsidRDefault="00BC52BC" w:rsidP="00BC52BC">
            <w:pPr>
              <w:spacing w:after="0" w:line="240" w:lineRule="auto"/>
              <w:jc w:val="center"/>
              <w:rPr>
                <w:rFonts w:ascii="Times New Roman" w:eastAsia="Times New Roman" w:hAnsi="Times New Roman" w:cs="Times New Roman"/>
              </w:rPr>
            </w:pPr>
            <w:r w:rsidRPr="00D97086">
              <w:rPr>
                <w:rFonts w:ascii="Times New Roman" w:eastAsia="Times New Roman" w:hAnsi="Times New Roman" w:cs="Times New Roman"/>
              </w:rPr>
              <w:t>2029</w:t>
            </w:r>
          </w:p>
        </w:tc>
        <w:tc>
          <w:tcPr>
            <w:tcW w:w="1254" w:type="dxa"/>
            <w:tcBorders>
              <w:top w:val="nil"/>
              <w:left w:val="nil"/>
              <w:bottom w:val="single" w:sz="4" w:space="0" w:color="auto"/>
              <w:right w:val="single" w:sz="4" w:space="0" w:color="auto"/>
            </w:tcBorders>
            <w:shd w:val="clear" w:color="auto" w:fill="FDE9D9" w:themeFill="accent6" w:themeFillTint="33"/>
            <w:noWrap/>
            <w:hideMark/>
          </w:tcPr>
          <w:p w14:paraId="58EAA6D5"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57,311,701</w:t>
            </w:r>
          </w:p>
        </w:tc>
        <w:tc>
          <w:tcPr>
            <w:tcW w:w="1248" w:type="dxa"/>
            <w:tcBorders>
              <w:top w:val="nil"/>
              <w:left w:val="nil"/>
              <w:bottom w:val="single" w:sz="4" w:space="0" w:color="auto"/>
              <w:right w:val="single" w:sz="4" w:space="0" w:color="auto"/>
            </w:tcBorders>
            <w:shd w:val="clear" w:color="auto" w:fill="FDE9D9" w:themeFill="accent6" w:themeFillTint="33"/>
            <w:noWrap/>
            <w:hideMark/>
          </w:tcPr>
          <w:p w14:paraId="3D0F2580"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8,142,000</w:t>
            </w:r>
          </w:p>
        </w:tc>
        <w:tc>
          <w:tcPr>
            <w:tcW w:w="1545" w:type="dxa"/>
            <w:tcBorders>
              <w:top w:val="nil"/>
              <w:left w:val="nil"/>
              <w:bottom w:val="single" w:sz="4" w:space="0" w:color="auto"/>
              <w:right w:val="single" w:sz="4" w:space="0" w:color="auto"/>
            </w:tcBorders>
            <w:shd w:val="clear" w:color="auto" w:fill="FDE9D9" w:themeFill="accent6" w:themeFillTint="33"/>
            <w:noWrap/>
            <w:hideMark/>
          </w:tcPr>
          <w:p w14:paraId="091E7D77"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1,628,400</w:t>
            </w:r>
          </w:p>
        </w:tc>
        <w:tc>
          <w:tcPr>
            <w:tcW w:w="1296" w:type="dxa"/>
            <w:tcBorders>
              <w:top w:val="nil"/>
              <w:left w:val="nil"/>
              <w:bottom w:val="single" w:sz="4" w:space="0" w:color="auto"/>
              <w:right w:val="single" w:sz="4" w:space="0" w:color="auto"/>
            </w:tcBorders>
            <w:shd w:val="clear" w:color="auto" w:fill="FDE9D9" w:themeFill="accent6" w:themeFillTint="33"/>
            <w:noWrap/>
            <w:hideMark/>
          </w:tcPr>
          <w:p w14:paraId="71BFE929"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38,124,145</w:t>
            </w:r>
          </w:p>
        </w:tc>
        <w:tc>
          <w:tcPr>
            <w:tcW w:w="1407" w:type="dxa"/>
            <w:tcBorders>
              <w:top w:val="nil"/>
              <w:left w:val="nil"/>
              <w:bottom w:val="single" w:sz="4" w:space="0" w:color="auto"/>
              <w:right w:val="single" w:sz="4" w:space="0" w:color="auto"/>
            </w:tcBorders>
            <w:shd w:val="clear" w:color="auto" w:fill="FDE9D9" w:themeFill="accent6" w:themeFillTint="33"/>
            <w:noWrap/>
            <w:hideMark/>
          </w:tcPr>
          <w:p w14:paraId="6A60CD2B"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9,417,156</w:t>
            </w:r>
          </w:p>
        </w:tc>
        <w:tc>
          <w:tcPr>
            <w:tcW w:w="1080" w:type="dxa"/>
            <w:tcBorders>
              <w:top w:val="nil"/>
              <w:left w:val="nil"/>
              <w:bottom w:val="single" w:sz="4" w:space="0" w:color="auto"/>
              <w:right w:val="single" w:sz="4" w:space="0" w:color="auto"/>
            </w:tcBorders>
            <w:shd w:val="clear" w:color="auto" w:fill="FDE9D9" w:themeFill="accent6" w:themeFillTint="33"/>
            <w:noWrap/>
            <w:hideMark/>
          </w:tcPr>
          <w:p w14:paraId="1EABCD74" w14:textId="77777777" w:rsidR="00BC52BC" w:rsidRPr="00D97086" w:rsidRDefault="00BC52BC" w:rsidP="00BC52BC">
            <w:pPr>
              <w:jc w:val="both"/>
              <w:rPr>
                <w:rFonts w:ascii="Times New Roman" w:hAnsi="Times New Roman" w:cs="Times New Roman"/>
                <w:sz w:val="24"/>
                <w:szCs w:val="24"/>
              </w:rPr>
            </w:pPr>
            <w:r w:rsidRPr="00D97086">
              <w:rPr>
                <w:rFonts w:ascii="Times New Roman" w:hAnsi="Times New Roman" w:cs="Times New Roman"/>
                <w:sz w:val="24"/>
                <w:szCs w:val="24"/>
              </w:rPr>
              <w:t>-</w:t>
            </w:r>
          </w:p>
        </w:tc>
      </w:tr>
    </w:tbl>
    <w:p w14:paraId="4DC88E67" w14:textId="77777777" w:rsidR="00BC52BC" w:rsidRPr="00D97086" w:rsidRDefault="00BC52BC" w:rsidP="00B06CA4">
      <w:pPr>
        <w:jc w:val="both"/>
        <w:rPr>
          <w:rFonts w:ascii="Times New Roman" w:hAnsi="Times New Roman" w:cs="Times New Roman"/>
          <w:sz w:val="24"/>
          <w:szCs w:val="24"/>
        </w:rPr>
      </w:pPr>
    </w:p>
    <w:p w14:paraId="220BDA3D" w14:textId="77777777" w:rsidR="00C95401" w:rsidRPr="00D97086" w:rsidRDefault="00F653AC" w:rsidP="0020237D">
      <w:pPr>
        <w:pStyle w:val="Heading1"/>
        <w:numPr>
          <w:ilvl w:val="0"/>
          <w:numId w:val="22"/>
        </w:numPr>
        <w:rPr>
          <w:rFonts w:ascii="Times New Roman" w:hAnsi="Times New Roman" w:cs="Times New Roman"/>
        </w:rPr>
      </w:pPr>
      <w:bookmarkStart w:id="11" w:name="_Toc209703438"/>
      <w:proofErr w:type="spellStart"/>
      <w:r w:rsidRPr="00D97086">
        <w:rPr>
          <w:rFonts w:ascii="Times New Roman" w:hAnsi="Times New Roman" w:cs="Times New Roman"/>
        </w:rPr>
        <w:lastRenderedPageBreak/>
        <w:t>Vizioni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parimet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udhëheqëse</w:t>
      </w:r>
      <w:bookmarkEnd w:id="11"/>
      <w:proofErr w:type="spellEnd"/>
      <w:r w:rsidR="002A3AC9" w:rsidRPr="00D97086">
        <w:rPr>
          <w:rFonts w:ascii="Times New Roman" w:hAnsi="Times New Roman" w:cs="Times New Roman"/>
        </w:rPr>
        <w:t xml:space="preserve"> </w:t>
      </w:r>
    </w:p>
    <w:p w14:paraId="3BC02150" w14:textId="77777777" w:rsidR="002B4AFD" w:rsidRPr="00D97086" w:rsidRDefault="002B4AFD" w:rsidP="00B06CA4">
      <w:pPr>
        <w:jc w:val="both"/>
        <w:rPr>
          <w:rFonts w:ascii="Times New Roman" w:hAnsi="Times New Roman" w:cs="Times New Roman"/>
          <w:sz w:val="24"/>
          <w:szCs w:val="24"/>
        </w:rPr>
      </w:pPr>
    </w:p>
    <w:p w14:paraId="54CADB05" w14:textId="77777777" w:rsidR="00BD2FCD" w:rsidRPr="00D97086" w:rsidRDefault="00F653AC"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Vizioni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social </w:t>
      </w:r>
      <w:proofErr w:type="spellStart"/>
      <w:r w:rsidR="00BD2FCD" w:rsidRPr="00D97086">
        <w:rPr>
          <w:rFonts w:ascii="Times New Roman" w:hAnsi="Times New Roman" w:cs="Times New Roman"/>
          <w:sz w:val="24"/>
          <w:szCs w:val="24"/>
        </w:rPr>
        <w:t>është</w:t>
      </w:r>
      <w:proofErr w:type="spellEnd"/>
      <w:r w:rsidR="00BD2FCD" w:rsidRPr="00D97086">
        <w:rPr>
          <w:rFonts w:ascii="Times New Roman" w:hAnsi="Times New Roman" w:cs="Times New Roman"/>
          <w:sz w:val="24"/>
          <w:szCs w:val="24"/>
        </w:rPr>
        <w:t xml:space="preserve">: </w:t>
      </w:r>
      <w:r w:rsidR="007A6497" w:rsidRPr="00D97086">
        <w:rPr>
          <w:rFonts w:ascii="Times New Roman" w:hAnsi="Times New Roman" w:cs="Times New Roman"/>
          <w:sz w:val="24"/>
          <w:szCs w:val="24"/>
        </w:rPr>
        <w:t xml:space="preserve">Deri në </w:t>
      </w:r>
      <w:proofErr w:type="spellStart"/>
      <w:r w:rsidR="007A6497" w:rsidRPr="00D97086">
        <w:rPr>
          <w:rFonts w:ascii="Times New Roman" w:hAnsi="Times New Roman" w:cs="Times New Roman"/>
          <w:sz w:val="24"/>
          <w:szCs w:val="24"/>
        </w:rPr>
        <w:t>vitin</w:t>
      </w:r>
      <w:proofErr w:type="spellEnd"/>
      <w:r w:rsidR="007A6497" w:rsidRPr="00D97086">
        <w:rPr>
          <w:rFonts w:ascii="Times New Roman" w:hAnsi="Times New Roman" w:cs="Times New Roman"/>
          <w:sz w:val="24"/>
          <w:szCs w:val="24"/>
        </w:rPr>
        <w:t xml:space="preserve"> 2029, </w:t>
      </w:r>
      <w:proofErr w:type="spellStart"/>
      <w:r w:rsidR="007A6497" w:rsidRPr="00D97086">
        <w:rPr>
          <w:rFonts w:ascii="Times New Roman" w:hAnsi="Times New Roman" w:cs="Times New Roman"/>
          <w:sz w:val="24"/>
          <w:szCs w:val="24"/>
        </w:rPr>
        <w:t>çdo</w:t>
      </w:r>
      <w:proofErr w:type="spellEnd"/>
      <w:r w:rsidR="007A6497" w:rsidRPr="00D97086">
        <w:rPr>
          <w:rFonts w:ascii="Times New Roman" w:hAnsi="Times New Roman" w:cs="Times New Roman"/>
          <w:sz w:val="24"/>
          <w:szCs w:val="24"/>
        </w:rPr>
        <w:t xml:space="preserve"> </w:t>
      </w:r>
      <w:proofErr w:type="spellStart"/>
      <w:r w:rsidR="007A6497" w:rsidRPr="00D97086">
        <w:rPr>
          <w:rFonts w:ascii="Times New Roman" w:hAnsi="Times New Roman" w:cs="Times New Roman"/>
          <w:sz w:val="24"/>
          <w:szCs w:val="24"/>
        </w:rPr>
        <w:t>familje</w:t>
      </w:r>
      <w:proofErr w:type="spellEnd"/>
      <w:r w:rsidR="007A6497" w:rsidRPr="00D97086">
        <w:rPr>
          <w:rFonts w:ascii="Times New Roman" w:hAnsi="Times New Roman" w:cs="Times New Roman"/>
          <w:sz w:val="24"/>
          <w:szCs w:val="24"/>
        </w:rPr>
        <w:t xml:space="preserve"> në </w:t>
      </w:r>
      <w:proofErr w:type="spellStart"/>
      <w:r w:rsidR="007A6497" w:rsidRPr="00D97086">
        <w:rPr>
          <w:rFonts w:ascii="Times New Roman" w:hAnsi="Times New Roman" w:cs="Times New Roman"/>
          <w:sz w:val="24"/>
          <w:szCs w:val="24"/>
        </w:rPr>
        <w:t>nevojë</w:t>
      </w:r>
      <w:proofErr w:type="spellEnd"/>
      <w:r w:rsidR="007A6497" w:rsidRPr="00D97086">
        <w:rPr>
          <w:rFonts w:ascii="Times New Roman" w:hAnsi="Times New Roman" w:cs="Times New Roman"/>
          <w:sz w:val="24"/>
          <w:szCs w:val="24"/>
        </w:rPr>
        <w:t xml:space="preserve"> në </w:t>
      </w:r>
      <w:proofErr w:type="spellStart"/>
      <w:r w:rsidR="007A6497" w:rsidRPr="00D97086">
        <w:rPr>
          <w:rFonts w:ascii="Times New Roman" w:hAnsi="Times New Roman" w:cs="Times New Roman"/>
          <w:sz w:val="24"/>
          <w:szCs w:val="24"/>
        </w:rPr>
        <w:t>Prrenjas</w:t>
      </w:r>
      <w:proofErr w:type="spellEnd"/>
      <w:r w:rsidR="007A6497" w:rsidRPr="00D97086">
        <w:rPr>
          <w:rFonts w:ascii="Times New Roman" w:hAnsi="Times New Roman" w:cs="Times New Roman"/>
          <w:sz w:val="24"/>
          <w:szCs w:val="24"/>
        </w:rPr>
        <w:t xml:space="preserve"> ka </w:t>
      </w:r>
      <w:proofErr w:type="spellStart"/>
      <w:r w:rsidR="007A6497" w:rsidRPr="00D97086">
        <w:rPr>
          <w:rFonts w:ascii="Times New Roman" w:hAnsi="Times New Roman" w:cs="Times New Roman"/>
          <w:sz w:val="24"/>
          <w:szCs w:val="24"/>
        </w:rPr>
        <w:t>akses</w:t>
      </w:r>
      <w:proofErr w:type="spellEnd"/>
      <w:r w:rsidR="007A6497" w:rsidRPr="00D97086">
        <w:rPr>
          <w:rFonts w:ascii="Times New Roman" w:hAnsi="Times New Roman" w:cs="Times New Roman"/>
          <w:sz w:val="24"/>
          <w:szCs w:val="24"/>
        </w:rPr>
        <w:t xml:space="preserve"> në </w:t>
      </w:r>
      <w:proofErr w:type="spellStart"/>
      <w:r w:rsidR="007A6497" w:rsidRPr="00D97086">
        <w:rPr>
          <w:rFonts w:ascii="Times New Roman" w:hAnsi="Times New Roman" w:cs="Times New Roman"/>
          <w:sz w:val="24"/>
          <w:szCs w:val="24"/>
        </w:rPr>
        <w:t>strehim</w:t>
      </w:r>
      <w:proofErr w:type="spellEnd"/>
      <w:r w:rsidR="007A6497" w:rsidRPr="00D97086">
        <w:rPr>
          <w:rFonts w:ascii="Times New Roman" w:hAnsi="Times New Roman" w:cs="Times New Roman"/>
          <w:sz w:val="24"/>
          <w:szCs w:val="24"/>
        </w:rPr>
        <w:t xml:space="preserve"> të </w:t>
      </w:r>
      <w:proofErr w:type="spellStart"/>
      <w:r w:rsidR="007A6497" w:rsidRPr="00D97086">
        <w:rPr>
          <w:rFonts w:ascii="Times New Roman" w:hAnsi="Times New Roman" w:cs="Times New Roman"/>
          <w:sz w:val="24"/>
          <w:szCs w:val="24"/>
        </w:rPr>
        <w:t>sigurt</w:t>
      </w:r>
      <w:proofErr w:type="spellEnd"/>
      <w:r w:rsidR="007A6497" w:rsidRPr="00D97086">
        <w:rPr>
          <w:rFonts w:ascii="Times New Roman" w:hAnsi="Times New Roman" w:cs="Times New Roman"/>
          <w:sz w:val="24"/>
          <w:szCs w:val="24"/>
        </w:rPr>
        <w:t xml:space="preserve">, të </w:t>
      </w:r>
      <w:proofErr w:type="spellStart"/>
      <w:r w:rsidR="007A6497" w:rsidRPr="00D97086">
        <w:rPr>
          <w:rFonts w:ascii="Times New Roman" w:hAnsi="Times New Roman" w:cs="Times New Roman"/>
          <w:sz w:val="24"/>
          <w:szCs w:val="24"/>
        </w:rPr>
        <w:t>përballueshëm</w:t>
      </w:r>
      <w:proofErr w:type="spellEnd"/>
      <w:r w:rsidR="007A6497" w:rsidRPr="00D97086">
        <w:rPr>
          <w:rFonts w:ascii="Times New Roman" w:hAnsi="Times New Roman" w:cs="Times New Roman"/>
          <w:sz w:val="24"/>
          <w:szCs w:val="24"/>
        </w:rPr>
        <w:t xml:space="preserve"> </w:t>
      </w:r>
      <w:proofErr w:type="spellStart"/>
      <w:r w:rsidR="007A6497" w:rsidRPr="00D97086">
        <w:rPr>
          <w:rFonts w:ascii="Times New Roman" w:hAnsi="Times New Roman" w:cs="Times New Roman"/>
          <w:sz w:val="24"/>
          <w:szCs w:val="24"/>
        </w:rPr>
        <w:t>dhe</w:t>
      </w:r>
      <w:proofErr w:type="spellEnd"/>
      <w:r w:rsidR="007A6497" w:rsidRPr="00D97086">
        <w:rPr>
          <w:rFonts w:ascii="Times New Roman" w:hAnsi="Times New Roman" w:cs="Times New Roman"/>
          <w:sz w:val="24"/>
          <w:szCs w:val="24"/>
        </w:rPr>
        <w:t xml:space="preserve"> të </w:t>
      </w:r>
      <w:proofErr w:type="spellStart"/>
      <w:r w:rsidR="007A6497" w:rsidRPr="00D97086">
        <w:rPr>
          <w:rFonts w:ascii="Times New Roman" w:hAnsi="Times New Roman" w:cs="Times New Roman"/>
          <w:sz w:val="24"/>
          <w:szCs w:val="24"/>
        </w:rPr>
        <w:t>përshtatshëm</w:t>
      </w:r>
      <w:proofErr w:type="spellEnd"/>
      <w:r w:rsidR="007A6497" w:rsidRPr="00D97086">
        <w:rPr>
          <w:rFonts w:ascii="Times New Roman" w:hAnsi="Times New Roman" w:cs="Times New Roman"/>
          <w:sz w:val="24"/>
          <w:szCs w:val="24"/>
        </w:rPr>
        <w:t xml:space="preserve">, pa </w:t>
      </w:r>
      <w:proofErr w:type="spellStart"/>
      <w:r w:rsidR="007A6497" w:rsidRPr="00D97086">
        <w:rPr>
          <w:rFonts w:ascii="Times New Roman" w:hAnsi="Times New Roman" w:cs="Times New Roman"/>
          <w:sz w:val="24"/>
          <w:szCs w:val="24"/>
        </w:rPr>
        <w:t>diskriminim</w:t>
      </w:r>
      <w:proofErr w:type="spellEnd"/>
      <w:r w:rsidR="007A6497" w:rsidRPr="00D97086">
        <w:rPr>
          <w:rFonts w:ascii="Times New Roman" w:hAnsi="Times New Roman" w:cs="Times New Roman"/>
          <w:sz w:val="24"/>
          <w:szCs w:val="24"/>
        </w:rPr>
        <w:t xml:space="preserve">, në të </w:t>
      </w:r>
      <w:proofErr w:type="spellStart"/>
      <w:r w:rsidR="007A6497" w:rsidRPr="00D97086">
        <w:rPr>
          <w:rFonts w:ascii="Times New Roman" w:hAnsi="Times New Roman" w:cs="Times New Roman"/>
          <w:sz w:val="24"/>
          <w:szCs w:val="24"/>
        </w:rPr>
        <w:t>gjitha</w:t>
      </w:r>
      <w:proofErr w:type="spellEnd"/>
      <w:r w:rsidR="007A6497" w:rsidRPr="00D97086">
        <w:rPr>
          <w:rFonts w:ascii="Times New Roman" w:hAnsi="Times New Roman" w:cs="Times New Roman"/>
          <w:sz w:val="24"/>
          <w:szCs w:val="24"/>
        </w:rPr>
        <w:t xml:space="preserve"> NjA-të.</w:t>
      </w:r>
    </w:p>
    <w:p w14:paraId="05412A4F" w14:textId="77777777" w:rsidR="00366B5A" w:rsidRPr="00D97086" w:rsidRDefault="00366B5A" w:rsidP="00B06CA4">
      <w:pPr>
        <w:jc w:val="both"/>
        <w:rPr>
          <w:rFonts w:ascii="Times New Roman" w:hAnsi="Times New Roman" w:cs="Times New Roman"/>
          <w:sz w:val="24"/>
          <w:szCs w:val="24"/>
        </w:rPr>
      </w:pPr>
      <w:r w:rsidRPr="00D97086">
        <w:rPr>
          <w:rFonts w:ascii="Times New Roman" w:hAnsi="Times New Roman" w:cs="Times New Roman"/>
          <w:b/>
          <w:sz w:val="24"/>
          <w:szCs w:val="24"/>
        </w:rPr>
        <w:t xml:space="preserve">Ky </w:t>
      </w:r>
      <w:proofErr w:type="spellStart"/>
      <w:r w:rsidRPr="00D97086">
        <w:rPr>
          <w:rFonts w:ascii="Times New Roman" w:hAnsi="Times New Roman" w:cs="Times New Roman"/>
          <w:b/>
          <w:sz w:val="24"/>
          <w:szCs w:val="24"/>
        </w:rPr>
        <w:t>vizion</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mbështetet</w:t>
      </w:r>
      <w:proofErr w:type="spellEnd"/>
      <w:r w:rsidRPr="00D97086">
        <w:rPr>
          <w:rFonts w:ascii="Times New Roman" w:hAnsi="Times New Roman" w:cs="Times New Roman"/>
          <w:b/>
          <w:sz w:val="24"/>
          <w:szCs w:val="24"/>
        </w:rPr>
        <w:t xml:space="preserve"> në </w:t>
      </w:r>
      <w:proofErr w:type="spellStart"/>
      <w:r w:rsidRPr="00D97086">
        <w:rPr>
          <w:rFonts w:ascii="Times New Roman" w:hAnsi="Times New Roman" w:cs="Times New Roman"/>
          <w:b/>
          <w:sz w:val="24"/>
          <w:szCs w:val="24"/>
        </w:rPr>
        <w:t>dy</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shtylla</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kombëtare</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sz w:val="24"/>
          <w:szCs w:val="24"/>
        </w:rPr>
        <w:t>Planin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Kombëtar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Social (2025),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orienton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zgjerimin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ofertës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social, </w:t>
      </w:r>
      <w:proofErr w:type="spellStart"/>
      <w:r w:rsidRPr="00D97086">
        <w:rPr>
          <w:rFonts w:ascii="Times New Roman" w:hAnsi="Times New Roman" w:cs="Times New Roman"/>
          <w:sz w:val="24"/>
          <w:szCs w:val="24"/>
        </w:rPr>
        <w:t>përmirësimin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cilësisë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bashkëfinancimet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qendër</w:t>
      </w:r>
      <w:proofErr w:type="spellEnd"/>
      <w:r w:rsidRPr="00D97086">
        <w:rPr>
          <w:rFonts w:ascii="Times New Roman" w:hAnsi="Times New Roman" w:cs="Times New Roman"/>
          <w:sz w:val="24"/>
          <w:szCs w:val="24"/>
        </w:rPr>
        <w:t>–vendor–</w:t>
      </w:r>
      <w:proofErr w:type="spellStart"/>
      <w:r w:rsidRPr="00D97086">
        <w:rPr>
          <w:rFonts w:ascii="Times New Roman" w:hAnsi="Times New Roman" w:cs="Times New Roman"/>
          <w:sz w:val="24"/>
          <w:szCs w:val="24"/>
        </w:rPr>
        <w:t>privat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b/>
          <w:sz w:val="24"/>
          <w:szCs w:val="24"/>
        </w:rPr>
        <w:t>Strategjinë</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Kombëtare</w:t>
      </w:r>
      <w:proofErr w:type="spellEnd"/>
      <w:r w:rsidRPr="00D97086">
        <w:rPr>
          <w:rFonts w:ascii="Times New Roman" w:hAnsi="Times New Roman" w:cs="Times New Roman"/>
          <w:b/>
          <w:sz w:val="24"/>
          <w:szCs w:val="24"/>
        </w:rPr>
        <w:t xml:space="preserve"> të </w:t>
      </w:r>
      <w:proofErr w:type="spellStart"/>
      <w:r w:rsidRPr="00D97086">
        <w:rPr>
          <w:rFonts w:ascii="Times New Roman" w:hAnsi="Times New Roman" w:cs="Times New Roman"/>
          <w:b/>
          <w:sz w:val="24"/>
          <w:szCs w:val="24"/>
        </w:rPr>
        <w:t>Mbrojtjes</w:t>
      </w:r>
      <w:proofErr w:type="spellEnd"/>
      <w:r w:rsidRPr="00D97086">
        <w:rPr>
          <w:rFonts w:ascii="Times New Roman" w:hAnsi="Times New Roman" w:cs="Times New Roman"/>
          <w:b/>
          <w:sz w:val="24"/>
          <w:szCs w:val="24"/>
        </w:rPr>
        <w:t xml:space="preserve"> Sociale 2024–2030</w:t>
      </w:r>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kërkon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mbrojtje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gjithëpërfshirëse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parandalim</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pasigurisë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banimit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trajtim</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prioritet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grupeve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vulnerabël</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praktikë</w:t>
      </w:r>
      <w:proofErr w:type="spellEnd"/>
      <w:r w:rsidRPr="00D97086">
        <w:rPr>
          <w:rFonts w:ascii="Times New Roman" w:hAnsi="Times New Roman" w:cs="Times New Roman"/>
          <w:sz w:val="24"/>
          <w:szCs w:val="24"/>
        </w:rPr>
        <w:t xml:space="preserve">, Bashkia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operacionalizon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këtë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kornizë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përmes</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b/>
          <w:sz w:val="24"/>
          <w:szCs w:val="24"/>
        </w:rPr>
        <w:t>pakete</w:t>
      </w:r>
      <w:proofErr w:type="spellEnd"/>
      <w:r w:rsidRPr="00D97086">
        <w:rPr>
          <w:rFonts w:ascii="Times New Roman" w:hAnsi="Times New Roman" w:cs="Times New Roman"/>
          <w:b/>
          <w:sz w:val="24"/>
          <w:szCs w:val="24"/>
        </w:rPr>
        <w:t xml:space="preserve"> të </w:t>
      </w:r>
      <w:proofErr w:type="spellStart"/>
      <w:r w:rsidRPr="00D97086">
        <w:rPr>
          <w:rFonts w:ascii="Times New Roman" w:hAnsi="Times New Roman" w:cs="Times New Roman"/>
          <w:b/>
          <w:sz w:val="24"/>
          <w:szCs w:val="24"/>
        </w:rPr>
        <w:t>integruar</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instrumentesh</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subvencion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qiraje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rehabilitim</w:t>
      </w:r>
      <w:proofErr w:type="spellEnd"/>
      <w:r w:rsidRPr="00D97086">
        <w:rPr>
          <w:rFonts w:ascii="Times New Roman" w:hAnsi="Times New Roman" w:cs="Times New Roman"/>
          <w:sz w:val="24"/>
          <w:szCs w:val="24"/>
        </w:rPr>
        <w:t>/</w:t>
      </w:r>
      <w:proofErr w:type="spellStart"/>
      <w:r w:rsidRPr="00D97086">
        <w:rPr>
          <w:rFonts w:ascii="Times New Roman" w:hAnsi="Times New Roman" w:cs="Times New Roman"/>
          <w:sz w:val="24"/>
          <w:szCs w:val="24"/>
        </w:rPr>
        <w:t>përshtatje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banesash</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blerje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treg</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fondin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publik</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banesave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sociale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partneritete</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sektorin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privat</w:t>
      </w:r>
      <w:proofErr w:type="spellEnd"/>
      <w:r w:rsidRPr="00D97086">
        <w:rPr>
          <w:rFonts w:ascii="Times New Roman" w:hAnsi="Times New Roman" w:cs="Times New Roman"/>
          <w:sz w:val="24"/>
          <w:szCs w:val="24"/>
        </w:rPr>
        <w:t xml:space="preserve">, </w:t>
      </w:r>
      <w:r w:rsidR="0091664F" w:rsidRPr="00D97086">
        <w:rPr>
          <w:rFonts w:ascii="Times New Roman" w:hAnsi="Times New Roman" w:cs="Times New Roman"/>
          <w:sz w:val="24"/>
          <w:szCs w:val="24"/>
        </w:rPr>
        <w:t>“</w:t>
      </w:r>
      <w:proofErr w:type="spellStart"/>
      <w:r w:rsidRPr="00D97086">
        <w:rPr>
          <w:rFonts w:ascii="Times New Roman" w:hAnsi="Times New Roman" w:cs="Times New Roman"/>
          <w:sz w:val="24"/>
          <w:szCs w:val="24"/>
        </w:rPr>
        <w:t>kredi</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butë</w:t>
      </w:r>
      <w:proofErr w:type="spellEnd"/>
      <w:r w:rsidR="0091664F" w:rsidRPr="00D97086">
        <w:rPr>
          <w:rFonts w:ascii="Times New Roman" w:hAnsi="Times New Roman" w:cs="Times New Roman"/>
          <w:sz w:val="24"/>
          <w:szCs w:val="24"/>
        </w:rPr>
        <w:t>”</w:t>
      </w:r>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familjet</w:t>
      </w:r>
      <w:proofErr w:type="spellEnd"/>
      <w:r w:rsidRPr="00D97086">
        <w:rPr>
          <w:rFonts w:ascii="Times New Roman" w:hAnsi="Times New Roman" w:cs="Times New Roman"/>
          <w:sz w:val="24"/>
          <w:szCs w:val="24"/>
        </w:rPr>
        <w:t xml:space="preserve"> me të </w:t>
      </w:r>
      <w:proofErr w:type="spellStart"/>
      <w:r w:rsidRPr="00D97086">
        <w:rPr>
          <w:rFonts w:ascii="Times New Roman" w:hAnsi="Times New Roman" w:cs="Times New Roman"/>
          <w:sz w:val="24"/>
          <w:szCs w:val="24"/>
        </w:rPr>
        <w:t>ardhura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formalizuara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emergjent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zbatuara</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indikatorë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vjetorë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raportim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publik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r w:rsidRPr="00D97086">
        <w:rPr>
          <w:rFonts w:ascii="Times New Roman" w:hAnsi="Times New Roman" w:cs="Times New Roman"/>
          <w:b/>
          <w:sz w:val="24"/>
          <w:szCs w:val="24"/>
        </w:rPr>
        <w:t xml:space="preserve">zero </w:t>
      </w:r>
      <w:proofErr w:type="spellStart"/>
      <w:r w:rsidRPr="00D97086">
        <w:rPr>
          <w:rFonts w:ascii="Times New Roman" w:hAnsi="Times New Roman" w:cs="Times New Roman"/>
          <w:b/>
          <w:sz w:val="24"/>
          <w:szCs w:val="24"/>
        </w:rPr>
        <w:t>diskriminim</w:t>
      </w:r>
      <w:proofErr w:type="spellEnd"/>
      <w:r w:rsidRPr="00D97086">
        <w:rPr>
          <w:rFonts w:ascii="Times New Roman" w:hAnsi="Times New Roman" w:cs="Times New Roman"/>
          <w:sz w:val="24"/>
          <w:szCs w:val="24"/>
        </w:rPr>
        <w:t xml:space="preserve"> në të </w:t>
      </w:r>
      <w:proofErr w:type="spellStart"/>
      <w:r w:rsidRPr="00D97086">
        <w:rPr>
          <w:rFonts w:ascii="Times New Roman" w:hAnsi="Times New Roman" w:cs="Times New Roman"/>
          <w:sz w:val="24"/>
          <w:szCs w:val="24"/>
        </w:rPr>
        <w:t>gjitha</w:t>
      </w:r>
      <w:proofErr w:type="spellEnd"/>
      <w:r w:rsidRPr="00D97086">
        <w:rPr>
          <w:rFonts w:ascii="Times New Roman" w:hAnsi="Times New Roman" w:cs="Times New Roman"/>
          <w:sz w:val="24"/>
          <w:szCs w:val="24"/>
        </w:rPr>
        <w:t xml:space="preserve"> NjA-të. </w:t>
      </w:r>
      <w:proofErr w:type="spellStart"/>
      <w:r w:rsidRPr="00D97086">
        <w:rPr>
          <w:rFonts w:ascii="Times New Roman" w:hAnsi="Times New Roman" w:cs="Times New Roman"/>
          <w:sz w:val="24"/>
          <w:szCs w:val="24"/>
        </w:rPr>
        <w:t>Kjo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qasje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parimi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rezultati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siguron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investimi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publik</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kthehet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banesa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sigurta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përballueshme</w:t>
      </w:r>
      <w:proofErr w:type="spellEnd"/>
      <w:r w:rsidRPr="00D97086">
        <w:rPr>
          <w:rFonts w:ascii="Times New Roman" w:hAnsi="Times New Roman" w:cs="Times New Roman"/>
          <w:sz w:val="24"/>
          <w:szCs w:val="24"/>
        </w:rPr>
        <w:t xml:space="preserve"> e të </w:t>
      </w:r>
      <w:proofErr w:type="spellStart"/>
      <w:r w:rsidRPr="00D97086">
        <w:rPr>
          <w:rFonts w:ascii="Times New Roman" w:hAnsi="Times New Roman" w:cs="Times New Roman"/>
          <w:sz w:val="24"/>
          <w:szCs w:val="24"/>
        </w:rPr>
        <w:t>përshtatshme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ulje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qëndrueshme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pasigurisë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banimit</w:t>
      </w:r>
      <w:proofErr w:type="spellEnd"/>
      <w:r w:rsidRPr="00D97086">
        <w:rPr>
          <w:rFonts w:ascii="Times New Roman" w:hAnsi="Times New Roman" w:cs="Times New Roman"/>
          <w:sz w:val="24"/>
          <w:szCs w:val="24"/>
        </w:rPr>
        <w:t>.</w:t>
      </w:r>
    </w:p>
    <w:p w14:paraId="3000C3DC" w14:textId="77777777" w:rsidR="0070473E" w:rsidRPr="00D97086" w:rsidRDefault="00F653AC"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Parimet</w:t>
      </w:r>
      <w:proofErr w:type="spellEnd"/>
      <w:r w:rsidRPr="00D97086">
        <w:rPr>
          <w:rFonts w:ascii="Times New Roman" w:hAnsi="Times New Roman" w:cs="Times New Roman"/>
          <w:sz w:val="24"/>
          <w:szCs w:val="24"/>
        </w:rPr>
        <w:t xml:space="preserve"> </w:t>
      </w:r>
      <w:proofErr w:type="spellStart"/>
      <w:r w:rsidR="0070473E" w:rsidRPr="00D97086">
        <w:rPr>
          <w:rFonts w:ascii="Times New Roman" w:hAnsi="Times New Roman" w:cs="Times New Roman"/>
          <w:sz w:val="24"/>
          <w:szCs w:val="24"/>
        </w:rPr>
        <w:t>mbi</w:t>
      </w:r>
      <w:proofErr w:type="spellEnd"/>
      <w:r w:rsidR="0070473E" w:rsidRPr="00D97086">
        <w:rPr>
          <w:rFonts w:ascii="Times New Roman" w:hAnsi="Times New Roman" w:cs="Times New Roman"/>
          <w:sz w:val="24"/>
          <w:szCs w:val="24"/>
        </w:rPr>
        <w:t xml:space="preserve"> të </w:t>
      </w:r>
      <w:proofErr w:type="spellStart"/>
      <w:r w:rsidR="0070473E" w:rsidRPr="00D97086">
        <w:rPr>
          <w:rFonts w:ascii="Times New Roman" w:hAnsi="Times New Roman" w:cs="Times New Roman"/>
          <w:sz w:val="24"/>
          <w:szCs w:val="24"/>
        </w:rPr>
        <w:t>cilët</w:t>
      </w:r>
      <w:proofErr w:type="spellEnd"/>
      <w:r w:rsidR="0070473E" w:rsidRPr="00D97086">
        <w:rPr>
          <w:rFonts w:ascii="Times New Roman" w:hAnsi="Times New Roman" w:cs="Times New Roman"/>
          <w:sz w:val="24"/>
          <w:szCs w:val="24"/>
        </w:rPr>
        <w:t xml:space="preserve"> </w:t>
      </w:r>
      <w:proofErr w:type="spellStart"/>
      <w:r w:rsidR="0070473E" w:rsidRPr="00D97086">
        <w:rPr>
          <w:rFonts w:ascii="Times New Roman" w:hAnsi="Times New Roman" w:cs="Times New Roman"/>
          <w:sz w:val="24"/>
          <w:szCs w:val="24"/>
        </w:rPr>
        <w:t>hartohet</w:t>
      </w:r>
      <w:proofErr w:type="spellEnd"/>
      <w:r w:rsidR="0070473E" w:rsidRPr="00D97086">
        <w:rPr>
          <w:rFonts w:ascii="Times New Roman" w:hAnsi="Times New Roman" w:cs="Times New Roman"/>
          <w:sz w:val="24"/>
          <w:szCs w:val="24"/>
        </w:rPr>
        <w:t xml:space="preserve"> </w:t>
      </w:r>
      <w:proofErr w:type="spellStart"/>
      <w:r w:rsidR="0070473E" w:rsidRPr="00D97086">
        <w:rPr>
          <w:rFonts w:ascii="Times New Roman" w:hAnsi="Times New Roman" w:cs="Times New Roman"/>
          <w:sz w:val="24"/>
          <w:szCs w:val="24"/>
        </w:rPr>
        <w:t>Plani</w:t>
      </w:r>
      <w:proofErr w:type="spellEnd"/>
      <w:r w:rsidR="0070473E" w:rsidRPr="00D97086">
        <w:rPr>
          <w:rFonts w:ascii="Times New Roman" w:hAnsi="Times New Roman" w:cs="Times New Roman"/>
          <w:sz w:val="24"/>
          <w:szCs w:val="24"/>
        </w:rPr>
        <w:t xml:space="preserve"> </w:t>
      </w:r>
      <w:proofErr w:type="spellStart"/>
      <w:r w:rsidR="0070473E" w:rsidRPr="00D97086">
        <w:rPr>
          <w:rFonts w:ascii="Times New Roman" w:hAnsi="Times New Roman" w:cs="Times New Roman"/>
          <w:sz w:val="24"/>
          <w:szCs w:val="24"/>
        </w:rPr>
        <w:t>janë</w:t>
      </w:r>
      <w:proofErr w:type="spellEnd"/>
      <w:r w:rsidR="0070473E" w:rsidRPr="00D97086">
        <w:rPr>
          <w:rFonts w:ascii="Times New Roman" w:hAnsi="Times New Roman" w:cs="Times New Roman"/>
          <w:sz w:val="24"/>
          <w:szCs w:val="24"/>
        </w:rPr>
        <w:t xml:space="preserve">: </w:t>
      </w:r>
    </w:p>
    <w:p w14:paraId="28669A60" w14:textId="77777777" w:rsidR="0070473E" w:rsidRPr="00D97086" w:rsidRDefault="0070473E" w:rsidP="00CA1BA1">
      <w:pPr>
        <w:jc w:val="both"/>
        <w:rPr>
          <w:rFonts w:ascii="Times New Roman" w:hAnsi="Times New Roman" w:cs="Times New Roman"/>
          <w:sz w:val="24"/>
          <w:szCs w:val="24"/>
        </w:rPr>
      </w:pPr>
      <w:r w:rsidRPr="00D97086">
        <w:rPr>
          <w:rFonts w:ascii="Times New Roman" w:hAnsi="Times New Roman" w:cs="Times New Roman"/>
          <w:b/>
          <w:sz w:val="24"/>
          <w:szCs w:val="24"/>
        </w:rPr>
        <w:t xml:space="preserve">E </w:t>
      </w:r>
      <w:proofErr w:type="spellStart"/>
      <w:r w:rsidRPr="00D97086">
        <w:rPr>
          <w:rFonts w:ascii="Times New Roman" w:hAnsi="Times New Roman" w:cs="Times New Roman"/>
          <w:b/>
          <w:sz w:val="24"/>
          <w:szCs w:val="24"/>
        </w:rPr>
        <w:t>drejta</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për</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strehim</w:t>
      </w:r>
      <w:proofErr w:type="spellEnd"/>
      <w:r w:rsidRPr="00D97086">
        <w:rPr>
          <w:rFonts w:ascii="Times New Roman" w:hAnsi="Times New Roman" w:cs="Times New Roman"/>
          <w:b/>
          <w:sz w:val="24"/>
          <w:szCs w:val="24"/>
        </w:rPr>
        <w:t xml:space="preserve"> &amp; </w:t>
      </w:r>
      <w:proofErr w:type="spellStart"/>
      <w:r w:rsidRPr="00D97086">
        <w:rPr>
          <w:rFonts w:ascii="Times New Roman" w:hAnsi="Times New Roman" w:cs="Times New Roman"/>
          <w:b/>
          <w:sz w:val="24"/>
          <w:szCs w:val="24"/>
        </w:rPr>
        <w:t>mosdiskriminim</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sz w:val="24"/>
          <w:szCs w:val="24"/>
        </w:rPr>
        <w:t>Çdo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ndërhyrje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siguron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akses</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barabartë</w:t>
      </w:r>
      <w:proofErr w:type="spellEnd"/>
      <w:r w:rsidRPr="00D97086">
        <w:rPr>
          <w:rFonts w:ascii="Times New Roman" w:hAnsi="Times New Roman" w:cs="Times New Roman"/>
          <w:sz w:val="24"/>
          <w:szCs w:val="24"/>
        </w:rPr>
        <w:t xml:space="preserve"> pa </w:t>
      </w:r>
      <w:proofErr w:type="spellStart"/>
      <w:r w:rsidRPr="00D97086">
        <w:rPr>
          <w:rFonts w:ascii="Times New Roman" w:hAnsi="Times New Roman" w:cs="Times New Roman"/>
          <w:sz w:val="24"/>
          <w:szCs w:val="24"/>
        </w:rPr>
        <w:t>dallim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gjinie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moshe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etnie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rome</w:t>
      </w:r>
      <w:proofErr w:type="spellEnd"/>
      <w:r w:rsidRPr="00D97086">
        <w:rPr>
          <w:rFonts w:ascii="Times New Roman" w:hAnsi="Times New Roman" w:cs="Times New Roman"/>
          <w:sz w:val="24"/>
          <w:szCs w:val="24"/>
        </w:rPr>
        <w:t>/</w:t>
      </w:r>
      <w:proofErr w:type="spellStart"/>
      <w:r w:rsidRPr="00D97086">
        <w:rPr>
          <w:rFonts w:ascii="Times New Roman" w:hAnsi="Times New Roman" w:cs="Times New Roman"/>
          <w:sz w:val="24"/>
          <w:szCs w:val="24"/>
        </w:rPr>
        <w:t>egjiptiane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aftësie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statusi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familjar</w:t>
      </w:r>
      <w:proofErr w:type="spellEnd"/>
      <w:r w:rsidRPr="00D97086">
        <w:rPr>
          <w:rFonts w:ascii="Times New Roman" w:hAnsi="Times New Roman" w:cs="Times New Roman"/>
          <w:sz w:val="24"/>
          <w:szCs w:val="24"/>
        </w:rPr>
        <w:t xml:space="preserve"> apo </w:t>
      </w:r>
      <w:proofErr w:type="spellStart"/>
      <w:r w:rsidRPr="00D97086">
        <w:rPr>
          <w:rFonts w:ascii="Times New Roman" w:hAnsi="Times New Roman" w:cs="Times New Roman"/>
          <w:sz w:val="24"/>
          <w:szCs w:val="24"/>
        </w:rPr>
        <w:t>ekonomik</w:t>
      </w:r>
      <w:proofErr w:type="spellEnd"/>
      <w:r w:rsidRPr="00D97086">
        <w:rPr>
          <w:rFonts w:ascii="Times New Roman" w:hAnsi="Times New Roman" w:cs="Times New Roman"/>
          <w:sz w:val="24"/>
          <w:szCs w:val="24"/>
        </w:rPr>
        <w:t>.</w:t>
      </w:r>
    </w:p>
    <w:p w14:paraId="033D2B59" w14:textId="77777777" w:rsidR="0070473E" w:rsidRPr="00D97086" w:rsidRDefault="0070473E" w:rsidP="00CA1BA1">
      <w:pPr>
        <w:pStyle w:val="ListNumber"/>
        <w:numPr>
          <w:ilvl w:val="0"/>
          <w:numId w:val="0"/>
        </w:numPr>
        <w:ind w:left="360" w:hanging="360"/>
        <w:jc w:val="both"/>
        <w:rPr>
          <w:rFonts w:ascii="Times New Roman" w:hAnsi="Times New Roman" w:cs="Times New Roman"/>
          <w:sz w:val="24"/>
          <w:szCs w:val="24"/>
        </w:rPr>
      </w:pPr>
      <w:proofErr w:type="spellStart"/>
      <w:r w:rsidRPr="00D97086">
        <w:rPr>
          <w:rFonts w:ascii="Times New Roman" w:hAnsi="Times New Roman" w:cs="Times New Roman"/>
          <w:b/>
          <w:sz w:val="24"/>
          <w:szCs w:val="24"/>
        </w:rPr>
        <w:t>Fokus</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te</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familjet</w:t>
      </w:r>
      <w:proofErr w:type="spellEnd"/>
      <w:r w:rsidRPr="00D97086">
        <w:rPr>
          <w:rFonts w:ascii="Times New Roman" w:hAnsi="Times New Roman" w:cs="Times New Roman"/>
          <w:b/>
          <w:sz w:val="24"/>
          <w:szCs w:val="24"/>
        </w:rPr>
        <w:t xml:space="preserve"> në </w:t>
      </w:r>
      <w:proofErr w:type="spellStart"/>
      <w:r w:rsidRPr="00D97086">
        <w:rPr>
          <w:rFonts w:ascii="Times New Roman" w:hAnsi="Times New Roman" w:cs="Times New Roman"/>
          <w:b/>
          <w:sz w:val="24"/>
          <w:szCs w:val="24"/>
        </w:rPr>
        <w:t>nevojë</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targetim</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i</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drejtë</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sz w:val="24"/>
          <w:szCs w:val="24"/>
        </w:rPr>
        <w:t>Prioritet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marrin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familjet</w:t>
      </w:r>
      <w:proofErr w:type="spellEnd"/>
      <w:r w:rsidRPr="00D97086">
        <w:rPr>
          <w:rFonts w:ascii="Times New Roman" w:hAnsi="Times New Roman" w:cs="Times New Roman"/>
          <w:sz w:val="24"/>
          <w:szCs w:val="24"/>
        </w:rPr>
        <w:t xml:space="preserve"> me të </w:t>
      </w:r>
      <w:proofErr w:type="spellStart"/>
      <w:r w:rsidRPr="00D97086">
        <w:rPr>
          <w:rFonts w:ascii="Times New Roman" w:hAnsi="Times New Roman" w:cs="Times New Roman"/>
          <w:sz w:val="24"/>
          <w:szCs w:val="24"/>
        </w:rPr>
        <w:t>ardhura</w:t>
      </w:r>
      <w:proofErr w:type="spellEnd"/>
      <w:r w:rsidRPr="00D97086">
        <w:rPr>
          <w:rFonts w:ascii="Times New Roman" w:hAnsi="Times New Roman" w:cs="Times New Roman"/>
          <w:sz w:val="24"/>
          <w:szCs w:val="24"/>
        </w:rPr>
        <w:t xml:space="preserve"> të </w:t>
      </w:r>
    </w:p>
    <w:p w14:paraId="5CB499F8" w14:textId="77777777" w:rsidR="0070473E" w:rsidRPr="00D97086" w:rsidRDefault="0070473E" w:rsidP="00CA1BA1">
      <w:pPr>
        <w:pStyle w:val="ListNumber"/>
        <w:numPr>
          <w:ilvl w:val="0"/>
          <w:numId w:val="0"/>
        </w:numPr>
        <w:ind w:left="360" w:hanging="360"/>
        <w:jc w:val="both"/>
        <w:rPr>
          <w:rFonts w:ascii="Times New Roman" w:hAnsi="Times New Roman" w:cs="Times New Roman"/>
          <w:sz w:val="24"/>
          <w:szCs w:val="24"/>
        </w:rPr>
      </w:pPr>
      <w:proofErr w:type="spellStart"/>
      <w:r w:rsidRPr="00D97086">
        <w:rPr>
          <w:rFonts w:ascii="Times New Roman" w:hAnsi="Times New Roman" w:cs="Times New Roman"/>
          <w:sz w:val="24"/>
          <w:szCs w:val="24"/>
        </w:rPr>
        <w:t>ulëta</w:t>
      </w:r>
      <w:proofErr w:type="spellEnd"/>
      <w:r w:rsidRPr="00D97086">
        <w:rPr>
          <w:rFonts w:ascii="Times New Roman" w:hAnsi="Times New Roman" w:cs="Times New Roman"/>
          <w:sz w:val="24"/>
          <w:szCs w:val="24"/>
        </w:rPr>
        <w:t xml:space="preserve">, PAK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kujdestarët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tyre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gratë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kryefamiljare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njëprindërore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viktimat</w:t>
      </w:r>
      <w:proofErr w:type="spellEnd"/>
      <w:r w:rsidRPr="00D97086">
        <w:rPr>
          <w:rFonts w:ascii="Times New Roman" w:hAnsi="Times New Roman" w:cs="Times New Roman"/>
          <w:sz w:val="24"/>
          <w:szCs w:val="24"/>
        </w:rPr>
        <w:t xml:space="preserve"> e </w:t>
      </w:r>
    </w:p>
    <w:p w14:paraId="1783B87C" w14:textId="77777777" w:rsidR="0070473E" w:rsidRPr="00D97086" w:rsidRDefault="0070473E" w:rsidP="00CA1BA1">
      <w:pPr>
        <w:pStyle w:val="ListNumber"/>
        <w:numPr>
          <w:ilvl w:val="0"/>
          <w:numId w:val="0"/>
        </w:numPr>
        <w:ind w:left="360" w:hanging="360"/>
        <w:jc w:val="both"/>
        <w:rPr>
          <w:rFonts w:ascii="Times New Roman" w:hAnsi="Times New Roman" w:cs="Times New Roman"/>
          <w:sz w:val="24"/>
          <w:szCs w:val="24"/>
        </w:rPr>
      </w:pPr>
      <w:proofErr w:type="spellStart"/>
      <w:r w:rsidRPr="00D97086">
        <w:rPr>
          <w:rFonts w:ascii="Times New Roman" w:hAnsi="Times New Roman" w:cs="Times New Roman"/>
          <w:sz w:val="24"/>
          <w:szCs w:val="24"/>
        </w:rPr>
        <w:t>dhunës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rastet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emergjente</w:t>
      </w:r>
      <w:proofErr w:type="spellEnd"/>
      <w:r w:rsidRPr="00D97086">
        <w:rPr>
          <w:rFonts w:ascii="Times New Roman" w:hAnsi="Times New Roman" w:cs="Times New Roman"/>
          <w:sz w:val="24"/>
          <w:szCs w:val="24"/>
        </w:rPr>
        <w:t>.</w:t>
      </w:r>
    </w:p>
    <w:p w14:paraId="33491B0E" w14:textId="77777777" w:rsidR="0070473E" w:rsidRPr="00D97086" w:rsidRDefault="0070473E" w:rsidP="00CA1BA1">
      <w:pPr>
        <w:pStyle w:val="ListNumber"/>
        <w:numPr>
          <w:ilvl w:val="0"/>
          <w:numId w:val="0"/>
        </w:numPr>
        <w:ind w:left="360" w:hanging="360"/>
        <w:jc w:val="both"/>
        <w:rPr>
          <w:rFonts w:ascii="Times New Roman" w:hAnsi="Times New Roman" w:cs="Times New Roman"/>
          <w:sz w:val="24"/>
          <w:szCs w:val="24"/>
        </w:rPr>
      </w:pPr>
    </w:p>
    <w:p w14:paraId="169FAFCC" w14:textId="77777777" w:rsidR="0070473E" w:rsidRPr="00D97086" w:rsidRDefault="0070473E" w:rsidP="00CA1BA1">
      <w:pPr>
        <w:pStyle w:val="ListNumber"/>
        <w:numPr>
          <w:ilvl w:val="0"/>
          <w:numId w:val="0"/>
        </w:numPr>
        <w:ind w:left="360" w:hanging="360"/>
        <w:jc w:val="both"/>
        <w:rPr>
          <w:rFonts w:ascii="Times New Roman" w:hAnsi="Times New Roman" w:cs="Times New Roman"/>
          <w:sz w:val="24"/>
          <w:szCs w:val="24"/>
        </w:rPr>
      </w:pPr>
      <w:proofErr w:type="spellStart"/>
      <w:r w:rsidRPr="00D97086">
        <w:rPr>
          <w:rFonts w:ascii="Times New Roman" w:hAnsi="Times New Roman" w:cs="Times New Roman"/>
          <w:b/>
          <w:sz w:val="24"/>
          <w:szCs w:val="24"/>
        </w:rPr>
        <w:t>Aksesueshmëri</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universale</w:t>
      </w:r>
      <w:proofErr w:type="spellEnd"/>
      <w:r w:rsidRPr="00D97086">
        <w:rPr>
          <w:rFonts w:ascii="Times New Roman" w:hAnsi="Times New Roman" w:cs="Times New Roman"/>
          <w:b/>
          <w:sz w:val="24"/>
          <w:szCs w:val="24"/>
        </w:rPr>
        <w:t xml:space="preserve"> &amp; </w:t>
      </w:r>
      <w:proofErr w:type="spellStart"/>
      <w:r w:rsidRPr="00D97086">
        <w:rPr>
          <w:rFonts w:ascii="Times New Roman" w:hAnsi="Times New Roman" w:cs="Times New Roman"/>
          <w:b/>
          <w:sz w:val="24"/>
          <w:szCs w:val="24"/>
        </w:rPr>
        <w:t>përshtatje</w:t>
      </w:r>
      <w:proofErr w:type="spellEnd"/>
      <w:r w:rsidRPr="00D97086">
        <w:rPr>
          <w:rFonts w:ascii="Times New Roman" w:hAnsi="Times New Roman" w:cs="Times New Roman"/>
          <w:b/>
          <w:sz w:val="24"/>
          <w:szCs w:val="24"/>
        </w:rPr>
        <w:t xml:space="preserve">: </w:t>
      </w:r>
      <w:r w:rsidRPr="00D97086">
        <w:rPr>
          <w:rFonts w:ascii="Times New Roman" w:hAnsi="Times New Roman" w:cs="Times New Roman"/>
          <w:sz w:val="24"/>
          <w:szCs w:val="24"/>
        </w:rPr>
        <w:t xml:space="preserve">Standardet e </w:t>
      </w:r>
      <w:proofErr w:type="spellStart"/>
      <w:r w:rsidRPr="00D97086">
        <w:rPr>
          <w:rFonts w:ascii="Times New Roman" w:hAnsi="Times New Roman" w:cs="Times New Roman"/>
          <w:sz w:val="24"/>
          <w:szCs w:val="24"/>
        </w:rPr>
        <w:t>banesës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ndërhyrjet</w:t>
      </w:r>
      <w:proofErr w:type="spellEnd"/>
      <w:r w:rsidRPr="00D97086">
        <w:rPr>
          <w:rFonts w:ascii="Times New Roman" w:hAnsi="Times New Roman" w:cs="Times New Roman"/>
          <w:sz w:val="24"/>
          <w:szCs w:val="24"/>
        </w:rPr>
        <w:t xml:space="preserve"> e </w:t>
      </w:r>
    </w:p>
    <w:p w14:paraId="0727D212" w14:textId="77777777" w:rsidR="0070473E" w:rsidRPr="00D97086" w:rsidRDefault="0070473E" w:rsidP="00CA1BA1">
      <w:pPr>
        <w:pStyle w:val="ListNumber"/>
        <w:numPr>
          <w:ilvl w:val="0"/>
          <w:numId w:val="0"/>
        </w:numPr>
        <w:ind w:left="360" w:hanging="360"/>
        <w:jc w:val="both"/>
        <w:rPr>
          <w:rFonts w:ascii="Times New Roman" w:hAnsi="Times New Roman" w:cs="Times New Roman"/>
          <w:sz w:val="24"/>
          <w:szCs w:val="24"/>
        </w:rPr>
      </w:pPr>
      <w:proofErr w:type="spellStart"/>
      <w:r w:rsidRPr="00D97086">
        <w:rPr>
          <w:rFonts w:ascii="Times New Roman" w:hAnsi="Times New Roman" w:cs="Times New Roman"/>
          <w:sz w:val="24"/>
          <w:szCs w:val="24"/>
        </w:rPr>
        <w:t>rehabilitimit</w:t>
      </w:r>
      <w:proofErr w:type="spellEnd"/>
      <w:r w:rsidRPr="00D97086">
        <w:rPr>
          <w:rFonts w:ascii="Times New Roman" w:hAnsi="Times New Roman" w:cs="Times New Roman"/>
          <w:sz w:val="24"/>
          <w:szCs w:val="24"/>
        </w:rPr>
        <w:t>/</w:t>
      </w:r>
      <w:proofErr w:type="spellStart"/>
      <w:r w:rsidRPr="00D97086">
        <w:rPr>
          <w:rFonts w:ascii="Times New Roman" w:hAnsi="Times New Roman" w:cs="Times New Roman"/>
          <w:sz w:val="24"/>
          <w:szCs w:val="24"/>
        </w:rPr>
        <w:t>përshtatjes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sigurojnë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përdorim</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barabartë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PAK (rampa, </w:t>
      </w:r>
      <w:proofErr w:type="spellStart"/>
      <w:r w:rsidRPr="00D97086">
        <w:rPr>
          <w:rFonts w:ascii="Times New Roman" w:hAnsi="Times New Roman" w:cs="Times New Roman"/>
          <w:sz w:val="24"/>
          <w:szCs w:val="24"/>
        </w:rPr>
        <w:t>ashensorë</w:t>
      </w:r>
      <w:proofErr w:type="spellEnd"/>
      <w:r w:rsidRPr="00D97086">
        <w:rPr>
          <w:rFonts w:ascii="Times New Roman" w:hAnsi="Times New Roman" w:cs="Times New Roman"/>
          <w:sz w:val="24"/>
          <w:szCs w:val="24"/>
        </w:rPr>
        <w:t xml:space="preserve">, </w:t>
      </w:r>
    </w:p>
    <w:p w14:paraId="1DB2AF6B" w14:textId="77777777" w:rsidR="0070473E" w:rsidRPr="00D97086" w:rsidRDefault="0070473E" w:rsidP="00CA1BA1">
      <w:pPr>
        <w:pStyle w:val="ListNumber"/>
        <w:numPr>
          <w:ilvl w:val="0"/>
          <w:numId w:val="0"/>
        </w:numPr>
        <w:ind w:left="360" w:hanging="360"/>
        <w:jc w:val="both"/>
        <w:rPr>
          <w:rFonts w:ascii="Times New Roman" w:hAnsi="Times New Roman" w:cs="Times New Roman"/>
          <w:sz w:val="24"/>
          <w:szCs w:val="24"/>
        </w:rPr>
      </w:pPr>
      <w:proofErr w:type="spellStart"/>
      <w:r w:rsidRPr="00D97086">
        <w:rPr>
          <w:rFonts w:ascii="Times New Roman" w:hAnsi="Times New Roman" w:cs="Times New Roman"/>
          <w:sz w:val="24"/>
          <w:szCs w:val="24"/>
        </w:rPr>
        <w:t>zgjidhje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ergonomike</w:t>
      </w:r>
      <w:proofErr w:type="spellEnd"/>
      <w:r w:rsidRPr="00D97086">
        <w:rPr>
          <w:rFonts w:ascii="Times New Roman" w:hAnsi="Times New Roman" w:cs="Times New Roman"/>
          <w:sz w:val="24"/>
          <w:szCs w:val="24"/>
        </w:rPr>
        <w:t>).</w:t>
      </w:r>
    </w:p>
    <w:p w14:paraId="6B005C28" w14:textId="77777777" w:rsidR="0070473E" w:rsidRPr="00D97086" w:rsidRDefault="0070473E" w:rsidP="00CA1BA1">
      <w:pPr>
        <w:pStyle w:val="ListNumber"/>
        <w:numPr>
          <w:ilvl w:val="0"/>
          <w:numId w:val="0"/>
        </w:numPr>
        <w:ind w:left="360" w:hanging="360"/>
        <w:jc w:val="both"/>
        <w:rPr>
          <w:rFonts w:ascii="Times New Roman" w:hAnsi="Times New Roman" w:cs="Times New Roman"/>
          <w:sz w:val="24"/>
          <w:szCs w:val="24"/>
        </w:rPr>
      </w:pPr>
    </w:p>
    <w:p w14:paraId="07DC64E5" w14:textId="77777777" w:rsidR="0070473E" w:rsidRPr="00D97086" w:rsidRDefault="0070473E" w:rsidP="00CA1BA1">
      <w:pPr>
        <w:pStyle w:val="ListNumber"/>
        <w:numPr>
          <w:ilvl w:val="0"/>
          <w:numId w:val="0"/>
        </w:numPr>
        <w:ind w:left="360" w:hanging="360"/>
        <w:jc w:val="both"/>
        <w:rPr>
          <w:rFonts w:ascii="Times New Roman" w:hAnsi="Times New Roman" w:cs="Times New Roman"/>
          <w:sz w:val="24"/>
          <w:szCs w:val="24"/>
        </w:rPr>
      </w:pPr>
      <w:proofErr w:type="spellStart"/>
      <w:r w:rsidRPr="00D97086">
        <w:rPr>
          <w:rFonts w:ascii="Times New Roman" w:hAnsi="Times New Roman" w:cs="Times New Roman"/>
          <w:b/>
          <w:sz w:val="24"/>
          <w:szCs w:val="24"/>
        </w:rPr>
        <w:t>Përballueshmëri</w:t>
      </w:r>
      <w:proofErr w:type="spellEnd"/>
      <w:r w:rsidRPr="00D97086">
        <w:rPr>
          <w:rFonts w:ascii="Times New Roman" w:hAnsi="Times New Roman" w:cs="Times New Roman"/>
          <w:b/>
          <w:sz w:val="24"/>
          <w:szCs w:val="24"/>
        </w:rPr>
        <w:t xml:space="preserve"> &amp; </w:t>
      </w:r>
      <w:proofErr w:type="spellStart"/>
      <w:r w:rsidRPr="00D97086">
        <w:rPr>
          <w:rFonts w:ascii="Times New Roman" w:hAnsi="Times New Roman" w:cs="Times New Roman"/>
          <w:b/>
          <w:sz w:val="24"/>
          <w:szCs w:val="24"/>
        </w:rPr>
        <w:t>stabilitet</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financiar</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sz w:val="24"/>
          <w:szCs w:val="24"/>
        </w:rPr>
        <w:t>Instrumentet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ulin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barrën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mujore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rrezikun</w:t>
      </w:r>
      <w:proofErr w:type="spellEnd"/>
      <w:r w:rsidRPr="00D97086">
        <w:rPr>
          <w:rFonts w:ascii="Times New Roman" w:hAnsi="Times New Roman" w:cs="Times New Roman"/>
          <w:sz w:val="24"/>
          <w:szCs w:val="24"/>
        </w:rPr>
        <w:t xml:space="preserve"> e </w:t>
      </w:r>
    </w:p>
    <w:p w14:paraId="2D174A22" w14:textId="77777777" w:rsidR="0070473E" w:rsidRPr="00D97086" w:rsidRDefault="0070473E" w:rsidP="00CA1BA1">
      <w:pPr>
        <w:pStyle w:val="ListNumber"/>
        <w:numPr>
          <w:ilvl w:val="0"/>
          <w:numId w:val="0"/>
        </w:numPr>
        <w:ind w:left="360" w:hanging="360"/>
        <w:jc w:val="both"/>
        <w:rPr>
          <w:rFonts w:ascii="Times New Roman" w:hAnsi="Times New Roman" w:cs="Times New Roman"/>
          <w:sz w:val="24"/>
          <w:szCs w:val="24"/>
        </w:rPr>
      </w:pPr>
      <w:proofErr w:type="spellStart"/>
      <w:r w:rsidRPr="00D97086">
        <w:rPr>
          <w:rFonts w:ascii="Times New Roman" w:hAnsi="Times New Roman" w:cs="Times New Roman"/>
          <w:sz w:val="24"/>
          <w:szCs w:val="24"/>
        </w:rPr>
        <w:t>dëbimit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subvencion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qiraje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kredi</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butë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subvencion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interesi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w:t>
      </w:r>
      <w:proofErr w:type="spellEnd"/>
      <w:r w:rsidRPr="00D97086">
        <w:rPr>
          <w:rFonts w:ascii="Times New Roman" w:hAnsi="Times New Roman" w:cs="Times New Roman"/>
          <w:sz w:val="24"/>
          <w:szCs w:val="24"/>
        </w:rPr>
        <w:t xml:space="preserve"> me të </w:t>
      </w:r>
      <w:proofErr w:type="spellStart"/>
      <w:r w:rsidRPr="00D97086">
        <w:rPr>
          <w:rFonts w:ascii="Times New Roman" w:hAnsi="Times New Roman" w:cs="Times New Roman"/>
          <w:sz w:val="24"/>
          <w:szCs w:val="24"/>
        </w:rPr>
        <w:t>ardhura</w:t>
      </w:r>
      <w:proofErr w:type="spellEnd"/>
      <w:r w:rsidRPr="00D97086">
        <w:rPr>
          <w:rFonts w:ascii="Times New Roman" w:hAnsi="Times New Roman" w:cs="Times New Roman"/>
          <w:sz w:val="24"/>
          <w:szCs w:val="24"/>
        </w:rPr>
        <w:t xml:space="preserve"> të </w:t>
      </w:r>
    </w:p>
    <w:p w14:paraId="7183C2E1" w14:textId="77777777" w:rsidR="0070473E" w:rsidRPr="005B1542" w:rsidRDefault="0070473E" w:rsidP="00CA1BA1">
      <w:pPr>
        <w:pStyle w:val="ListNumber"/>
        <w:numPr>
          <w:ilvl w:val="0"/>
          <w:numId w:val="0"/>
        </w:numPr>
        <w:ind w:left="360" w:hanging="360"/>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formalizuara dhe masa kundër informalitetit në qira.</w:t>
      </w:r>
    </w:p>
    <w:p w14:paraId="66D82B58" w14:textId="77777777" w:rsidR="0070473E" w:rsidRPr="005B1542" w:rsidRDefault="0070473E" w:rsidP="00CA1BA1">
      <w:pPr>
        <w:pStyle w:val="ListNumber"/>
        <w:numPr>
          <w:ilvl w:val="0"/>
          <w:numId w:val="0"/>
        </w:numPr>
        <w:ind w:left="360" w:hanging="360"/>
        <w:jc w:val="both"/>
        <w:rPr>
          <w:rFonts w:ascii="Times New Roman" w:hAnsi="Times New Roman" w:cs="Times New Roman"/>
          <w:b/>
          <w:sz w:val="24"/>
          <w:szCs w:val="24"/>
          <w:lang w:val="it-IT"/>
        </w:rPr>
      </w:pPr>
    </w:p>
    <w:p w14:paraId="0E03C7AE" w14:textId="77777777" w:rsidR="0070473E" w:rsidRPr="005B1542" w:rsidRDefault="0070473E" w:rsidP="00CA1BA1">
      <w:pPr>
        <w:pStyle w:val="ListNumber"/>
        <w:numPr>
          <w:ilvl w:val="0"/>
          <w:numId w:val="0"/>
        </w:numPr>
        <w:ind w:left="360" w:hanging="360"/>
        <w:jc w:val="both"/>
        <w:rPr>
          <w:rFonts w:ascii="Times New Roman" w:hAnsi="Times New Roman" w:cs="Times New Roman"/>
          <w:sz w:val="24"/>
          <w:szCs w:val="24"/>
          <w:lang w:val="it-IT"/>
        </w:rPr>
      </w:pPr>
      <w:r w:rsidRPr="005B1542">
        <w:rPr>
          <w:rFonts w:ascii="Times New Roman" w:hAnsi="Times New Roman" w:cs="Times New Roman"/>
          <w:b/>
          <w:sz w:val="24"/>
          <w:szCs w:val="24"/>
          <w:lang w:val="it-IT"/>
        </w:rPr>
        <w:t xml:space="preserve">Paketë e integruar instrumentesh (shkallëzim i ndihmës): </w:t>
      </w:r>
      <w:r w:rsidRPr="005B1542">
        <w:rPr>
          <w:rFonts w:ascii="Times New Roman" w:hAnsi="Times New Roman" w:cs="Times New Roman"/>
          <w:sz w:val="24"/>
          <w:szCs w:val="24"/>
          <w:lang w:val="it-IT"/>
        </w:rPr>
        <w:t xml:space="preserve">Subvencioni i qirasë, </w:t>
      </w:r>
    </w:p>
    <w:p w14:paraId="42102997" w14:textId="77777777" w:rsidR="0070473E" w:rsidRPr="005B1542" w:rsidRDefault="0070473E" w:rsidP="00CA1BA1">
      <w:pPr>
        <w:pStyle w:val="ListNumber"/>
        <w:numPr>
          <w:ilvl w:val="0"/>
          <w:numId w:val="0"/>
        </w:numPr>
        <w:ind w:left="360" w:hanging="360"/>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 xml:space="preserve">rehabilitimi/përshtatja, blerjet në treg për fondin publik, partneritetet me sektorin privat </w:t>
      </w:r>
    </w:p>
    <w:p w14:paraId="0118555C" w14:textId="77777777" w:rsidR="0070473E" w:rsidRPr="005B1542" w:rsidRDefault="0070473E" w:rsidP="00CA1BA1">
      <w:pPr>
        <w:pStyle w:val="ListNumber"/>
        <w:numPr>
          <w:ilvl w:val="0"/>
          <w:numId w:val="0"/>
        </w:numPr>
        <w:ind w:left="360" w:hanging="360"/>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dhe strehimi emergjent zbatohen si sistem i vetëm sipas nevojës.</w:t>
      </w:r>
    </w:p>
    <w:p w14:paraId="1D8F532F" w14:textId="77777777" w:rsidR="0070473E" w:rsidRPr="005B1542" w:rsidRDefault="0070473E" w:rsidP="00CA1BA1">
      <w:pPr>
        <w:pStyle w:val="ListNumber"/>
        <w:numPr>
          <w:ilvl w:val="0"/>
          <w:numId w:val="0"/>
        </w:numPr>
        <w:ind w:left="360" w:hanging="360"/>
        <w:jc w:val="both"/>
        <w:rPr>
          <w:rFonts w:ascii="Times New Roman" w:hAnsi="Times New Roman" w:cs="Times New Roman"/>
          <w:sz w:val="24"/>
          <w:szCs w:val="24"/>
          <w:lang w:val="it-IT"/>
        </w:rPr>
      </w:pPr>
    </w:p>
    <w:p w14:paraId="1E7704B9" w14:textId="77777777" w:rsidR="0070473E" w:rsidRPr="005B1542" w:rsidRDefault="0070473E" w:rsidP="00CA1BA1">
      <w:pPr>
        <w:pStyle w:val="ListNumber"/>
        <w:numPr>
          <w:ilvl w:val="0"/>
          <w:numId w:val="0"/>
        </w:numPr>
        <w:ind w:left="360" w:hanging="360"/>
        <w:jc w:val="both"/>
        <w:rPr>
          <w:rFonts w:ascii="Times New Roman" w:hAnsi="Times New Roman" w:cs="Times New Roman"/>
          <w:sz w:val="24"/>
          <w:szCs w:val="24"/>
          <w:lang w:val="it-IT"/>
        </w:rPr>
      </w:pPr>
      <w:r w:rsidRPr="005B1542">
        <w:rPr>
          <w:rFonts w:ascii="Times New Roman" w:hAnsi="Times New Roman" w:cs="Times New Roman"/>
          <w:b/>
          <w:sz w:val="24"/>
          <w:szCs w:val="24"/>
          <w:lang w:val="it-IT"/>
        </w:rPr>
        <w:t xml:space="preserve">Evidencë-bazuar &amp; indikatorë të matshëm: </w:t>
      </w:r>
      <w:r w:rsidRPr="005B1542">
        <w:rPr>
          <w:rFonts w:ascii="Times New Roman" w:hAnsi="Times New Roman" w:cs="Times New Roman"/>
          <w:sz w:val="24"/>
          <w:szCs w:val="24"/>
          <w:lang w:val="it-IT"/>
        </w:rPr>
        <w:t xml:space="preserve">Vendimmarrja mbështetet në të dhëna </w:t>
      </w:r>
    </w:p>
    <w:p w14:paraId="56FCF998" w14:textId="77777777" w:rsidR="0070473E" w:rsidRPr="00D97086" w:rsidRDefault="0070473E" w:rsidP="003C345C">
      <w:pPr>
        <w:pStyle w:val="ListNumber"/>
        <w:numPr>
          <w:ilvl w:val="0"/>
          <w:numId w:val="0"/>
        </w:numPr>
        <w:ind w:left="360" w:hanging="360"/>
        <w:rPr>
          <w:rFonts w:ascii="Times New Roman" w:hAnsi="Times New Roman" w:cs="Times New Roman"/>
          <w:sz w:val="24"/>
          <w:szCs w:val="24"/>
        </w:rPr>
      </w:pPr>
      <w:r w:rsidRPr="00D97086">
        <w:rPr>
          <w:rFonts w:ascii="Times New Roman" w:hAnsi="Times New Roman" w:cs="Times New Roman"/>
          <w:sz w:val="24"/>
          <w:szCs w:val="24"/>
        </w:rPr>
        <w:lastRenderedPageBreak/>
        <w:t>(</w:t>
      </w:r>
      <w:proofErr w:type="spellStart"/>
      <w:r w:rsidRPr="00D97086">
        <w:rPr>
          <w:rFonts w:ascii="Times New Roman" w:hAnsi="Times New Roman" w:cs="Times New Roman"/>
          <w:sz w:val="24"/>
          <w:szCs w:val="24"/>
        </w:rPr>
        <w:t>Cens</w:t>
      </w:r>
      <w:proofErr w:type="spellEnd"/>
      <w:r w:rsidRPr="00D97086">
        <w:rPr>
          <w:rFonts w:ascii="Times New Roman" w:hAnsi="Times New Roman" w:cs="Times New Roman"/>
          <w:sz w:val="24"/>
          <w:szCs w:val="24"/>
        </w:rPr>
        <w:t>/</w:t>
      </w:r>
      <w:proofErr w:type="spellStart"/>
      <w:r w:rsidRPr="00D97086">
        <w:rPr>
          <w:rFonts w:ascii="Times New Roman" w:hAnsi="Times New Roman" w:cs="Times New Roman"/>
          <w:sz w:val="24"/>
          <w:szCs w:val="24"/>
        </w:rPr>
        <w:t>Regjistër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treg</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qirash</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evidenca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sociale</w:t>
      </w:r>
      <w:proofErr w:type="spellEnd"/>
      <w:r w:rsidRPr="00D97086">
        <w:rPr>
          <w:rFonts w:ascii="Times New Roman" w:hAnsi="Times New Roman" w:cs="Times New Roman"/>
          <w:sz w:val="24"/>
          <w:szCs w:val="24"/>
        </w:rPr>
        <w:t xml:space="preserve">); </w:t>
      </w:r>
      <w:r w:rsidR="009A1F3C" w:rsidRPr="00D97086">
        <w:rPr>
          <w:rFonts w:ascii="Times New Roman" w:hAnsi="Times New Roman" w:cs="Times New Roman"/>
          <w:sz w:val="24"/>
          <w:szCs w:val="24"/>
        </w:rPr>
        <w:t xml:space="preserve">Informacion </w:t>
      </w:r>
      <w:proofErr w:type="spellStart"/>
      <w:r w:rsidR="009A1F3C" w:rsidRPr="00D97086">
        <w:rPr>
          <w:rFonts w:ascii="Times New Roman" w:hAnsi="Times New Roman" w:cs="Times New Roman"/>
          <w:sz w:val="24"/>
          <w:szCs w:val="24"/>
        </w:rPr>
        <w:t>vjetor</w:t>
      </w:r>
      <w:proofErr w:type="spellEnd"/>
      <w:r w:rsidR="009A1F3C" w:rsidRPr="00D97086">
        <w:rPr>
          <w:rFonts w:ascii="Times New Roman" w:hAnsi="Times New Roman" w:cs="Times New Roman"/>
          <w:sz w:val="24"/>
          <w:szCs w:val="24"/>
        </w:rPr>
        <w:t xml:space="preserve"> </w:t>
      </w:r>
      <w:proofErr w:type="spellStart"/>
      <w:r w:rsidR="009A1F3C" w:rsidRPr="00D97086">
        <w:rPr>
          <w:rFonts w:ascii="Times New Roman" w:hAnsi="Times New Roman" w:cs="Times New Roman"/>
          <w:sz w:val="24"/>
          <w:szCs w:val="24"/>
        </w:rPr>
        <w:t>paraqitur</w:t>
      </w:r>
      <w:proofErr w:type="spellEnd"/>
      <w:r w:rsidR="009A1F3C" w:rsidRPr="00D97086">
        <w:rPr>
          <w:rFonts w:ascii="Times New Roman" w:hAnsi="Times New Roman" w:cs="Times New Roman"/>
          <w:sz w:val="24"/>
          <w:szCs w:val="24"/>
        </w:rPr>
        <w:t xml:space="preserve"> </w:t>
      </w:r>
      <w:proofErr w:type="spellStart"/>
      <w:r w:rsidR="009A1F3C" w:rsidRPr="00D97086">
        <w:rPr>
          <w:rFonts w:ascii="Times New Roman" w:hAnsi="Times New Roman" w:cs="Times New Roman"/>
          <w:sz w:val="24"/>
          <w:szCs w:val="24"/>
        </w:rPr>
        <w:t>Ministrise</w:t>
      </w:r>
      <w:proofErr w:type="spellEnd"/>
      <w:r w:rsidR="009A1F3C" w:rsidRPr="00D97086">
        <w:rPr>
          <w:rFonts w:ascii="Times New Roman" w:hAnsi="Times New Roman" w:cs="Times New Roman"/>
          <w:sz w:val="24"/>
          <w:szCs w:val="24"/>
        </w:rPr>
        <w:t xml:space="preserve"> se </w:t>
      </w:r>
      <w:proofErr w:type="spellStart"/>
      <w:r w:rsidR="009A1F3C" w:rsidRPr="00D97086">
        <w:rPr>
          <w:rFonts w:ascii="Times New Roman" w:hAnsi="Times New Roman" w:cs="Times New Roman"/>
          <w:sz w:val="24"/>
          <w:szCs w:val="24"/>
        </w:rPr>
        <w:t>Ekonomise</w:t>
      </w:r>
      <w:proofErr w:type="spellEnd"/>
      <w:r w:rsidR="009A1F3C" w:rsidRPr="00D97086">
        <w:rPr>
          <w:rFonts w:ascii="Times New Roman" w:hAnsi="Times New Roman" w:cs="Times New Roman"/>
          <w:sz w:val="24"/>
          <w:szCs w:val="24"/>
        </w:rPr>
        <w:t xml:space="preserve"> </w:t>
      </w:r>
      <w:proofErr w:type="spellStart"/>
      <w:r w:rsidR="009A1F3C" w:rsidRPr="00D97086">
        <w:rPr>
          <w:rFonts w:ascii="Times New Roman" w:hAnsi="Times New Roman" w:cs="Times New Roman"/>
          <w:sz w:val="24"/>
          <w:szCs w:val="24"/>
        </w:rPr>
        <w:t>kulturse</w:t>
      </w:r>
      <w:proofErr w:type="spellEnd"/>
      <w:r w:rsidR="009A1F3C" w:rsidRPr="00D97086">
        <w:rPr>
          <w:rFonts w:ascii="Times New Roman" w:hAnsi="Times New Roman" w:cs="Times New Roman"/>
          <w:sz w:val="24"/>
          <w:szCs w:val="24"/>
        </w:rPr>
        <w:t xml:space="preserve"> </w:t>
      </w:r>
      <w:proofErr w:type="spellStart"/>
      <w:r w:rsidR="009A1F3C" w:rsidRPr="00D97086">
        <w:rPr>
          <w:rFonts w:ascii="Times New Roman" w:hAnsi="Times New Roman" w:cs="Times New Roman"/>
          <w:sz w:val="24"/>
          <w:szCs w:val="24"/>
        </w:rPr>
        <w:t>dhe</w:t>
      </w:r>
      <w:proofErr w:type="spellEnd"/>
      <w:r w:rsidR="009A1F3C" w:rsidRPr="00D97086">
        <w:rPr>
          <w:rFonts w:ascii="Times New Roman" w:hAnsi="Times New Roman" w:cs="Times New Roman"/>
          <w:sz w:val="24"/>
          <w:szCs w:val="24"/>
        </w:rPr>
        <w:t xml:space="preserve"> </w:t>
      </w:r>
      <w:proofErr w:type="spellStart"/>
      <w:r w:rsidR="009A1F3C" w:rsidRPr="00D97086">
        <w:rPr>
          <w:rFonts w:ascii="Times New Roman" w:hAnsi="Times New Roman" w:cs="Times New Roman"/>
          <w:sz w:val="24"/>
          <w:szCs w:val="24"/>
        </w:rPr>
        <w:t>Inovacionit</w:t>
      </w:r>
      <w:proofErr w:type="spellEnd"/>
      <w:r w:rsidR="009A1F3C" w:rsidRPr="00D97086">
        <w:rPr>
          <w:rFonts w:ascii="Times New Roman" w:hAnsi="Times New Roman" w:cs="Times New Roman"/>
          <w:sz w:val="24"/>
          <w:szCs w:val="24"/>
        </w:rPr>
        <w:t xml:space="preserve"> </w:t>
      </w:r>
      <w:proofErr w:type="spellStart"/>
      <w:r w:rsidR="009A1F3C" w:rsidRPr="00D97086">
        <w:rPr>
          <w:rFonts w:ascii="Times New Roman" w:hAnsi="Times New Roman" w:cs="Times New Roman"/>
          <w:sz w:val="24"/>
          <w:szCs w:val="24"/>
        </w:rPr>
        <w:t>sipas</w:t>
      </w:r>
      <w:proofErr w:type="spellEnd"/>
      <w:r w:rsidR="009A1F3C" w:rsidRPr="00D97086">
        <w:rPr>
          <w:rFonts w:ascii="Times New Roman" w:hAnsi="Times New Roman" w:cs="Times New Roman"/>
          <w:sz w:val="24"/>
          <w:szCs w:val="24"/>
        </w:rPr>
        <w:t xml:space="preserve"> </w:t>
      </w:r>
      <w:proofErr w:type="gramStart"/>
      <w:r w:rsidR="009A1F3C" w:rsidRPr="00D97086">
        <w:rPr>
          <w:rFonts w:ascii="Times New Roman" w:hAnsi="Times New Roman" w:cs="Times New Roman"/>
          <w:sz w:val="24"/>
          <w:szCs w:val="24"/>
        </w:rPr>
        <w:t>pikes</w:t>
      </w:r>
      <w:proofErr w:type="gramEnd"/>
      <w:r w:rsidR="009A1F3C" w:rsidRPr="00D97086">
        <w:rPr>
          <w:rFonts w:ascii="Times New Roman" w:hAnsi="Times New Roman" w:cs="Times New Roman"/>
          <w:sz w:val="24"/>
          <w:szCs w:val="24"/>
        </w:rPr>
        <w:t xml:space="preserve"> dh </w:t>
      </w:r>
      <w:proofErr w:type="spellStart"/>
      <w:r w:rsidR="009A1F3C" w:rsidRPr="00D97086">
        <w:rPr>
          <w:rFonts w:ascii="Times New Roman" w:hAnsi="Times New Roman" w:cs="Times New Roman"/>
          <w:sz w:val="24"/>
          <w:szCs w:val="24"/>
        </w:rPr>
        <w:t>te</w:t>
      </w:r>
      <w:proofErr w:type="spellEnd"/>
      <w:r w:rsidR="009A1F3C" w:rsidRPr="00D97086">
        <w:rPr>
          <w:rFonts w:ascii="Times New Roman" w:hAnsi="Times New Roman" w:cs="Times New Roman"/>
          <w:sz w:val="24"/>
          <w:szCs w:val="24"/>
        </w:rPr>
        <w:t xml:space="preserve"> </w:t>
      </w:r>
      <w:proofErr w:type="spellStart"/>
      <w:r w:rsidR="009A1F3C" w:rsidRPr="00D97086">
        <w:rPr>
          <w:rFonts w:ascii="Times New Roman" w:hAnsi="Times New Roman" w:cs="Times New Roman"/>
          <w:sz w:val="24"/>
          <w:szCs w:val="24"/>
        </w:rPr>
        <w:t>nenit</w:t>
      </w:r>
      <w:proofErr w:type="spellEnd"/>
      <w:r w:rsidR="009A1F3C" w:rsidRPr="00D97086">
        <w:rPr>
          <w:rFonts w:ascii="Times New Roman" w:hAnsi="Times New Roman" w:cs="Times New Roman"/>
          <w:sz w:val="24"/>
          <w:szCs w:val="24"/>
        </w:rPr>
        <w:t xml:space="preserve"> 73 </w:t>
      </w:r>
      <w:proofErr w:type="spellStart"/>
      <w:r w:rsidR="009A1F3C" w:rsidRPr="00D97086">
        <w:rPr>
          <w:rFonts w:ascii="Times New Roman" w:hAnsi="Times New Roman" w:cs="Times New Roman"/>
          <w:sz w:val="24"/>
          <w:szCs w:val="24"/>
        </w:rPr>
        <w:t>te</w:t>
      </w:r>
      <w:proofErr w:type="spellEnd"/>
      <w:r w:rsidR="009A1F3C" w:rsidRPr="00D97086">
        <w:rPr>
          <w:rFonts w:ascii="Times New Roman" w:hAnsi="Times New Roman" w:cs="Times New Roman"/>
          <w:sz w:val="24"/>
          <w:szCs w:val="24"/>
        </w:rPr>
        <w:t xml:space="preserve"> </w:t>
      </w:r>
      <w:proofErr w:type="spellStart"/>
      <w:r w:rsidR="009A1F3C" w:rsidRPr="00D97086">
        <w:rPr>
          <w:rFonts w:ascii="Times New Roman" w:hAnsi="Times New Roman" w:cs="Times New Roman"/>
          <w:sz w:val="24"/>
          <w:szCs w:val="24"/>
        </w:rPr>
        <w:t>ligjit</w:t>
      </w:r>
      <w:proofErr w:type="spellEnd"/>
      <w:r w:rsidR="009A1F3C" w:rsidRPr="00D97086">
        <w:rPr>
          <w:rFonts w:ascii="Times New Roman" w:hAnsi="Times New Roman" w:cs="Times New Roman"/>
          <w:sz w:val="24"/>
          <w:szCs w:val="24"/>
        </w:rPr>
        <w:t xml:space="preserve"> </w:t>
      </w:r>
      <w:proofErr w:type="spellStart"/>
      <w:r w:rsidR="009A1F3C" w:rsidRPr="00D97086">
        <w:rPr>
          <w:rFonts w:ascii="Times New Roman" w:hAnsi="Times New Roman" w:cs="Times New Roman"/>
          <w:sz w:val="24"/>
          <w:szCs w:val="24"/>
        </w:rPr>
        <w:t>te</w:t>
      </w:r>
      <w:proofErr w:type="spellEnd"/>
      <w:r w:rsidR="009A1F3C" w:rsidRPr="00D97086">
        <w:rPr>
          <w:rFonts w:ascii="Times New Roman" w:hAnsi="Times New Roman" w:cs="Times New Roman"/>
          <w:sz w:val="24"/>
          <w:szCs w:val="24"/>
        </w:rPr>
        <w:t xml:space="preserve"> </w:t>
      </w:r>
      <w:proofErr w:type="spellStart"/>
      <w:r w:rsidR="009A1F3C" w:rsidRPr="00D97086">
        <w:rPr>
          <w:rFonts w:ascii="Times New Roman" w:hAnsi="Times New Roman" w:cs="Times New Roman"/>
          <w:sz w:val="24"/>
          <w:szCs w:val="24"/>
        </w:rPr>
        <w:t>Strehimit</w:t>
      </w:r>
      <w:proofErr w:type="spellEnd"/>
      <w:r w:rsidR="003C345C" w:rsidRPr="00D97086">
        <w:rPr>
          <w:rFonts w:ascii="Times New Roman" w:hAnsi="Times New Roman" w:cs="Times New Roman"/>
          <w:sz w:val="24"/>
          <w:szCs w:val="24"/>
        </w:rPr>
        <w:t>.</w:t>
      </w:r>
      <w:r w:rsidR="009A1F3C"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çdo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masë</w:t>
      </w:r>
      <w:proofErr w:type="spellEnd"/>
      <w:r w:rsidRPr="00D97086">
        <w:rPr>
          <w:rFonts w:ascii="Times New Roman" w:hAnsi="Times New Roman" w:cs="Times New Roman"/>
          <w:sz w:val="24"/>
          <w:szCs w:val="24"/>
        </w:rPr>
        <w:t xml:space="preserve"> ka </w:t>
      </w:r>
      <w:proofErr w:type="spellStart"/>
      <w:r w:rsidRPr="00D97086">
        <w:rPr>
          <w:rFonts w:ascii="Times New Roman" w:hAnsi="Times New Roman" w:cs="Times New Roman"/>
          <w:sz w:val="24"/>
          <w:szCs w:val="24"/>
        </w:rPr>
        <w:t>bazeline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targete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vjetore</w:t>
      </w:r>
      <w:proofErr w:type="spellEnd"/>
      <w:r w:rsidRPr="00D97086">
        <w:rPr>
          <w:rFonts w:ascii="Times New Roman" w:hAnsi="Times New Roman" w:cs="Times New Roman"/>
          <w:sz w:val="24"/>
          <w:szCs w:val="24"/>
        </w:rPr>
        <w:t xml:space="preserve"> </w:t>
      </w:r>
    </w:p>
    <w:p w14:paraId="4200303F" w14:textId="77777777" w:rsidR="0070473E" w:rsidRPr="00D97086" w:rsidRDefault="0070473E" w:rsidP="009A1F3C">
      <w:pPr>
        <w:pStyle w:val="ListNumber"/>
        <w:numPr>
          <w:ilvl w:val="0"/>
          <w:numId w:val="0"/>
        </w:numPr>
        <w:ind w:left="360" w:hanging="360"/>
        <w:rPr>
          <w:rFonts w:ascii="Times New Roman" w:hAnsi="Times New Roman" w:cs="Times New Roman"/>
          <w:sz w:val="24"/>
          <w:szCs w:val="24"/>
        </w:rPr>
      </w:pP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raportim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publik</w:t>
      </w:r>
      <w:proofErr w:type="spellEnd"/>
      <w:r w:rsidRPr="00D97086">
        <w:rPr>
          <w:rFonts w:ascii="Times New Roman" w:hAnsi="Times New Roman" w:cs="Times New Roman"/>
          <w:sz w:val="24"/>
          <w:szCs w:val="24"/>
        </w:rPr>
        <w:t>.</w:t>
      </w:r>
    </w:p>
    <w:p w14:paraId="1C47B1F6" w14:textId="77777777" w:rsidR="0070473E" w:rsidRPr="00D97086" w:rsidRDefault="0070473E" w:rsidP="009A1F3C">
      <w:pPr>
        <w:pStyle w:val="ListNumber"/>
        <w:numPr>
          <w:ilvl w:val="0"/>
          <w:numId w:val="0"/>
        </w:numPr>
        <w:ind w:left="360" w:hanging="360"/>
        <w:rPr>
          <w:rFonts w:ascii="Times New Roman" w:hAnsi="Times New Roman" w:cs="Times New Roman"/>
          <w:b/>
          <w:sz w:val="24"/>
          <w:szCs w:val="24"/>
        </w:rPr>
      </w:pPr>
    </w:p>
    <w:p w14:paraId="0582F261" w14:textId="77777777" w:rsidR="0070473E" w:rsidRPr="00D97086" w:rsidRDefault="0070473E" w:rsidP="00CA1BA1">
      <w:pPr>
        <w:pStyle w:val="ListNumber"/>
        <w:numPr>
          <w:ilvl w:val="0"/>
          <w:numId w:val="0"/>
        </w:numPr>
        <w:ind w:left="360" w:hanging="360"/>
        <w:jc w:val="both"/>
        <w:rPr>
          <w:rFonts w:ascii="Times New Roman" w:hAnsi="Times New Roman" w:cs="Times New Roman"/>
          <w:sz w:val="24"/>
          <w:szCs w:val="24"/>
        </w:rPr>
      </w:pPr>
      <w:proofErr w:type="spellStart"/>
      <w:r w:rsidRPr="00D97086">
        <w:rPr>
          <w:rFonts w:ascii="Times New Roman" w:hAnsi="Times New Roman" w:cs="Times New Roman"/>
          <w:b/>
          <w:sz w:val="24"/>
          <w:szCs w:val="24"/>
        </w:rPr>
        <w:t>Qasje</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territoriale</w:t>
      </w:r>
      <w:proofErr w:type="spellEnd"/>
      <w:r w:rsidRPr="00D97086">
        <w:rPr>
          <w:rFonts w:ascii="Times New Roman" w:hAnsi="Times New Roman" w:cs="Times New Roman"/>
          <w:b/>
          <w:sz w:val="24"/>
          <w:szCs w:val="24"/>
        </w:rPr>
        <w:t xml:space="preserve"> e </w:t>
      </w:r>
      <w:proofErr w:type="spellStart"/>
      <w:r w:rsidRPr="00D97086">
        <w:rPr>
          <w:rFonts w:ascii="Times New Roman" w:hAnsi="Times New Roman" w:cs="Times New Roman"/>
          <w:b/>
          <w:sz w:val="24"/>
          <w:szCs w:val="24"/>
        </w:rPr>
        <w:t>drejtë</w:t>
      </w:r>
      <w:proofErr w:type="spellEnd"/>
      <w:r w:rsidRPr="00D97086">
        <w:rPr>
          <w:rFonts w:ascii="Times New Roman" w:hAnsi="Times New Roman" w:cs="Times New Roman"/>
          <w:b/>
          <w:sz w:val="24"/>
          <w:szCs w:val="24"/>
        </w:rPr>
        <w:t xml:space="preserve"> (të </w:t>
      </w:r>
      <w:proofErr w:type="spellStart"/>
      <w:r w:rsidRPr="00D97086">
        <w:rPr>
          <w:rFonts w:ascii="Times New Roman" w:hAnsi="Times New Roman" w:cs="Times New Roman"/>
          <w:b/>
          <w:sz w:val="24"/>
          <w:szCs w:val="24"/>
        </w:rPr>
        <w:t>gjitha</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NjA</w:t>
      </w:r>
      <w:proofErr w:type="spellEnd"/>
      <w:r w:rsidRPr="00D97086">
        <w:rPr>
          <w:rFonts w:ascii="Times New Roman" w:hAnsi="Times New Roman" w:cs="Times New Roman"/>
          <w:b/>
          <w:sz w:val="24"/>
          <w:szCs w:val="24"/>
        </w:rPr>
        <w:t xml:space="preserve">-të): </w:t>
      </w:r>
      <w:proofErr w:type="spellStart"/>
      <w:r w:rsidRPr="00D97086">
        <w:rPr>
          <w:rFonts w:ascii="Times New Roman" w:hAnsi="Times New Roman" w:cs="Times New Roman"/>
          <w:sz w:val="24"/>
          <w:szCs w:val="24"/>
        </w:rPr>
        <w:t>Shërbimet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investimet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shpërndahen</w:t>
      </w:r>
      <w:proofErr w:type="spellEnd"/>
      <w:r w:rsidRPr="00D97086">
        <w:rPr>
          <w:rFonts w:ascii="Times New Roman" w:hAnsi="Times New Roman" w:cs="Times New Roman"/>
          <w:sz w:val="24"/>
          <w:szCs w:val="24"/>
        </w:rPr>
        <w:t xml:space="preserve"> </w:t>
      </w:r>
    </w:p>
    <w:p w14:paraId="0B9915B5" w14:textId="77777777" w:rsidR="0070473E" w:rsidRPr="00D97086" w:rsidRDefault="0070473E" w:rsidP="00CA1BA1">
      <w:pPr>
        <w:pStyle w:val="ListNumber"/>
        <w:numPr>
          <w:ilvl w:val="0"/>
          <w:numId w:val="0"/>
        </w:numPr>
        <w:ind w:left="360" w:hanging="360"/>
        <w:jc w:val="both"/>
        <w:rPr>
          <w:rFonts w:ascii="Times New Roman" w:hAnsi="Times New Roman" w:cs="Times New Roman"/>
          <w:sz w:val="24"/>
          <w:szCs w:val="24"/>
        </w:rPr>
      </w:pPr>
      <w:proofErr w:type="spellStart"/>
      <w:r w:rsidRPr="00D97086">
        <w:rPr>
          <w:rFonts w:ascii="Times New Roman" w:hAnsi="Times New Roman" w:cs="Times New Roman"/>
          <w:sz w:val="24"/>
          <w:szCs w:val="24"/>
        </w:rPr>
        <w:t>proporcionalisht</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nevojën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aksesin</w:t>
      </w:r>
      <w:proofErr w:type="spellEnd"/>
      <w:r w:rsidRPr="00D97086">
        <w:rPr>
          <w:rFonts w:ascii="Times New Roman" w:hAnsi="Times New Roman" w:cs="Times New Roman"/>
          <w:sz w:val="24"/>
          <w:szCs w:val="24"/>
        </w:rPr>
        <w:t xml:space="preserve">, jo </w:t>
      </w:r>
      <w:proofErr w:type="spellStart"/>
      <w:r w:rsidRPr="00D97086">
        <w:rPr>
          <w:rFonts w:ascii="Times New Roman" w:hAnsi="Times New Roman" w:cs="Times New Roman"/>
          <w:sz w:val="24"/>
          <w:szCs w:val="24"/>
        </w:rPr>
        <w:t>vetëm</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qendër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edhe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njësitë</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largëta</w:t>
      </w:r>
      <w:proofErr w:type="spellEnd"/>
      <w:r w:rsidRPr="00D97086">
        <w:rPr>
          <w:rFonts w:ascii="Times New Roman" w:hAnsi="Times New Roman" w:cs="Times New Roman"/>
          <w:sz w:val="24"/>
          <w:szCs w:val="24"/>
        </w:rPr>
        <w:t>.</w:t>
      </w:r>
    </w:p>
    <w:p w14:paraId="0AE28983" w14:textId="77777777" w:rsidR="0070473E" w:rsidRPr="00D97086" w:rsidRDefault="0070473E" w:rsidP="00CA1BA1">
      <w:pPr>
        <w:pStyle w:val="ListNumber"/>
        <w:numPr>
          <w:ilvl w:val="0"/>
          <w:numId w:val="0"/>
        </w:numPr>
        <w:ind w:left="360" w:hanging="360"/>
        <w:jc w:val="both"/>
        <w:rPr>
          <w:rFonts w:ascii="Times New Roman" w:hAnsi="Times New Roman" w:cs="Times New Roman"/>
          <w:sz w:val="24"/>
          <w:szCs w:val="24"/>
        </w:rPr>
      </w:pPr>
    </w:p>
    <w:p w14:paraId="2FC22861" w14:textId="77777777" w:rsidR="0070473E" w:rsidRPr="00D97086" w:rsidRDefault="0070473E" w:rsidP="00CA1BA1">
      <w:pPr>
        <w:pStyle w:val="ListNumber"/>
        <w:numPr>
          <w:ilvl w:val="0"/>
          <w:numId w:val="0"/>
        </w:numPr>
        <w:ind w:left="360" w:hanging="360"/>
        <w:jc w:val="both"/>
        <w:rPr>
          <w:rFonts w:ascii="Times New Roman" w:hAnsi="Times New Roman" w:cs="Times New Roman"/>
          <w:sz w:val="24"/>
          <w:szCs w:val="24"/>
        </w:rPr>
      </w:pPr>
      <w:proofErr w:type="spellStart"/>
      <w:r w:rsidRPr="00D97086">
        <w:rPr>
          <w:rFonts w:ascii="Times New Roman" w:hAnsi="Times New Roman" w:cs="Times New Roman"/>
          <w:b/>
          <w:sz w:val="24"/>
          <w:szCs w:val="24"/>
        </w:rPr>
        <w:t>Transparencë</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pjesëmarrje</w:t>
      </w:r>
      <w:proofErr w:type="spellEnd"/>
      <w:r w:rsidRPr="00D97086">
        <w:rPr>
          <w:rFonts w:ascii="Times New Roman" w:hAnsi="Times New Roman" w:cs="Times New Roman"/>
          <w:b/>
          <w:sz w:val="24"/>
          <w:szCs w:val="24"/>
        </w:rPr>
        <w:t xml:space="preserve"> &amp; </w:t>
      </w:r>
      <w:proofErr w:type="spellStart"/>
      <w:r w:rsidRPr="00D97086">
        <w:rPr>
          <w:rFonts w:ascii="Times New Roman" w:hAnsi="Times New Roman" w:cs="Times New Roman"/>
          <w:b/>
          <w:sz w:val="24"/>
          <w:szCs w:val="24"/>
        </w:rPr>
        <w:t>llogaridhënie</w:t>
      </w:r>
      <w:proofErr w:type="spellEnd"/>
      <w:r w:rsidRPr="00D97086">
        <w:rPr>
          <w:rFonts w:ascii="Times New Roman" w:hAnsi="Times New Roman" w:cs="Times New Roman"/>
          <w:b/>
          <w:sz w:val="24"/>
          <w:szCs w:val="24"/>
        </w:rPr>
        <w:t xml:space="preserve">: </w:t>
      </w:r>
      <w:r w:rsidRPr="00D97086">
        <w:rPr>
          <w:rFonts w:ascii="Times New Roman" w:hAnsi="Times New Roman" w:cs="Times New Roman"/>
          <w:sz w:val="24"/>
          <w:szCs w:val="24"/>
        </w:rPr>
        <w:t xml:space="preserve">Procesi </w:t>
      </w:r>
      <w:proofErr w:type="spellStart"/>
      <w:r w:rsidRPr="00D97086">
        <w:rPr>
          <w:rFonts w:ascii="Times New Roman" w:hAnsi="Times New Roman" w:cs="Times New Roman"/>
          <w:sz w:val="24"/>
          <w:szCs w:val="24"/>
        </w:rPr>
        <w:t>hartues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zbatues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është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hapur</w:t>
      </w:r>
      <w:proofErr w:type="spellEnd"/>
      <w:r w:rsidRPr="00D97086">
        <w:rPr>
          <w:rFonts w:ascii="Times New Roman" w:hAnsi="Times New Roman" w:cs="Times New Roman"/>
          <w:sz w:val="24"/>
          <w:szCs w:val="24"/>
        </w:rPr>
        <w:t xml:space="preserve">: </w:t>
      </w:r>
    </w:p>
    <w:p w14:paraId="4693D725" w14:textId="77777777" w:rsidR="0070473E" w:rsidRPr="005B1542" w:rsidRDefault="0070473E" w:rsidP="00CA1BA1">
      <w:pPr>
        <w:pStyle w:val="ListNumber"/>
        <w:numPr>
          <w:ilvl w:val="0"/>
          <w:numId w:val="0"/>
        </w:numPr>
        <w:ind w:left="360" w:hanging="360"/>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konsultime periodike, publikim i kritereve, listave të pritjes dhe progresit.</w:t>
      </w:r>
    </w:p>
    <w:p w14:paraId="30B19257" w14:textId="77777777" w:rsidR="0070473E" w:rsidRPr="005B1542" w:rsidRDefault="0070473E" w:rsidP="00CA1BA1">
      <w:pPr>
        <w:pStyle w:val="ListNumber"/>
        <w:numPr>
          <w:ilvl w:val="0"/>
          <w:numId w:val="0"/>
        </w:numPr>
        <w:ind w:left="360" w:hanging="360"/>
        <w:jc w:val="both"/>
        <w:rPr>
          <w:rFonts w:ascii="Times New Roman" w:hAnsi="Times New Roman" w:cs="Times New Roman"/>
          <w:b/>
          <w:sz w:val="24"/>
          <w:szCs w:val="24"/>
          <w:lang w:val="it-IT"/>
        </w:rPr>
      </w:pPr>
    </w:p>
    <w:p w14:paraId="2747DCAA" w14:textId="77777777" w:rsidR="0070473E" w:rsidRPr="005B1542" w:rsidRDefault="0070473E" w:rsidP="00CA1BA1">
      <w:pPr>
        <w:pStyle w:val="ListNumber"/>
        <w:numPr>
          <w:ilvl w:val="0"/>
          <w:numId w:val="0"/>
        </w:numPr>
        <w:ind w:left="360" w:hanging="360"/>
        <w:jc w:val="both"/>
        <w:rPr>
          <w:rFonts w:ascii="Times New Roman" w:hAnsi="Times New Roman" w:cs="Times New Roman"/>
          <w:sz w:val="24"/>
          <w:szCs w:val="24"/>
          <w:lang w:val="it-IT"/>
        </w:rPr>
      </w:pPr>
      <w:r w:rsidRPr="005B1542">
        <w:rPr>
          <w:rFonts w:ascii="Times New Roman" w:hAnsi="Times New Roman" w:cs="Times New Roman"/>
          <w:b/>
          <w:sz w:val="24"/>
          <w:szCs w:val="24"/>
          <w:lang w:val="it-IT"/>
        </w:rPr>
        <w:t xml:space="preserve">Koordinim ndërsektorial &amp; partneritete: </w:t>
      </w:r>
      <w:r w:rsidRPr="005B1542">
        <w:rPr>
          <w:rFonts w:ascii="Times New Roman" w:hAnsi="Times New Roman" w:cs="Times New Roman"/>
          <w:sz w:val="24"/>
          <w:szCs w:val="24"/>
          <w:lang w:val="it-IT"/>
        </w:rPr>
        <w:t xml:space="preserve">Bashkia punon me ASHK/kadastrën, noterët, </w:t>
      </w:r>
    </w:p>
    <w:p w14:paraId="0AE91D0F" w14:textId="77777777" w:rsidR="0070473E" w:rsidRPr="005B1542" w:rsidRDefault="0070473E" w:rsidP="00CA1BA1">
      <w:pPr>
        <w:pStyle w:val="ListNumber"/>
        <w:numPr>
          <w:ilvl w:val="0"/>
          <w:numId w:val="0"/>
        </w:numPr>
        <w:ind w:left="360" w:hanging="360"/>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DRSHTS, ofruesit e shërbimeve (ujë/energji), OJF-të dhe bankat (për kredinë e butë).</w:t>
      </w:r>
    </w:p>
    <w:p w14:paraId="2C0C7DE0" w14:textId="77777777" w:rsidR="0070473E" w:rsidRPr="005B1542" w:rsidRDefault="0070473E" w:rsidP="00CA1BA1">
      <w:pPr>
        <w:pStyle w:val="ListNumber"/>
        <w:numPr>
          <w:ilvl w:val="0"/>
          <w:numId w:val="0"/>
        </w:numPr>
        <w:ind w:left="360" w:hanging="360"/>
        <w:jc w:val="both"/>
        <w:rPr>
          <w:rFonts w:ascii="Times New Roman" w:hAnsi="Times New Roman" w:cs="Times New Roman"/>
          <w:b/>
          <w:sz w:val="24"/>
          <w:szCs w:val="24"/>
          <w:lang w:val="it-IT"/>
        </w:rPr>
      </w:pPr>
    </w:p>
    <w:p w14:paraId="7645C167" w14:textId="77777777" w:rsidR="0070473E" w:rsidRPr="005B1542" w:rsidRDefault="0070473E" w:rsidP="00CA1BA1">
      <w:pPr>
        <w:pStyle w:val="ListNumber"/>
        <w:numPr>
          <w:ilvl w:val="0"/>
          <w:numId w:val="0"/>
        </w:numPr>
        <w:ind w:left="360" w:hanging="360"/>
        <w:jc w:val="both"/>
        <w:rPr>
          <w:rFonts w:ascii="Times New Roman" w:hAnsi="Times New Roman" w:cs="Times New Roman"/>
          <w:sz w:val="24"/>
          <w:szCs w:val="24"/>
          <w:lang w:val="it-IT"/>
        </w:rPr>
      </w:pPr>
      <w:r w:rsidRPr="005B1542">
        <w:rPr>
          <w:rFonts w:ascii="Times New Roman" w:hAnsi="Times New Roman" w:cs="Times New Roman"/>
          <w:b/>
          <w:sz w:val="24"/>
          <w:szCs w:val="24"/>
          <w:lang w:val="it-IT"/>
        </w:rPr>
        <w:t xml:space="preserve">Parandalim i pasigurisë së banimit &amp; formalizim: </w:t>
      </w:r>
      <w:r w:rsidRPr="005B1542">
        <w:rPr>
          <w:rFonts w:ascii="Times New Roman" w:hAnsi="Times New Roman" w:cs="Times New Roman"/>
          <w:sz w:val="24"/>
          <w:szCs w:val="24"/>
          <w:lang w:val="it-IT"/>
        </w:rPr>
        <w:t xml:space="preserve">Nxisen kontratat e noterizuara, </w:t>
      </w:r>
    </w:p>
    <w:p w14:paraId="6D19941C" w14:textId="77777777" w:rsidR="0070473E" w:rsidRPr="00D97086" w:rsidRDefault="0070473E" w:rsidP="00CA1BA1">
      <w:pPr>
        <w:pStyle w:val="ListNumber"/>
        <w:numPr>
          <w:ilvl w:val="0"/>
          <w:numId w:val="0"/>
        </w:numPr>
        <w:ind w:left="360" w:hanging="360"/>
        <w:jc w:val="both"/>
        <w:rPr>
          <w:rFonts w:ascii="Times New Roman" w:hAnsi="Times New Roman" w:cs="Times New Roman"/>
          <w:sz w:val="24"/>
          <w:szCs w:val="24"/>
        </w:rPr>
      </w:pPr>
      <w:proofErr w:type="spellStart"/>
      <w:r w:rsidRPr="00D97086">
        <w:rPr>
          <w:rFonts w:ascii="Times New Roman" w:hAnsi="Times New Roman" w:cs="Times New Roman"/>
          <w:sz w:val="24"/>
          <w:szCs w:val="24"/>
        </w:rPr>
        <w:t>ndërmjetësimi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pronar</w:t>
      </w:r>
      <w:proofErr w:type="spellEnd"/>
      <w:r w:rsidRPr="00D97086">
        <w:rPr>
          <w:rFonts w:ascii="Times New Roman" w:hAnsi="Times New Roman" w:cs="Times New Roman"/>
          <w:sz w:val="24"/>
          <w:szCs w:val="24"/>
        </w:rPr>
        <w:t>–</w:t>
      </w:r>
      <w:proofErr w:type="spellStart"/>
      <w:r w:rsidRPr="00D97086">
        <w:rPr>
          <w:rFonts w:ascii="Times New Roman" w:hAnsi="Times New Roman" w:cs="Times New Roman"/>
          <w:sz w:val="24"/>
          <w:szCs w:val="24"/>
        </w:rPr>
        <w:t>qiramarrës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informimi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ligjor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mbrojtja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dëbimi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padrejtë</w:t>
      </w:r>
      <w:proofErr w:type="spellEnd"/>
      <w:r w:rsidRPr="00D97086">
        <w:rPr>
          <w:rFonts w:ascii="Times New Roman" w:hAnsi="Times New Roman" w:cs="Times New Roman"/>
          <w:sz w:val="24"/>
          <w:szCs w:val="24"/>
        </w:rPr>
        <w:t>.</w:t>
      </w:r>
    </w:p>
    <w:p w14:paraId="0953F494" w14:textId="77777777" w:rsidR="0070473E" w:rsidRPr="00D97086" w:rsidRDefault="0070473E" w:rsidP="00CA1BA1">
      <w:pPr>
        <w:pStyle w:val="ListNumber"/>
        <w:numPr>
          <w:ilvl w:val="0"/>
          <w:numId w:val="0"/>
        </w:numPr>
        <w:ind w:left="360" w:hanging="360"/>
        <w:jc w:val="both"/>
        <w:rPr>
          <w:rFonts w:ascii="Times New Roman" w:hAnsi="Times New Roman" w:cs="Times New Roman"/>
          <w:b/>
          <w:sz w:val="24"/>
          <w:szCs w:val="24"/>
        </w:rPr>
      </w:pPr>
    </w:p>
    <w:p w14:paraId="74DA95B9" w14:textId="77777777" w:rsidR="0070473E" w:rsidRPr="00D97086" w:rsidRDefault="0070473E" w:rsidP="00CA1BA1">
      <w:pPr>
        <w:pStyle w:val="ListNumber"/>
        <w:numPr>
          <w:ilvl w:val="0"/>
          <w:numId w:val="0"/>
        </w:numPr>
        <w:ind w:left="360" w:hanging="360"/>
        <w:jc w:val="both"/>
        <w:rPr>
          <w:rFonts w:ascii="Times New Roman" w:hAnsi="Times New Roman" w:cs="Times New Roman"/>
          <w:sz w:val="24"/>
          <w:szCs w:val="24"/>
        </w:rPr>
      </w:pPr>
      <w:proofErr w:type="spellStart"/>
      <w:r w:rsidRPr="00D97086">
        <w:rPr>
          <w:rFonts w:ascii="Times New Roman" w:hAnsi="Times New Roman" w:cs="Times New Roman"/>
          <w:b/>
          <w:sz w:val="24"/>
          <w:szCs w:val="24"/>
        </w:rPr>
        <w:t>Qëndrueshmëri</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mjedisore</w:t>
      </w:r>
      <w:proofErr w:type="spellEnd"/>
      <w:r w:rsidRPr="00D97086">
        <w:rPr>
          <w:rFonts w:ascii="Times New Roman" w:hAnsi="Times New Roman" w:cs="Times New Roman"/>
          <w:b/>
          <w:sz w:val="24"/>
          <w:szCs w:val="24"/>
        </w:rPr>
        <w:t xml:space="preserve"> &amp; </w:t>
      </w:r>
      <w:proofErr w:type="spellStart"/>
      <w:r w:rsidRPr="00D97086">
        <w:rPr>
          <w:rFonts w:ascii="Times New Roman" w:hAnsi="Times New Roman" w:cs="Times New Roman"/>
          <w:b/>
          <w:sz w:val="24"/>
          <w:szCs w:val="24"/>
        </w:rPr>
        <w:t>efikasitet</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energjetik</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sz w:val="24"/>
          <w:szCs w:val="24"/>
        </w:rPr>
        <w:t>Rehabilitimet</w:t>
      </w:r>
      <w:proofErr w:type="spellEnd"/>
      <w:r w:rsidRPr="00D97086">
        <w:rPr>
          <w:rFonts w:ascii="Times New Roman" w:hAnsi="Times New Roman" w:cs="Times New Roman"/>
          <w:sz w:val="24"/>
          <w:szCs w:val="24"/>
        </w:rPr>
        <w:t>/</w:t>
      </w:r>
      <w:proofErr w:type="spellStart"/>
      <w:r w:rsidRPr="00D97086">
        <w:rPr>
          <w:rFonts w:ascii="Times New Roman" w:hAnsi="Times New Roman" w:cs="Times New Roman"/>
          <w:sz w:val="24"/>
          <w:szCs w:val="24"/>
        </w:rPr>
        <w:t>stoku</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publik</w:t>
      </w:r>
      <w:proofErr w:type="spellEnd"/>
      <w:r w:rsidRPr="00D97086">
        <w:rPr>
          <w:rFonts w:ascii="Times New Roman" w:hAnsi="Times New Roman" w:cs="Times New Roman"/>
          <w:sz w:val="24"/>
          <w:szCs w:val="24"/>
        </w:rPr>
        <w:t xml:space="preserve"> </w:t>
      </w:r>
    </w:p>
    <w:p w14:paraId="00AED0BF" w14:textId="77777777" w:rsidR="0070473E" w:rsidRPr="00D97086" w:rsidRDefault="0070473E" w:rsidP="00CA1BA1">
      <w:pPr>
        <w:pStyle w:val="ListNumber"/>
        <w:numPr>
          <w:ilvl w:val="0"/>
          <w:numId w:val="0"/>
        </w:numPr>
        <w:ind w:left="360" w:hanging="360"/>
        <w:jc w:val="both"/>
        <w:rPr>
          <w:rFonts w:ascii="Times New Roman" w:hAnsi="Times New Roman" w:cs="Times New Roman"/>
          <w:sz w:val="24"/>
          <w:szCs w:val="24"/>
        </w:rPr>
      </w:pPr>
      <w:proofErr w:type="spellStart"/>
      <w:r w:rsidRPr="00D97086">
        <w:rPr>
          <w:rFonts w:ascii="Times New Roman" w:hAnsi="Times New Roman" w:cs="Times New Roman"/>
          <w:sz w:val="24"/>
          <w:szCs w:val="24"/>
        </w:rPr>
        <w:t>favorizojnë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izolimin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termik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pajisjet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kursimtare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materiale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qëndrueshme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ulje</w:t>
      </w:r>
      <w:proofErr w:type="spellEnd"/>
      <w:r w:rsidRPr="00D97086">
        <w:rPr>
          <w:rFonts w:ascii="Times New Roman" w:hAnsi="Times New Roman" w:cs="Times New Roman"/>
          <w:sz w:val="24"/>
          <w:szCs w:val="24"/>
        </w:rPr>
        <w:t xml:space="preserve"> </w:t>
      </w:r>
    </w:p>
    <w:p w14:paraId="4D8AF0A6" w14:textId="77777777" w:rsidR="0070473E" w:rsidRPr="00D97086" w:rsidRDefault="0070473E" w:rsidP="00CA1BA1">
      <w:pPr>
        <w:pStyle w:val="ListNumber"/>
        <w:numPr>
          <w:ilvl w:val="0"/>
          <w:numId w:val="0"/>
        </w:numPr>
        <w:ind w:left="360" w:hanging="360"/>
        <w:jc w:val="both"/>
        <w:rPr>
          <w:rFonts w:ascii="Times New Roman" w:hAnsi="Times New Roman" w:cs="Times New Roman"/>
          <w:sz w:val="24"/>
          <w:szCs w:val="24"/>
        </w:rPr>
      </w:pPr>
      <w:proofErr w:type="spellStart"/>
      <w:r w:rsidRPr="00D97086">
        <w:rPr>
          <w:rFonts w:ascii="Times New Roman" w:hAnsi="Times New Roman" w:cs="Times New Roman"/>
          <w:sz w:val="24"/>
          <w:szCs w:val="24"/>
        </w:rPr>
        <w:t>kostosh</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afatgjata</w:t>
      </w:r>
      <w:proofErr w:type="spellEnd"/>
      <w:r w:rsidRPr="00D97086">
        <w:rPr>
          <w:rFonts w:ascii="Times New Roman" w:hAnsi="Times New Roman" w:cs="Times New Roman"/>
          <w:sz w:val="24"/>
          <w:szCs w:val="24"/>
        </w:rPr>
        <w:t>.</w:t>
      </w:r>
    </w:p>
    <w:p w14:paraId="663EF229" w14:textId="77777777" w:rsidR="0070473E" w:rsidRPr="00D97086" w:rsidRDefault="0070473E" w:rsidP="00CA1BA1">
      <w:pPr>
        <w:pStyle w:val="ListNumber"/>
        <w:numPr>
          <w:ilvl w:val="0"/>
          <w:numId w:val="0"/>
        </w:numPr>
        <w:ind w:left="360" w:hanging="360"/>
        <w:jc w:val="both"/>
        <w:rPr>
          <w:rFonts w:ascii="Times New Roman" w:hAnsi="Times New Roman" w:cs="Times New Roman"/>
          <w:b/>
          <w:sz w:val="24"/>
          <w:szCs w:val="24"/>
        </w:rPr>
      </w:pPr>
    </w:p>
    <w:p w14:paraId="17DCFCBE" w14:textId="77777777" w:rsidR="0070473E" w:rsidRPr="00D97086" w:rsidRDefault="0070473E" w:rsidP="00CA1BA1">
      <w:pPr>
        <w:pStyle w:val="ListNumber"/>
        <w:numPr>
          <w:ilvl w:val="0"/>
          <w:numId w:val="0"/>
        </w:numPr>
        <w:ind w:left="360" w:hanging="360"/>
        <w:jc w:val="both"/>
        <w:rPr>
          <w:rFonts w:ascii="Times New Roman" w:hAnsi="Times New Roman" w:cs="Times New Roman"/>
          <w:sz w:val="24"/>
          <w:szCs w:val="24"/>
        </w:rPr>
      </w:pPr>
      <w:proofErr w:type="spellStart"/>
      <w:r w:rsidRPr="00D97086">
        <w:rPr>
          <w:rFonts w:ascii="Times New Roman" w:hAnsi="Times New Roman" w:cs="Times New Roman"/>
          <w:b/>
          <w:sz w:val="24"/>
          <w:szCs w:val="24"/>
        </w:rPr>
        <w:t>Reziliencë</w:t>
      </w:r>
      <w:proofErr w:type="spellEnd"/>
      <w:r w:rsidRPr="00D97086">
        <w:rPr>
          <w:rFonts w:ascii="Times New Roman" w:hAnsi="Times New Roman" w:cs="Times New Roman"/>
          <w:b/>
          <w:sz w:val="24"/>
          <w:szCs w:val="24"/>
        </w:rPr>
        <w:t xml:space="preserve"> &amp; </w:t>
      </w:r>
      <w:proofErr w:type="spellStart"/>
      <w:r w:rsidRPr="00D97086">
        <w:rPr>
          <w:rFonts w:ascii="Times New Roman" w:hAnsi="Times New Roman" w:cs="Times New Roman"/>
          <w:b/>
          <w:sz w:val="24"/>
          <w:szCs w:val="24"/>
        </w:rPr>
        <w:t>reagim</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emergjent</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sz w:val="24"/>
          <w:szCs w:val="24"/>
        </w:rPr>
        <w:t>Mekanizma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qartë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përkohshëm</w:t>
      </w:r>
      <w:proofErr w:type="spellEnd"/>
      <w:r w:rsidRPr="00D97086">
        <w:rPr>
          <w:rFonts w:ascii="Times New Roman" w:hAnsi="Times New Roman" w:cs="Times New Roman"/>
          <w:sz w:val="24"/>
          <w:szCs w:val="24"/>
        </w:rPr>
        <w:t xml:space="preserve"> në </w:t>
      </w:r>
    </w:p>
    <w:p w14:paraId="13D8C371" w14:textId="77777777" w:rsidR="0070473E" w:rsidRPr="00D97086" w:rsidRDefault="0070473E" w:rsidP="00CA1BA1">
      <w:pPr>
        <w:pStyle w:val="ListNumber"/>
        <w:numPr>
          <w:ilvl w:val="0"/>
          <w:numId w:val="0"/>
        </w:numPr>
        <w:ind w:left="360" w:hanging="360"/>
        <w:jc w:val="both"/>
        <w:rPr>
          <w:rFonts w:ascii="Times New Roman" w:hAnsi="Times New Roman" w:cs="Times New Roman"/>
          <w:sz w:val="24"/>
          <w:szCs w:val="24"/>
        </w:rPr>
      </w:pPr>
      <w:proofErr w:type="spellStart"/>
      <w:r w:rsidRPr="00D97086">
        <w:rPr>
          <w:rFonts w:ascii="Times New Roman" w:hAnsi="Times New Roman" w:cs="Times New Roman"/>
          <w:sz w:val="24"/>
          <w:szCs w:val="24"/>
        </w:rPr>
        <w:t>Fatkeqësi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zhvendosje</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objektiv</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asnjë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w:t>
      </w:r>
      <w:proofErr w:type="spellEnd"/>
      <w:r w:rsidRPr="00D97086">
        <w:rPr>
          <w:rFonts w:ascii="Times New Roman" w:hAnsi="Times New Roman" w:cs="Times New Roman"/>
          <w:sz w:val="24"/>
          <w:szCs w:val="24"/>
        </w:rPr>
        <w:t xml:space="preserve"> pa </w:t>
      </w:r>
      <w:proofErr w:type="spellStart"/>
      <w:r w:rsidRPr="00D97086">
        <w:rPr>
          <w:rFonts w:ascii="Times New Roman" w:hAnsi="Times New Roman" w:cs="Times New Roman"/>
          <w:sz w:val="24"/>
          <w:szCs w:val="24"/>
        </w:rPr>
        <w:t>zgjidhje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emergjente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afat</w:t>
      </w:r>
      <w:proofErr w:type="spellEnd"/>
      <w:r w:rsidRPr="00D97086">
        <w:rPr>
          <w:rFonts w:ascii="Times New Roman" w:hAnsi="Times New Roman" w:cs="Times New Roman"/>
          <w:sz w:val="24"/>
          <w:szCs w:val="24"/>
        </w:rPr>
        <w:t>.</w:t>
      </w:r>
    </w:p>
    <w:p w14:paraId="7DCE8549" w14:textId="77777777" w:rsidR="00DE01BA" w:rsidRPr="00D97086" w:rsidRDefault="00DE01BA" w:rsidP="00CA1BA1">
      <w:pPr>
        <w:jc w:val="both"/>
        <w:rPr>
          <w:rFonts w:ascii="Times New Roman" w:hAnsi="Times New Roman" w:cs="Times New Roman"/>
          <w:sz w:val="24"/>
          <w:szCs w:val="24"/>
        </w:rPr>
      </w:pPr>
      <w:proofErr w:type="spellStart"/>
      <w:r w:rsidRPr="00D97086">
        <w:rPr>
          <w:rFonts w:ascii="Times New Roman" w:hAnsi="Times New Roman" w:cs="Times New Roman"/>
          <w:b/>
          <w:sz w:val="24"/>
          <w:szCs w:val="24"/>
        </w:rPr>
        <w:t>Përputhshmëri</w:t>
      </w:r>
      <w:proofErr w:type="spellEnd"/>
      <w:r w:rsidRPr="00D97086">
        <w:rPr>
          <w:rFonts w:ascii="Times New Roman" w:hAnsi="Times New Roman" w:cs="Times New Roman"/>
          <w:b/>
          <w:sz w:val="24"/>
          <w:szCs w:val="24"/>
        </w:rPr>
        <w:t xml:space="preserve"> me </w:t>
      </w:r>
      <w:proofErr w:type="spellStart"/>
      <w:r w:rsidRPr="00D97086">
        <w:rPr>
          <w:rFonts w:ascii="Times New Roman" w:hAnsi="Times New Roman" w:cs="Times New Roman"/>
          <w:b/>
          <w:sz w:val="24"/>
          <w:szCs w:val="24"/>
        </w:rPr>
        <w:t>legjislacionin</w:t>
      </w:r>
      <w:proofErr w:type="spellEnd"/>
      <w:r w:rsidRPr="00D97086">
        <w:rPr>
          <w:rFonts w:ascii="Times New Roman" w:hAnsi="Times New Roman" w:cs="Times New Roman"/>
          <w:b/>
          <w:sz w:val="24"/>
          <w:szCs w:val="24"/>
        </w:rPr>
        <w:t xml:space="preserve"> &amp; </w:t>
      </w:r>
      <w:proofErr w:type="spellStart"/>
      <w:r w:rsidRPr="00D97086">
        <w:rPr>
          <w:rFonts w:ascii="Times New Roman" w:hAnsi="Times New Roman" w:cs="Times New Roman"/>
          <w:b/>
          <w:sz w:val="24"/>
          <w:szCs w:val="24"/>
        </w:rPr>
        <w:t>kornizat</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kombëtare</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sz w:val="24"/>
          <w:szCs w:val="24"/>
        </w:rPr>
        <w:t>Plani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është</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përputhje</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Ligjin</w:t>
      </w:r>
      <w:proofErr w:type="spellEnd"/>
      <w:r w:rsidRPr="00D97086">
        <w:rPr>
          <w:rFonts w:ascii="Times New Roman" w:hAnsi="Times New Roman" w:cs="Times New Roman"/>
          <w:sz w:val="24"/>
          <w:szCs w:val="24"/>
        </w:rPr>
        <w:t xml:space="preserve"> nr. 22/2018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aktet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nënligjore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Planin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Kombëtar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Social (2025)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SKMS 2024–2030; </w:t>
      </w:r>
      <w:proofErr w:type="spellStart"/>
      <w:r w:rsidRPr="00D97086">
        <w:rPr>
          <w:rFonts w:ascii="Times New Roman" w:hAnsi="Times New Roman" w:cs="Times New Roman"/>
          <w:sz w:val="24"/>
          <w:szCs w:val="24"/>
        </w:rPr>
        <w:t>masat</w:t>
      </w:r>
      <w:proofErr w:type="spellEnd"/>
      <w:r w:rsidRPr="00D97086">
        <w:rPr>
          <w:rFonts w:ascii="Times New Roman" w:hAnsi="Times New Roman" w:cs="Times New Roman"/>
          <w:sz w:val="24"/>
          <w:szCs w:val="24"/>
        </w:rPr>
        <w:t>/</w:t>
      </w:r>
      <w:proofErr w:type="spellStart"/>
      <w:r w:rsidRPr="00D97086">
        <w:rPr>
          <w:rFonts w:ascii="Times New Roman" w:hAnsi="Times New Roman" w:cs="Times New Roman"/>
          <w:sz w:val="24"/>
          <w:szCs w:val="24"/>
        </w:rPr>
        <w:t>kriteret</w:t>
      </w:r>
      <w:proofErr w:type="spellEnd"/>
      <w:r w:rsidRPr="00D97086">
        <w:rPr>
          <w:rFonts w:ascii="Times New Roman" w:hAnsi="Times New Roman" w:cs="Times New Roman"/>
          <w:sz w:val="24"/>
          <w:szCs w:val="24"/>
        </w:rPr>
        <w:t>/</w:t>
      </w:r>
      <w:proofErr w:type="spellStart"/>
      <w:r w:rsidRPr="00D97086">
        <w:rPr>
          <w:rFonts w:ascii="Times New Roman" w:hAnsi="Times New Roman" w:cs="Times New Roman"/>
          <w:sz w:val="24"/>
          <w:szCs w:val="24"/>
        </w:rPr>
        <w:t>kontratat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verifikohen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ligjërisht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përditësohen</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ndryshimet</w:t>
      </w:r>
      <w:proofErr w:type="spellEnd"/>
      <w:r w:rsidRPr="00D97086">
        <w:rPr>
          <w:rFonts w:ascii="Times New Roman" w:hAnsi="Times New Roman" w:cs="Times New Roman"/>
          <w:sz w:val="24"/>
          <w:szCs w:val="24"/>
        </w:rPr>
        <w:t xml:space="preserve"> normative.</w:t>
      </w:r>
    </w:p>
    <w:p w14:paraId="76DC4D68" w14:textId="77777777" w:rsidR="00DE01BA" w:rsidRPr="005B1542" w:rsidRDefault="00DE01BA" w:rsidP="00CA1BA1">
      <w:pPr>
        <w:jc w:val="both"/>
        <w:rPr>
          <w:rFonts w:ascii="Times New Roman" w:hAnsi="Times New Roman" w:cs="Times New Roman"/>
          <w:sz w:val="24"/>
          <w:szCs w:val="24"/>
          <w:lang w:val="it-IT"/>
        </w:rPr>
      </w:pPr>
      <w:r w:rsidRPr="005B1542">
        <w:rPr>
          <w:rFonts w:ascii="Times New Roman" w:hAnsi="Times New Roman" w:cs="Times New Roman"/>
          <w:b/>
          <w:sz w:val="24"/>
          <w:szCs w:val="24"/>
          <w:lang w:val="it-IT"/>
        </w:rPr>
        <w:t xml:space="preserve">Mbrojtja e të dhënave &amp; etika. </w:t>
      </w:r>
      <w:r w:rsidRPr="005B1542">
        <w:rPr>
          <w:rFonts w:ascii="Times New Roman" w:hAnsi="Times New Roman" w:cs="Times New Roman"/>
          <w:sz w:val="24"/>
          <w:szCs w:val="24"/>
          <w:lang w:val="it-IT"/>
        </w:rPr>
        <w:t>Të dhënat mblidhen minimalisht, mbi bazë ligjore e me transparencë; publikohen vetëm tregues të agreguar/anonimizuar, përdoren ID të koduara dhe akses i kufizuar sipas rolit, me ruajtje të sigurt dhe afate të qarta.</w:t>
      </w:r>
    </w:p>
    <w:p w14:paraId="7C9293C7" w14:textId="77777777" w:rsidR="00A269A9" w:rsidRPr="005B1542" w:rsidRDefault="00A269A9" w:rsidP="00CA1BA1">
      <w:pPr>
        <w:jc w:val="both"/>
        <w:rPr>
          <w:rFonts w:ascii="Times New Roman" w:hAnsi="Times New Roman" w:cs="Times New Roman"/>
          <w:sz w:val="24"/>
          <w:szCs w:val="24"/>
          <w:lang w:val="it-IT"/>
        </w:rPr>
      </w:pPr>
    </w:p>
    <w:p w14:paraId="1E3C2305" w14:textId="77777777" w:rsidR="00C95401" w:rsidRPr="00D97086" w:rsidRDefault="00DE01BA" w:rsidP="0020237D">
      <w:pPr>
        <w:pStyle w:val="Heading1"/>
        <w:numPr>
          <w:ilvl w:val="0"/>
          <w:numId w:val="22"/>
        </w:numPr>
        <w:rPr>
          <w:rFonts w:ascii="Times New Roman" w:hAnsi="Times New Roman" w:cs="Times New Roman"/>
        </w:rPr>
      </w:pPr>
      <w:bookmarkStart w:id="12" w:name="_Toc209703439"/>
      <w:proofErr w:type="spellStart"/>
      <w:r w:rsidRPr="00D97086">
        <w:rPr>
          <w:rFonts w:ascii="Times New Roman" w:hAnsi="Times New Roman" w:cs="Times New Roman"/>
        </w:rPr>
        <w:t>Prioritetet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o</w:t>
      </w:r>
      <w:r w:rsidR="00F653AC" w:rsidRPr="00D97086">
        <w:rPr>
          <w:rFonts w:ascii="Times New Roman" w:hAnsi="Times New Roman" w:cs="Times New Roman"/>
        </w:rPr>
        <w:t>bjektivat</w:t>
      </w:r>
      <w:proofErr w:type="spellEnd"/>
      <w:r w:rsidR="00F653AC" w:rsidRPr="00D97086">
        <w:rPr>
          <w:rFonts w:ascii="Times New Roman" w:hAnsi="Times New Roman" w:cs="Times New Roman"/>
        </w:rPr>
        <w:t xml:space="preserve"> </w:t>
      </w:r>
      <w:proofErr w:type="spellStart"/>
      <w:r w:rsidR="00F653AC" w:rsidRPr="00D97086">
        <w:rPr>
          <w:rFonts w:ascii="Times New Roman" w:hAnsi="Times New Roman" w:cs="Times New Roman"/>
        </w:rPr>
        <w:t>strategjikë</w:t>
      </w:r>
      <w:proofErr w:type="spellEnd"/>
      <w:r w:rsidR="00F653AC" w:rsidRPr="00D97086">
        <w:rPr>
          <w:rFonts w:ascii="Times New Roman" w:hAnsi="Times New Roman" w:cs="Times New Roman"/>
        </w:rPr>
        <w:t xml:space="preserve"> 2025–2029</w:t>
      </w:r>
      <w:bookmarkEnd w:id="12"/>
      <w:r w:rsidR="002A3AC9" w:rsidRPr="00D97086">
        <w:rPr>
          <w:rFonts w:ascii="Times New Roman" w:hAnsi="Times New Roman" w:cs="Times New Roman"/>
        </w:rPr>
        <w:t xml:space="preserve">   </w:t>
      </w:r>
    </w:p>
    <w:p w14:paraId="041835AF" w14:textId="77777777" w:rsidR="00E212CF" w:rsidRPr="00D97086" w:rsidRDefault="00E212CF" w:rsidP="00B06CA4">
      <w:pPr>
        <w:pStyle w:val="ListParagraph"/>
        <w:jc w:val="both"/>
        <w:rPr>
          <w:rFonts w:ascii="Times New Roman" w:hAnsi="Times New Roman" w:cs="Times New Roman"/>
          <w:sz w:val="24"/>
          <w:szCs w:val="24"/>
        </w:rPr>
      </w:pPr>
    </w:p>
    <w:p w14:paraId="2FD03D43" w14:textId="77777777" w:rsidR="00954ECE" w:rsidRPr="00D97086" w:rsidRDefault="00954ECE" w:rsidP="00B06CA4">
      <w:pPr>
        <w:jc w:val="both"/>
        <w:rPr>
          <w:rFonts w:ascii="Times New Roman" w:hAnsi="Times New Roman" w:cs="Times New Roman"/>
          <w:sz w:val="24"/>
          <w:szCs w:val="24"/>
        </w:rPr>
      </w:pPr>
      <w:r w:rsidRPr="00D97086">
        <w:rPr>
          <w:rFonts w:ascii="Times New Roman" w:hAnsi="Times New Roman" w:cs="Times New Roman"/>
          <w:sz w:val="24"/>
          <w:szCs w:val="24"/>
        </w:rPr>
        <w:t xml:space="preserve">Duke u </w:t>
      </w:r>
      <w:proofErr w:type="spellStart"/>
      <w:r w:rsidRPr="00D97086">
        <w:rPr>
          <w:rFonts w:ascii="Times New Roman" w:hAnsi="Times New Roman" w:cs="Times New Roman"/>
          <w:sz w:val="24"/>
          <w:szCs w:val="24"/>
        </w:rPr>
        <w:t>mbështetur</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vizionin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parimet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përputhje</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Planin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Kombëtar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Social (2025)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SKMS 2024–2030, </w:t>
      </w:r>
      <w:proofErr w:type="spellStart"/>
      <w:r w:rsidRPr="00D97086">
        <w:rPr>
          <w:rFonts w:ascii="Times New Roman" w:hAnsi="Times New Roman" w:cs="Times New Roman"/>
          <w:sz w:val="24"/>
          <w:szCs w:val="24"/>
        </w:rPr>
        <w:t>kjo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rubrikë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kthen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parimet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veprim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përmes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prioriteteve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objektivave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matshme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Prioritetet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mëposhtme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fokusohen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tek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lastRenderedPageBreak/>
        <w:t>menjëhershëm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përballueshmëria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përmirësimi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cilësisë</w:t>
      </w:r>
      <w:proofErr w:type="spellEnd"/>
      <w:r w:rsidRPr="00D97086">
        <w:rPr>
          <w:rFonts w:ascii="Times New Roman" w:hAnsi="Times New Roman" w:cs="Times New Roman"/>
          <w:sz w:val="24"/>
          <w:szCs w:val="24"/>
        </w:rPr>
        <w:t>/</w:t>
      </w:r>
      <w:proofErr w:type="spellStart"/>
      <w:r w:rsidRPr="00D97086">
        <w:rPr>
          <w:rFonts w:ascii="Times New Roman" w:hAnsi="Times New Roman" w:cs="Times New Roman"/>
          <w:sz w:val="24"/>
          <w:szCs w:val="24"/>
        </w:rPr>
        <w:t>aksesueshmërisë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rezilienca</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stokut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formalizimi</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dhënat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partneritetet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secilin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prioritet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janë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përcaktuar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objektiva</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vlerë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fillestare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synime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matshme</w:t>
      </w:r>
      <w:proofErr w:type="spellEnd"/>
      <w:r w:rsidRPr="00D97086">
        <w:rPr>
          <w:rFonts w:ascii="Times New Roman" w:hAnsi="Times New Roman" w:cs="Times New Roman"/>
          <w:sz w:val="24"/>
          <w:szCs w:val="24"/>
        </w:rPr>
        <w:t xml:space="preserve">, duke </w:t>
      </w:r>
      <w:proofErr w:type="spellStart"/>
      <w:r w:rsidRPr="00D97086">
        <w:rPr>
          <w:rFonts w:ascii="Times New Roman" w:hAnsi="Times New Roman" w:cs="Times New Roman"/>
          <w:sz w:val="24"/>
          <w:szCs w:val="24"/>
        </w:rPr>
        <w:t>garantuar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mosdiskriminim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qasje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territoriale</w:t>
      </w:r>
      <w:proofErr w:type="spellEnd"/>
      <w:r w:rsidRPr="00D97086">
        <w:rPr>
          <w:rFonts w:ascii="Times New Roman" w:hAnsi="Times New Roman" w:cs="Times New Roman"/>
          <w:sz w:val="24"/>
          <w:szCs w:val="24"/>
        </w:rPr>
        <w:t xml:space="preserve"> në të </w:t>
      </w:r>
      <w:proofErr w:type="spellStart"/>
      <w:r w:rsidRPr="00D97086">
        <w:rPr>
          <w:rFonts w:ascii="Times New Roman" w:hAnsi="Times New Roman" w:cs="Times New Roman"/>
          <w:sz w:val="24"/>
          <w:szCs w:val="24"/>
        </w:rPr>
        <w:t>gjitha</w:t>
      </w:r>
      <w:proofErr w:type="spellEnd"/>
      <w:r w:rsidRPr="00D97086">
        <w:rPr>
          <w:rFonts w:ascii="Times New Roman" w:hAnsi="Times New Roman" w:cs="Times New Roman"/>
          <w:sz w:val="24"/>
          <w:szCs w:val="24"/>
        </w:rPr>
        <w:t xml:space="preserve"> NjA-të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raportim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publik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periodik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Kjo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qasje</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bën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zbatimin</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ndjekshëm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buxhetimin</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orientuar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rezultati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rishikimin</w:t>
      </w:r>
      <w:proofErr w:type="spellEnd"/>
      <w:r w:rsidRPr="00D97086">
        <w:rPr>
          <w:rFonts w:ascii="Times New Roman" w:hAnsi="Times New Roman" w:cs="Times New Roman"/>
          <w:sz w:val="24"/>
          <w:szCs w:val="24"/>
        </w:rPr>
        <w:t xml:space="preserve"> 2027 </w:t>
      </w:r>
      <w:proofErr w:type="spellStart"/>
      <w:r w:rsidRPr="00D97086">
        <w:rPr>
          <w:rFonts w:ascii="Times New Roman" w:hAnsi="Times New Roman" w:cs="Times New Roman"/>
          <w:sz w:val="24"/>
          <w:szCs w:val="24"/>
        </w:rPr>
        <w:t>realisht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korrigjues</w:t>
      </w:r>
      <w:proofErr w:type="spellEnd"/>
      <w:r w:rsidRPr="00D97086">
        <w:rPr>
          <w:rFonts w:ascii="Times New Roman" w:hAnsi="Times New Roman" w:cs="Times New Roman"/>
          <w:sz w:val="24"/>
          <w:szCs w:val="24"/>
        </w:rPr>
        <w:t>.</w:t>
      </w:r>
    </w:p>
    <w:p w14:paraId="62CB0024" w14:textId="77777777" w:rsidR="00E212CF" w:rsidRPr="00D97086" w:rsidRDefault="00E212CF" w:rsidP="00B06CA4">
      <w:pPr>
        <w:jc w:val="both"/>
        <w:rPr>
          <w:rFonts w:ascii="Times New Roman" w:hAnsi="Times New Roman" w:cs="Times New Roman"/>
          <w:b/>
          <w:sz w:val="24"/>
          <w:szCs w:val="24"/>
        </w:rPr>
      </w:pPr>
      <w:proofErr w:type="spellStart"/>
      <w:r w:rsidRPr="00D97086">
        <w:rPr>
          <w:rFonts w:ascii="Times New Roman" w:hAnsi="Times New Roman" w:cs="Times New Roman"/>
          <w:b/>
          <w:sz w:val="24"/>
          <w:szCs w:val="24"/>
        </w:rPr>
        <w:t>Prioriteti</w:t>
      </w:r>
      <w:proofErr w:type="spellEnd"/>
      <w:r w:rsidRPr="00D97086">
        <w:rPr>
          <w:rFonts w:ascii="Times New Roman" w:hAnsi="Times New Roman" w:cs="Times New Roman"/>
          <w:b/>
          <w:sz w:val="24"/>
          <w:szCs w:val="24"/>
        </w:rPr>
        <w:t xml:space="preserve"> 1: Të </w:t>
      </w:r>
      <w:proofErr w:type="spellStart"/>
      <w:r w:rsidRPr="00D97086">
        <w:rPr>
          <w:rFonts w:ascii="Times New Roman" w:hAnsi="Times New Roman" w:cs="Times New Roman"/>
          <w:b/>
          <w:sz w:val="24"/>
          <w:szCs w:val="24"/>
        </w:rPr>
        <w:t>sigurohet</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zgjidhje</w:t>
      </w:r>
      <w:proofErr w:type="spellEnd"/>
      <w:r w:rsidRPr="00D97086">
        <w:rPr>
          <w:rFonts w:ascii="Times New Roman" w:hAnsi="Times New Roman" w:cs="Times New Roman"/>
          <w:b/>
          <w:sz w:val="24"/>
          <w:szCs w:val="24"/>
        </w:rPr>
        <w:t xml:space="preserve"> e </w:t>
      </w:r>
      <w:proofErr w:type="spellStart"/>
      <w:r w:rsidRPr="00D97086">
        <w:rPr>
          <w:rFonts w:ascii="Times New Roman" w:hAnsi="Times New Roman" w:cs="Times New Roman"/>
          <w:b/>
          <w:sz w:val="24"/>
          <w:szCs w:val="24"/>
        </w:rPr>
        <w:t>shpejtë</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dhe</w:t>
      </w:r>
      <w:proofErr w:type="spellEnd"/>
      <w:r w:rsidRPr="00D97086">
        <w:rPr>
          <w:rFonts w:ascii="Times New Roman" w:hAnsi="Times New Roman" w:cs="Times New Roman"/>
          <w:b/>
          <w:sz w:val="24"/>
          <w:szCs w:val="24"/>
        </w:rPr>
        <w:t xml:space="preserve"> me </w:t>
      </w:r>
      <w:proofErr w:type="spellStart"/>
      <w:r w:rsidRPr="00D97086">
        <w:rPr>
          <w:rFonts w:ascii="Times New Roman" w:hAnsi="Times New Roman" w:cs="Times New Roman"/>
          <w:b/>
          <w:sz w:val="24"/>
          <w:szCs w:val="24"/>
        </w:rPr>
        <w:t>kosto</w:t>
      </w:r>
      <w:proofErr w:type="spellEnd"/>
      <w:r w:rsidRPr="00D97086">
        <w:rPr>
          <w:rFonts w:ascii="Times New Roman" w:hAnsi="Times New Roman" w:cs="Times New Roman"/>
          <w:b/>
          <w:sz w:val="24"/>
          <w:szCs w:val="24"/>
        </w:rPr>
        <w:t xml:space="preserve"> të </w:t>
      </w:r>
      <w:proofErr w:type="spellStart"/>
      <w:r w:rsidRPr="00D97086">
        <w:rPr>
          <w:rFonts w:ascii="Times New Roman" w:hAnsi="Times New Roman" w:cs="Times New Roman"/>
          <w:b/>
          <w:sz w:val="24"/>
          <w:szCs w:val="24"/>
        </w:rPr>
        <w:t>përballueshme</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për</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familjet</w:t>
      </w:r>
      <w:proofErr w:type="spellEnd"/>
      <w:r w:rsidRPr="00D97086">
        <w:rPr>
          <w:rFonts w:ascii="Times New Roman" w:hAnsi="Times New Roman" w:cs="Times New Roman"/>
          <w:b/>
          <w:sz w:val="24"/>
          <w:szCs w:val="24"/>
        </w:rPr>
        <w:t xml:space="preserve"> në </w:t>
      </w:r>
      <w:proofErr w:type="spellStart"/>
      <w:r w:rsidRPr="00D97086">
        <w:rPr>
          <w:rFonts w:ascii="Times New Roman" w:hAnsi="Times New Roman" w:cs="Times New Roman"/>
          <w:b/>
          <w:sz w:val="24"/>
          <w:szCs w:val="24"/>
        </w:rPr>
        <w:t>nevojë</w:t>
      </w:r>
      <w:proofErr w:type="spellEnd"/>
      <w:r w:rsidRPr="00D97086">
        <w:rPr>
          <w:rFonts w:ascii="Times New Roman" w:hAnsi="Times New Roman" w:cs="Times New Roman"/>
          <w:b/>
          <w:sz w:val="24"/>
          <w:szCs w:val="24"/>
        </w:rPr>
        <w:t xml:space="preserve">, në të </w:t>
      </w:r>
      <w:proofErr w:type="spellStart"/>
      <w:r w:rsidRPr="00D97086">
        <w:rPr>
          <w:rFonts w:ascii="Times New Roman" w:hAnsi="Times New Roman" w:cs="Times New Roman"/>
          <w:b/>
          <w:sz w:val="24"/>
          <w:szCs w:val="24"/>
        </w:rPr>
        <w:t>gjitha</w:t>
      </w:r>
      <w:proofErr w:type="spellEnd"/>
      <w:r w:rsidRPr="00D97086">
        <w:rPr>
          <w:rFonts w:ascii="Times New Roman" w:hAnsi="Times New Roman" w:cs="Times New Roman"/>
          <w:b/>
          <w:sz w:val="24"/>
          <w:szCs w:val="24"/>
        </w:rPr>
        <w:t xml:space="preserve"> NjA</w:t>
      </w:r>
      <w:r w:rsidRPr="00D97086">
        <w:rPr>
          <w:rFonts w:ascii="MS Mincho" w:eastAsia="MS Mincho" w:hAnsi="MS Mincho" w:cs="MS Mincho"/>
          <w:b/>
          <w:sz w:val="24"/>
          <w:szCs w:val="24"/>
        </w:rPr>
        <w:t>‑</w:t>
      </w:r>
      <w:r w:rsidRPr="00D97086">
        <w:rPr>
          <w:rFonts w:ascii="Times New Roman" w:hAnsi="Times New Roman" w:cs="Times New Roman"/>
          <w:b/>
          <w:sz w:val="24"/>
          <w:szCs w:val="24"/>
        </w:rPr>
        <w:t>të.</w:t>
      </w:r>
    </w:p>
    <w:p w14:paraId="20D145E3" w14:textId="77777777" w:rsidR="00E212CF" w:rsidRPr="00D97086" w:rsidRDefault="00E212CF" w:rsidP="00B06CA4">
      <w:pPr>
        <w:jc w:val="both"/>
        <w:rPr>
          <w:rFonts w:ascii="Times New Roman" w:hAnsi="Times New Roman" w:cs="Times New Roman"/>
          <w:sz w:val="24"/>
          <w:szCs w:val="24"/>
        </w:rPr>
      </w:pPr>
      <w:r w:rsidRPr="00D97086">
        <w:rPr>
          <w:rFonts w:ascii="Times New Roman" w:hAnsi="Times New Roman" w:cs="Times New Roman"/>
          <w:b/>
          <w:sz w:val="24"/>
          <w:szCs w:val="24"/>
        </w:rPr>
        <w:t xml:space="preserve">Obj. 1.1 — </w:t>
      </w:r>
      <w:r w:rsidRPr="00D97086">
        <w:rPr>
          <w:rFonts w:ascii="Times New Roman" w:hAnsi="Times New Roman" w:cs="Times New Roman"/>
          <w:sz w:val="24"/>
          <w:szCs w:val="24"/>
        </w:rPr>
        <w:t xml:space="preserve">Bashkia </w:t>
      </w:r>
      <w:proofErr w:type="spellStart"/>
      <w:r w:rsidRPr="00D97086">
        <w:rPr>
          <w:rFonts w:ascii="Times New Roman" w:hAnsi="Times New Roman" w:cs="Times New Roman"/>
          <w:sz w:val="24"/>
          <w:szCs w:val="24"/>
        </w:rPr>
        <w:t>subvencionon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qiranë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paktën</w:t>
      </w:r>
      <w:proofErr w:type="spellEnd"/>
      <w:r w:rsidRPr="00D97086">
        <w:rPr>
          <w:rFonts w:ascii="Times New Roman" w:hAnsi="Times New Roman" w:cs="Times New Roman"/>
          <w:sz w:val="24"/>
          <w:szCs w:val="24"/>
        </w:rPr>
        <w:t xml:space="preserve"> 15 </w:t>
      </w:r>
      <w:proofErr w:type="spellStart"/>
      <w:r w:rsidRPr="00D97086">
        <w:rPr>
          <w:rFonts w:ascii="Times New Roman" w:hAnsi="Times New Roman" w:cs="Times New Roman"/>
          <w:sz w:val="24"/>
          <w:szCs w:val="24"/>
        </w:rPr>
        <w:t>familje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vitin</w:t>
      </w:r>
      <w:proofErr w:type="spellEnd"/>
      <w:r w:rsidRPr="00D97086">
        <w:rPr>
          <w:rFonts w:ascii="Times New Roman" w:hAnsi="Times New Roman" w:cs="Times New Roman"/>
          <w:sz w:val="24"/>
          <w:szCs w:val="24"/>
        </w:rPr>
        <w:t xml:space="preserve"> 2025, të </w:t>
      </w:r>
      <w:proofErr w:type="spellStart"/>
      <w:r w:rsidRPr="00D97086">
        <w:rPr>
          <w:rFonts w:ascii="Times New Roman" w:hAnsi="Times New Roman" w:cs="Times New Roman"/>
          <w:sz w:val="24"/>
          <w:szCs w:val="24"/>
        </w:rPr>
        <w:t>paktën</w:t>
      </w:r>
      <w:proofErr w:type="spellEnd"/>
      <w:r w:rsidRPr="00D97086">
        <w:rPr>
          <w:rFonts w:ascii="Times New Roman" w:hAnsi="Times New Roman" w:cs="Times New Roman"/>
          <w:sz w:val="24"/>
          <w:szCs w:val="24"/>
        </w:rPr>
        <w:t xml:space="preserve"> 30 </w:t>
      </w:r>
      <w:proofErr w:type="spellStart"/>
      <w:r w:rsidRPr="00D97086">
        <w:rPr>
          <w:rFonts w:ascii="Times New Roman" w:hAnsi="Times New Roman" w:cs="Times New Roman"/>
          <w:sz w:val="24"/>
          <w:szCs w:val="24"/>
        </w:rPr>
        <w:t>familje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vitin</w:t>
      </w:r>
      <w:proofErr w:type="spellEnd"/>
      <w:r w:rsidRPr="00D97086">
        <w:rPr>
          <w:rFonts w:ascii="Times New Roman" w:hAnsi="Times New Roman" w:cs="Times New Roman"/>
          <w:sz w:val="24"/>
          <w:szCs w:val="24"/>
        </w:rPr>
        <w:t xml:space="preserve"> 2027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paktën</w:t>
      </w:r>
      <w:proofErr w:type="spellEnd"/>
      <w:r w:rsidRPr="00D97086">
        <w:rPr>
          <w:rFonts w:ascii="Times New Roman" w:hAnsi="Times New Roman" w:cs="Times New Roman"/>
          <w:sz w:val="24"/>
          <w:szCs w:val="24"/>
        </w:rPr>
        <w:t xml:space="preserve"> 45 </w:t>
      </w:r>
      <w:proofErr w:type="spellStart"/>
      <w:r w:rsidRPr="00D97086">
        <w:rPr>
          <w:rFonts w:ascii="Times New Roman" w:hAnsi="Times New Roman" w:cs="Times New Roman"/>
          <w:sz w:val="24"/>
          <w:szCs w:val="24"/>
        </w:rPr>
        <w:t>familje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deri</w:t>
      </w:r>
      <w:proofErr w:type="spellEnd"/>
      <w:r w:rsidRPr="00D97086">
        <w:rPr>
          <w:rFonts w:ascii="Times New Roman" w:hAnsi="Times New Roman" w:cs="Times New Roman"/>
          <w:sz w:val="24"/>
          <w:szCs w:val="24"/>
        </w:rPr>
        <w:t xml:space="preserve"> në fund të </w:t>
      </w:r>
      <w:proofErr w:type="spellStart"/>
      <w:r w:rsidRPr="00D97086">
        <w:rPr>
          <w:rFonts w:ascii="Times New Roman" w:hAnsi="Times New Roman" w:cs="Times New Roman"/>
          <w:sz w:val="24"/>
          <w:szCs w:val="24"/>
        </w:rPr>
        <w:t>vitit</w:t>
      </w:r>
      <w:proofErr w:type="spellEnd"/>
      <w:r w:rsidRPr="00D97086">
        <w:rPr>
          <w:rFonts w:ascii="Times New Roman" w:hAnsi="Times New Roman" w:cs="Times New Roman"/>
          <w:sz w:val="24"/>
          <w:szCs w:val="24"/>
        </w:rPr>
        <w:t xml:space="preserve"> 2029.</w:t>
      </w:r>
    </w:p>
    <w:p w14:paraId="1772E305" w14:textId="77777777" w:rsidR="00CC4EAA" w:rsidRDefault="00E212CF" w:rsidP="00B06CA4">
      <w:pPr>
        <w:jc w:val="both"/>
        <w:rPr>
          <w:rFonts w:ascii="Times New Roman" w:hAnsi="Times New Roman" w:cs="Times New Roman"/>
          <w:sz w:val="24"/>
          <w:szCs w:val="24"/>
        </w:rPr>
      </w:pPr>
      <w:r w:rsidRPr="00D97086">
        <w:rPr>
          <w:rFonts w:ascii="Times New Roman" w:hAnsi="Times New Roman" w:cs="Times New Roman"/>
          <w:b/>
          <w:sz w:val="24"/>
          <w:szCs w:val="24"/>
        </w:rPr>
        <w:t xml:space="preserve">Obj. 1.2 — </w:t>
      </w:r>
      <w:r w:rsidRPr="00D97086">
        <w:rPr>
          <w:rFonts w:ascii="Times New Roman" w:hAnsi="Times New Roman" w:cs="Times New Roman"/>
          <w:sz w:val="24"/>
          <w:szCs w:val="24"/>
        </w:rPr>
        <w:t xml:space="preserve">Deri në </w:t>
      </w:r>
      <w:proofErr w:type="spellStart"/>
      <w:r w:rsidRPr="00D97086">
        <w:rPr>
          <w:rFonts w:ascii="Times New Roman" w:hAnsi="Times New Roman" w:cs="Times New Roman"/>
          <w:sz w:val="24"/>
          <w:szCs w:val="24"/>
        </w:rPr>
        <w:t>tremujorin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dytë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vitit</w:t>
      </w:r>
      <w:proofErr w:type="spellEnd"/>
      <w:r w:rsidRPr="00D97086">
        <w:rPr>
          <w:rFonts w:ascii="Times New Roman" w:hAnsi="Times New Roman" w:cs="Times New Roman"/>
          <w:sz w:val="24"/>
          <w:szCs w:val="24"/>
        </w:rPr>
        <w:t xml:space="preserve"> 2026 </w:t>
      </w:r>
      <w:proofErr w:type="spellStart"/>
      <w:r w:rsidRPr="00D97086">
        <w:rPr>
          <w:rFonts w:ascii="Times New Roman" w:hAnsi="Times New Roman" w:cs="Times New Roman"/>
          <w:sz w:val="24"/>
          <w:szCs w:val="24"/>
        </w:rPr>
        <w:t>miratohet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protokolli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emergjent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nënshkruhen</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paktën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dy</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marrëveshje</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struktura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pritëse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viti</w:t>
      </w:r>
      <w:proofErr w:type="spellEnd"/>
      <w:r w:rsidRPr="00D97086">
        <w:rPr>
          <w:rFonts w:ascii="Times New Roman" w:hAnsi="Times New Roman" w:cs="Times New Roman"/>
          <w:sz w:val="24"/>
          <w:szCs w:val="24"/>
        </w:rPr>
        <w:t xml:space="preserve"> 2027 </w:t>
      </w:r>
    </w:p>
    <w:p w14:paraId="2D7BEA38" w14:textId="77777777" w:rsidR="00E212CF" w:rsidRPr="005B1542" w:rsidRDefault="00E212CF" w:rsidP="00B06CA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deri në 2029, 100% e rasteve emergjente strehohen brenda 15 ditëve.</w:t>
      </w:r>
    </w:p>
    <w:p w14:paraId="05D5310D" w14:textId="77777777" w:rsidR="00E212CF" w:rsidRPr="005B1542" w:rsidRDefault="00E212CF" w:rsidP="00B06CA4">
      <w:pPr>
        <w:jc w:val="both"/>
        <w:rPr>
          <w:rFonts w:ascii="Times New Roman" w:hAnsi="Times New Roman" w:cs="Times New Roman"/>
          <w:sz w:val="24"/>
          <w:szCs w:val="24"/>
          <w:lang w:val="it-IT"/>
        </w:rPr>
      </w:pPr>
      <w:r w:rsidRPr="005B1542">
        <w:rPr>
          <w:rFonts w:ascii="Times New Roman" w:hAnsi="Times New Roman" w:cs="Times New Roman"/>
          <w:b/>
          <w:sz w:val="24"/>
          <w:szCs w:val="24"/>
          <w:lang w:val="it-IT"/>
        </w:rPr>
        <w:t xml:space="preserve">Obj. 1.3 </w:t>
      </w:r>
      <w:r w:rsidRPr="005B1542">
        <w:rPr>
          <w:rFonts w:ascii="Times New Roman" w:hAnsi="Times New Roman" w:cs="Times New Roman"/>
          <w:sz w:val="24"/>
          <w:szCs w:val="24"/>
          <w:lang w:val="it-IT"/>
        </w:rPr>
        <w:t>Çdo vit zhvillohen të paktën 4 seanca informimi dhe ndërmjetësimi për qiratë, dhe ofrohet këshillim individual për të paktën 50 familje për gjetjen e banesës dhe përgatitjen e dokumentacionit.</w:t>
      </w:r>
    </w:p>
    <w:p w14:paraId="5EC776DE" w14:textId="77777777" w:rsidR="00E212CF" w:rsidRPr="005B1542" w:rsidRDefault="00E212CF" w:rsidP="00B06CA4">
      <w:pPr>
        <w:jc w:val="both"/>
        <w:rPr>
          <w:rFonts w:ascii="Times New Roman" w:hAnsi="Times New Roman" w:cs="Times New Roman"/>
          <w:b/>
          <w:sz w:val="24"/>
          <w:szCs w:val="24"/>
          <w:lang w:val="it-IT"/>
        </w:rPr>
      </w:pPr>
      <w:r w:rsidRPr="005B1542">
        <w:rPr>
          <w:rFonts w:ascii="Times New Roman" w:hAnsi="Times New Roman" w:cs="Times New Roman"/>
          <w:b/>
          <w:sz w:val="24"/>
          <w:szCs w:val="24"/>
          <w:lang w:val="it-IT"/>
        </w:rPr>
        <w:t>Prioriteti 2: Të rritet cilësia, aksesueshmëria dhe qëndrueshmëria e banesave ekzistuese përmes ndërhyrjeve me kosto të ulët.</w:t>
      </w:r>
    </w:p>
    <w:p w14:paraId="252816DD" w14:textId="77777777" w:rsidR="00E212CF" w:rsidRPr="005B1542" w:rsidRDefault="00E212CF" w:rsidP="00B06CA4">
      <w:pPr>
        <w:jc w:val="both"/>
        <w:rPr>
          <w:rFonts w:ascii="Times New Roman" w:hAnsi="Times New Roman" w:cs="Times New Roman"/>
          <w:sz w:val="24"/>
          <w:szCs w:val="24"/>
          <w:lang w:val="it-IT"/>
        </w:rPr>
      </w:pPr>
      <w:r w:rsidRPr="005B1542">
        <w:rPr>
          <w:rFonts w:ascii="Times New Roman" w:hAnsi="Times New Roman" w:cs="Times New Roman"/>
          <w:b/>
          <w:sz w:val="24"/>
          <w:szCs w:val="24"/>
          <w:lang w:val="it-IT"/>
        </w:rPr>
        <w:t xml:space="preserve">Obj. 2.1  </w:t>
      </w:r>
      <w:r w:rsidRPr="005B1542">
        <w:rPr>
          <w:rFonts w:ascii="Times New Roman" w:hAnsi="Times New Roman" w:cs="Times New Roman"/>
          <w:sz w:val="24"/>
          <w:szCs w:val="24"/>
          <w:lang w:val="it-IT"/>
        </w:rPr>
        <w:t>Deri në fund të vitit 2029 realizohen të paktën 80 rehabilitime të vogla (p.sh. çati, lagështirë, dritare), me synim minimal 20 ndërhyrje çdo vit.</w:t>
      </w:r>
    </w:p>
    <w:p w14:paraId="0E01EB90" w14:textId="77777777" w:rsidR="00E212CF" w:rsidRPr="005B1542" w:rsidRDefault="00E212CF" w:rsidP="00B06CA4">
      <w:pPr>
        <w:jc w:val="both"/>
        <w:rPr>
          <w:rFonts w:ascii="Times New Roman" w:hAnsi="Times New Roman" w:cs="Times New Roman"/>
          <w:sz w:val="24"/>
          <w:szCs w:val="24"/>
          <w:lang w:val="it-IT"/>
        </w:rPr>
      </w:pPr>
      <w:r w:rsidRPr="005B1542">
        <w:rPr>
          <w:rFonts w:ascii="Times New Roman" w:hAnsi="Times New Roman" w:cs="Times New Roman"/>
          <w:b/>
          <w:sz w:val="24"/>
          <w:szCs w:val="24"/>
          <w:lang w:val="it-IT"/>
        </w:rPr>
        <w:t xml:space="preserve">Obj. 2.2 </w:t>
      </w:r>
      <w:r w:rsidRPr="005B1542">
        <w:rPr>
          <w:rFonts w:ascii="Times New Roman" w:hAnsi="Times New Roman" w:cs="Times New Roman"/>
          <w:sz w:val="24"/>
          <w:szCs w:val="24"/>
          <w:lang w:val="it-IT"/>
        </w:rPr>
        <w:t>Deri në vitin 2029 përshtaten të paktën 24 banesa për persona me aftësi të kufizuara (rampa, banjo të aksesueshme, zgjidhje të aksesit).</w:t>
      </w:r>
    </w:p>
    <w:p w14:paraId="7AB6AD87" w14:textId="77777777" w:rsidR="00E212CF" w:rsidRPr="005B1542" w:rsidRDefault="00E212CF" w:rsidP="00B06CA4">
      <w:pPr>
        <w:jc w:val="both"/>
        <w:rPr>
          <w:rFonts w:ascii="Times New Roman" w:hAnsi="Times New Roman" w:cs="Times New Roman"/>
          <w:sz w:val="24"/>
          <w:szCs w:val="24"/>
          <w:lang w:val="it-IT"/>
        </w:rPr>
      </w:pPr>
      <w:r w:rsidRPr="005B1542">
        <w:rPr>
          <w:rFonts w:ascii="Times New Roman" w:hAnsi="Times New Roman" w:cs="Times New Roman"/>
          <w:b/>
          <w:sz w:val="24"/>
          <w:szCs w:val="24"/>
          <w:lang w:val="it-IT"/>
        </w:rPr>
        <w:t xml:space="preserve">Obj. 2.3 </w:t>
      </w:r>
      <w:r w:rsidRPr="005B1542">
        <w:rPr>
          <w:rFonts w:ascii="Times New Roman" w:hAnsi="Times New Roman" w:cs="Times New Roman"/>
          <w:sz w:val="24"/>
          <w:szCs w:val="24"/>
          <w:lang w:val="it-IT"/>
        </w:rPr>
        <w:t>Përqindja e banesave me kanalizime funksionale rritet nga rreth 72% në vitin 2024 në të paktën 80% deri në vitin 2029, me fokus në NjA</w:t>
      </w:r>
      <w:r w:rsidRPr="005B1542">
        <w:rPr>
          <w:rFonts w:ascii="MS Mincho" w:eastAsia="MS Mincho" w:hAnsi="MS Mincho" w:cs="MS Mincho"/>
          <w:sz w:val="24"/>
          <w:szCs w:val="24"/>
          <w:lang w:val="it-IT"/>
        </w:rPr>
        <w:t>‑</w:t>
      </w:r>
      <w:r w:rsidRPr="005B1542">
        <w:rPr>
          <w:rFonts w:ascii="Times New Roman" w:hAnsi="Times New Roman" w:cs="Times New Roman"/>
          <w:sz w:val="24"/>
          <w:szCs w:val="24"/>
          <w:lang w:val="it-IT"/>
        </w:rPr>
        <w:t>të me mungesa.</w:t>
      </w:r>
    </w:p>
    <w:p w14:paraId="4D2C196A" w14:textId="77777777" w:rsidR="00E212CF" w:rsidRPr="005B1542" w:rsidRDefault="00E212CF" w:rsidP="00B06CA4">
      <w:pPr>
        <w:jc w:val="both"/>
        <w:rPr>
          <w:rFonts w:ascii="Times New Roman" w:hAnsi="Times New Roman" w:cs="Times New Roman"/>
          <w:b/>
          <w:sz w:val="24"/>
          <w:szCs w:val="24"/>
          <w:lang w:val="it-IT"/>
        </w:rPr>
      </w:pPr>
      <w:r w:rsidRPr="005B1542">
        <w:rPr>
          <w:rFonts w:ascii="Times New Roman" w:hAnsi="Times New Roman" w:cs="Times New Roman"/>
          <w:b/>
          <w:sz w:val="24"/>
          <w:szCs w:val="24"/>
          <w:lang w:val="it-IT"/>
        </w:rPr>
        <w:t xml:space="preserve">Prioriteti 3: Të </w:t>
      </w:r>
      <w:r w:rsidR="002E7233" w:rsidRPr="005B1542">
        <w:rPr>
          <w:rFonts w:ascii="Times New Roman" w:hAnsi="Times New Roman" w:cs="Times New Roman"/>
          <w:b/>
          <w:sz w:val="24"/>
          <w:szCs w:val="24"/>
          <w:lang w:val="it-IT"/>
        </w:rPr>
        <w:t>konsolidohet sistemi i</w:t>
      </w:r>
      <w:r w:rsidRPr="005B1542">
        <w:rPr>
          <w:rFonts w:ascii="Times New Roman" w:hAnsi="Times New Roman" w:cs="Times New Roman"/>
          <w:b/>
          <w:sz w:val="24"/>
          <w:szCs w:val="24"/>
          <w:lang w:val="it-IT"/>
        </w:rPr>
        <w:t xml:space="preserve"> strehimit përmes formalizimit të qirave, regjistrave të qarta dhe bashkëpunimeve lokale.</w:t>
      </w:r>
    </w:p>
    <w:p w14:paraId="2FD7DDA3" w14:textId="77777777" w:rsidR="00E212CF" w:rsidRPr="00D97086" w:rsidRDefault="00E212CF" w:rsidP="00B06CA4">
      <w:pPr>
        <w:jc w:val="both"/>
        <w:rPr>
          <w:rFonts w:ascii="Times New Roman" w:hAnsi="Times New Roman" w:cs="Times New Roman"/>
          <w:sz w:val="24"/>
          <w:szCs w:val="24"/>
        </w:rPr>
      </w:pPr>
      <w:r w:rsidRPr="00D97086">
        <w:rPr>
          <w:rFonts w:ascii="Times New Roman" w:hAnsi="Times New Roman" w:cs="Times New Roman"/>
          <w:b/>
          <w:sz w:val="24"/>
          <w:szCs w:val="24"/>
        </w:rPr>
        <w:t xml:space="preserve">Obj. 3.1 </w:t>
      </w:r>
      <w:r w:rsidRPr="00D97086">
        <w:rPr>
          <w:rFonts w:ascii="Times New Roman" w:hAnsi="Times New Roman" w:cs="Times New Roman"/>
          <w:sz w:val="24"/>
          <w:szCs w:val="24"/>
        </w:rPr>
        <w:t xml:space="preserve">Deri në fund të </w:t>
      </w:r>
      <w:proofErr w:type="spellStart"/>
      <w:r w:rsidRPr="00D97086">
        <w:rPr>
          <w:rFonts w:ascii="Times New Roman" w:hAnsi="Times New Roman" w:cs="Times New Roman"/>
          <w:sz w:val="24"/>
          <w:szCs w:val="24"/>
        </w:rPr>
        <w:t>tremujorit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katërt</w:t>
      </w:r>
      <w:proofErr w:type="spellEnd"/>
      <w:r w:rsidRPr="00D97086">
        <w:rPr>
          <w:rFonts w:ascii="Times New Roman" w:hAnsi="Times New Roman" w:cs="Times New Roman"/>
          <w:sz w:val="24"/>
          <w:szCs w:val="24"/>
        </w:rPr>
        <w:t xml:space="preserve"> 2026 </w:t>
      </w:r>
      <w:proofErr w:type="spellStart"/>
      <w:r w:rsidRPr="00D97086">
        <w:rPr>
          <w:rFonts w:ascii="Times New Roman" w:hAnsi="Times New Roman" w:cs="Times New Roman"/>
          <w:sz w:val="24"/>
          <w:szCs w:val="24"/>
        </w:rPr>
        <w:t>nënshkruhen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marrëveshje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bashkëpunimi</w:t>
      </w:r>
      <w:proofErr w:type="spellEnd"/>
      <w:r w:rsidRPr="00D97086">
        <w:rPr>
          <w:rFonts w:ascii="Times New Roman" w:hAnsi="Times New Roman" w:cs="Times New Roman"/>
          <w:sz w:val="24"/>
          <w:szCs w:val="24"/>
        </w:rPr>
        <w:t xml:space="preserve"> me të </w:t>
      </w:r>
      <w:proofErr w:type="spellStart"/>
      <w:r w:rsidRPr="00D97086">
        <w:rPr>
          <w:rFonts w:ascii="Times New Roman" w:hAnsi="Times New Roman" w:cs="Times New Roman"/>
          <w:sz w:val="24"/>
          <w:szCs w:val="24"/>
        </w:rPr>
        <w:t>paktën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dy</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noterë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me të </w:t>
      </w:r>
      <w:proofErr w:type="spellStart"/>
      <w:r w:rsidRPr="00D97086">
        <w:rPr>
          <w:rFonts w:ascii="Times New Roman" w:hAnsi="Times New Roman" w:cs="Times New Roman"/>
          <w:sz w:val="24"/>
          <w:szCs w:val="24"/>
        </w:rPr>
        <w:t>paktën</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bankë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pilotimin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kredisë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butë</w:t>
      </w:r>
      <w:proofErr w:type="spellEnd"/>
      <w:r w:rsidRPr="00D97086">
        <w:rPr>
          <w:rFonts w:ascii="Times New Roman" w:hAnsi="Times New Roman" w:cs="Times New Roman"/>
          <w:sz w:val="24"/>
          <w:szCs w:val="24"/>
        </w:rPr>
        <w:t>.</w:t>
      </w:r>
    </w:p>
    <w:p w14:paraId="075E7FCC" w14:textId="77777777" w:rsidR="00E212CF" w:rsidRPr="00D97086" w:rsidRDefault="00E212CF" w:rsidP="00B06CA4">
      <w:pPr>
        <w:jc w:val="both"/>
        <w:rPr>
          <w:rFonts w:ascii="Times New Roman" w:hAnsi="Times New Roman" w:cs="Times New Roman"/>
          <w:sz w:val="24"/>
          <w:szCs w:val="24"/>
        </w:rPr>
      </w:pPr>
      <w:r w:rsidRPr="00D97086">
        <w:rPr>
          <w:rFonts w:ascii="Times New Roman" w:hAnsi="Times New Roman" w:cs="Times New Roman"/>
          <w:b/>
          <w:sz w:val="24"/>
          <w:szCs w:val="24"/>
        </w:rPr>
        <w:t xml:space="preserve">Obj. 3.2  </w:t>
      </w:r>
      <w:r w:rsidRPr="00D97086">
        <w:rPr>
          <w:rFonts w:ascii="Times New Roman" w:hAnsi="Times New Roman" w:cs="Times New Roman"/>
          <w:sz w:val="24"/>
          <w:szCs w:val="24"/>
        </w:rPr>
        <w:t xml:space="preserve">Pesha e </w:t>
      </w:r>
      <w:proofErr w:type="spellStart"/>
      <w:r w:rsidRPr="00D97086">
        <w:rPr>
          <w:rFonts w:ascii="Times New Roman" w:hAnsi="Times New Roman" w:cs="Times New Roman"/>
          <w:sz w:val="24"/>
          <w:szCs w:val="24"/>
        </w:rPr>
        <w:t>kontratave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noterizuara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qirasë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rritet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rreth</w:t>
      </w:r>
      <w:proofErr w:type="spellEnd"/>
      <w:r w:rsidRPr="00D97086">
        <w:rPr>
          <w:rFonts w:ascii="Times New Roman" w:hAnsi="Times New Roman" w:cs="Times New Roman"/>
          <w:sz w:val="24"/>
          <w:szCs w:val="24"/>
        </w:rPr>
        <w:t xml:space="preserve"> 25% në </w:t>
      </w:r>
      <w:proofErr w:type="spellStart"/>
      <w:r w:rsidRPr="00D97086">
        <w:rPr>
          <w:rFonts w:ascii="Times New Roman" w:hAnsi="Times New Roman" w:cs="Times New Roman"/>
          <w:sz w:val="24"/>
          <w:szCs w:val="24"/>
        </w:rPr>
        <w:t>vitin</w:t>
      </w:r>
      <w:proofErr w:type="spellEnd"/>
      <w:r w:rsidRPr="00D97086">
        <w:rPr>
          <w:rFonts w:ascii="Times New Roman" w:hAnsi="Times New Roman" w:cs="Times New Roman"/>
          <w:sz w:val="24"/>
          <w:szCs w:val="24"/>
        </w:rPr>
        <w:t xml:space="preserve"> 2024 në të </w:t>
      </w:r>
      <w:proofErr w:type="spellStart"/>
      <w:r w:rsidRPr="00D97086">
        <w:rPr>
          <w:rFonts w:ascii="Times New Roman" w:hAnsi="Times New Roman" w:cs="Times New Roman"/>
          <w:sz w:val="24"/>
          <w:szCs w:val="24"/>
        </w:rPr>
        <w:t>paktën</w:t>
      </w:r>
      <w:proofErr w:type="spellEnd"/>
      <w:r w:rsidRPr="00D97086">
        <w:rPr>
          <w:rFonts w:ascii="Times New Roman" w:hAnsi="Times New Roman" w:cs="Times New Roman"/>
          <w:sz w:val="24"/>
          <w:szCs w:val="24"/>
        </w:rPr>
        <w:t xml:space="preserve"> 50% </w:t>
      </w:r>
      <w:proofErr w:type="spellStart"/>
      <w:r w:rsidRPr="00D97086">
        <w:rPr>
          <w:rFonts w:ascii="Times New Roman" w:hAnsi="Times New Roman" w:cs="Times New Roman"/>
          <w:sz w:val="24"/>
          <w:szCs w:val="24"/>
        </w:rPr>
        <w:t>deri</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vitin</w:t>
      </w:r>
      <w:proofErr w:type="spellEnd"/>
      <w:r w:rsidRPr="00D97086">
        <w:rPr>
          <w:rFonts w:ascii="Times New Roman" w:hAnsi="Times New Roman" w:cs="Times New Roman"/>
          <w:sz w:val="24"/>
          <w:szCs w:val="24"/>
        </w:rPr>
        <w:t xml:space="preserve"> 2029.</w:t>
      </w:r>
    </w:p>
    <w:p w14:paraId="4F5976D2" w14:textId="77777777" w:rsidR="00E212CF" w:rsidRPr="00D97086" w:rsidRDefault="00E212CF" w:rsidP="00B06CA4">
      <w:pPr>
        <w:jc w:val="both"/>
        <w:rPr>
          <w:rFonts w:ascii="Times New Roman" w:hAnsi="Times New Roman" w:cs="Times New Roman"/>
          <w:sz w:val="24"/>
          <w:szCs w:val="24"/>
        </w:rPr>
      </w:pPr>
      <w:r w:rsidRPr="00D97086">
        <w:rPr>
          <w:rFonts w:ascii="Times New Roman" w:hAnsi="Times New Roman" w:cs="Times New Roman"/>
          <w:b/>
          <w:sz w:val="24"/>
          <w:szCs w:val="24"/>
        </w:rPr>
        <w:lastRenderedPageBreak/>
        <w:t xml:space="preserve">Obj. 3.3 </w:t>
      </w:r>
      <w:r w:rsidRPr="00D97086">
        <w:rPr>
          <w:rFonts w:ascii="Times New Roman" w:hAnsi="Times New Roman" w:cs="Times New Roman"/>
          <w:sz w:val="24"/>
          <w:szCs w:val="24"/>
        </w:rPr>
        <w:t xml:space="preserve">Deri në fund të </w:t>
      </w:r>
      <w:proofErr w:type="spellStart"/>
      <w:r w:rsidRPr="00D97086">
        <w:rPr>
          <w:rFonts w:ascii="Times New Roman" w:hAnsi="Times New Roman" w:cs="Times New Roman"/>
          <w:sz w:val="24"/>
          <w:szCs w:val="24"/>
        </w:rPr>
        <w:t>vitit</w:t>
      </w:r>
      <w:proofErr w:type="spellEnd"/>
      <w:r w:rsidRPr="00D97086">
        <w:rPr>
          <w:rFonts w:ascii="Times New Roman" w:hAnsi="Times New Roman" w:cs="Times New Roman"/>
          <w:sz w:val="24"/>
          <w:szCs w:val="24"/>
        </w:rPr>
        <w:t xml:space="preserve"> 2026 </w:t>
      </w:r>
      <w:proofErr w:type="spellStart"/>
      <w:r w:rsidRPr="00D97086">
        <w:rPr>
          <w:rFonts w:ascii="Times New Roman" w:hAnsi="Times New Roman" w:cs="Times New Roman"/>
          <w:sz w:val="24"/>
          <w:szCs w:val="24"/>
        </w:rPr>
        <w:t>krijohet</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regjistër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thjeshtë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publikohet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raporti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progresit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dy</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herë</w:t>
      </w:r>
      <w:proofErr w:type="spellEnd"/>
      <w:r w:rsidRPr="00D97086">
        <w:rPr>
          <w:rFonts w:ascii="Times New Roman" w:hAnsi="Times New Roman" w:cs="Times New Roman"/>
          <w:sz w:val="24"/>
          <w:szCs w:val="24"/>
        </w:rPr>
        <w:t xml:space="preserve"> në vit; </w:t>
      </w:r>
      <w:proofErr w:type="spellStart"/>
      <w:r w:rsidRPr="00D97086">
        <w:rPr>
          <w:rFonts w:ascii="Times New Roman" w:hAnsi="Times New Roman" w:cs="Times New Roman"/>
          <w:sz w:val="24"/>
          <w:szCs w:val="24"/>
        </w:rPr>
        <w:t>bazeline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gjithë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indikatorët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vendosen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brenda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vitit</w:t>
      </w:r>
      <w:proofErr w:type="spellEnd"/>
      <w:r w:rsidRPr="00D97086">
        <w:rPr>
          <w:rFonts w:ascii="Times New Roman" w:hAnsi="Times New Roman" w:cs="Times New Roman"/>
          <w:sz w:val="24"/>
          <w:szCs w:val="24"/>
        </w:rPr>
        <w:t xml:space="preserve"> 2026.</w:t>
      </w:r>
    </w:p>
    <w:p w14:paraId="36303B98" w14:textId="77777777" w:rsidR="00DB7101" w:rsidRPr="00D97086" w:rsidRDefault="00F653AC" w:rsidP="0020237D">
      <w:pPr>
        <w:pStyle w:val="Heading1"/>
        <w:numPr>
          <w:ilvl w:val="0"/>
          <w:numId w:val="22"/>
        </w:numPr>
        <w:rPr>
          <w:rFonts w:ascii="Times New Roman" w:hAnsi="Times New Roman" w:cs="Times New Roman"/>
        </w:rPr>
      </w:pPr>
      <w:bookmarkStart w:id="13" w:name="_Toc209703440"/>
      <w:proofErr w:type="spellStart"/>
      <w:r w:rsidRPr="00D97086">
        <w:rPr>
          <w:rFonts w:ascii="Times New Roman" w:hAnsi="Times New Roman" w:cs="Times New Roman"/>
        </w:rPr>
        <w:t>Programet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masat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aktivitetet</w:t>
      </w:r>
      <w:bookmarkEnd w:id="13"/>
      <w:proofErr w:type="spellEnd"/>
      <w:r w:rsidR="002A3AC9" w:rsidRPr="00D97086">
        <w:rPr>
          <w:rFonts w:ascii="Times New Roman" w:hAnsi="Times New Roman" w:cs="Times New Roman"/>
        </w:rPr>
        <w:t xml:space="preserve"> </w:t>
      </w:r>
    </w:p>
    <w:p w14:paraId="736AFFDF" w14:textId="77777777" w:rsidR="00DB7101" w:rsidRPr="00D97086" w:rsidRDefault="00DB7101" w:rsidP="00DB7101">
      <w:pPr>
        <w:rPr>
          <w:rFonts w:ascii="Times New Roman" w:hAnsi="Times New Roman" w:cs="Times New Roman"/>
        </w:rPr>
      </w:pPr>
    </w:p>
    <w:p w14:paraId="6AE6FD0E" w14:textId="77777777" w:rsidR="004A51E8" w:rsidRPr="00D97086" w:rsidRDefault="004A51E8" w:rsidP="004A51E8">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Kjo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rubrikë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operacionalizon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objektivat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strategjike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përcaktuara</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kapitullin</w:t>
      </w:r>
      <w:proofErr w:type="spellEnd"/>
      <w:r w:rsidRPr="00D97086">
        <w:rPr>
          <w:rFonts w:ascii="Times New Roman" w:hAnsi="Times New Roman" w:cs="Times New Roman"/>
          <w:sz w:val="24"/>
          <w:szCs w:val="24"/>
        </w:rPr>
        <w:t xml:space="preserve"> 8, duke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kthyer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ato</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ndërhyrje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matshme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realizueshme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periudhën</w:t>
      </w:r>
      <w:proofErr w:type="spellEnd"/>
      <w:r w:rsidRPr="00D97086">
        <w:rPr>
          <w:rFonts w:ascii="Times New Roman" w:hAnsi="Times New Roman" w:cs="Times New Roman"/>
          <w:sz w:val="24"/>
          <w:szCs w:val="24"/>
        </w:rPr>
        <w:t xml:space="preserve"> 2025–2029. </w:t>
      </w:r>
      <w:proofErr w:type="spellStart"/>
      <w:r w:rsidRPr="00D97086">
        <w:rPr>
          <w:rFonts w:ascii="Times New Roman" w:hAnsi="Times New Roman" w:cs="Times New Roman"/>
          <w:sz w:val="24"/>
          <w:szCs w:val="24"/>
        </w:rPr>
        <w:t>Programet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janë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grupuara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sipas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prioriteteve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strategjike</w:t>
      </w:r>
      <w:proofErr w:type="spellEnd"/>
      <w:r w:rsidRPr="00D97086">
        <w:rPr>
          <w:rFonts w:ascii="Times New Roman" w:hAnsi="Times New Roman" w:cs="Times New Roman"/>
          <w:sz w:val="24"/>
          <w:szCs w:val="24"/>
        </w:rPr>
        <w:t xml:space="preserve">, duke </w:t>
      </w:r>
      <w:proofErr w:type="spellStart"/>
      <w:r w:rsidRPr="00D97086">
        <w:rPr>
          <w:rFonts w:ascii="Times New Roman" w:hAnsi="Times New Roman" w:cs="Times New Roman"/>
          <w:sz w:val="24"/>
          <w:szCs w:val="24"/>
        </w:rPr>
        <w:t>siguruar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koherencë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plotë</w:t>
      </w:r>
      <w:proofErr w:type="spellEnd"/>
      <w:r w:rsidRPr="00D97086">
        <w:rPr>
          <w:rFonts w:ascii="Times New Roman" w:hAnsi="Times New Roman" w:cs="Times New Roman"/>
          <w:sz w:val="24"/>
          <w:szCs w:val="24"/>
        </w:rPr>
        <w:t xml:space="preserve"> midis </w:t>
      </w:r>
      <w:proofErr w:type="spellStart"/>
      <w:r w:rsidRPr="00D97086">
        <w:rPr>
          <w:rFonts w:ascii="Times New Roman" w:hAnsi="Times New Roman" w:cs="Times New Roman"/>
          <w:sz w:val="24"/>
          <w:szCs w:val="24"/>
        </w:rPr>
        <w:t>vizionit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planit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instrumenteve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praktike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zbatimit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Kjo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qasje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forcon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profesionalizmin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rrit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transparencën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garanton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planifikimi</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orientohet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drejt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rezultateve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matshme</w:t>
      </w:r>
      <w:proofErr w:type="spellEnd"/>
      <w:r w:rsidRPr="00D97086">
        <w:rPr>
          <w:rFonts w:ascii="Times New Roman" w:hAnsi="Times New Roman" w:cs="Times New Roman"/>
          <w:sz w:val="24"/>
          <w:szCs w:val="24"/>
        </w:rPr>
        <w:t>.</w:t>
      </w:r>
    </w:p>
    <w:p w14:paraId="3A86E36B" w14:textId="77777777" w:rsidR="004A51E8" w:rsidRPr="005B1542" w:rsidRDefault="004A51E8" w:rsidP="004A51E8">
      <w:pPr>
        <w:jc w:val="both"/>
        <w:rPr>
          <w:rFonts w:ascii="Times New Roman" w:hAnsi="Times New Roman" w:cs="Times New Roman"/>
          <w:b/>
          <w:sz w:val="24"/>
          <w:szCs w:val="24"/>
          <w:lang w:val="it-IT"/>
        </w:rPr>
      </w:pPr>
      <w:r w:rsidRPr="005B1542">
        <w:rPr>
          <w:rFonts w:ascii="Times New Roman" w:hAnsi="Times New Roman" w:cs="Times New Roman"/>
          <w:b/>
          <w:sz w:val="24"/>
          <w:szCs w:val="24"/>
          <w:lang w:val="it-IT"/>
        </w:rPr>
        <w:t>Prioriteti 1: Strehim i menjëhershëm dhe përballueshmëri</w:t>
      </w:r>
    </w:p>
    <w:p w14:paraId="63CF57E9" w14:textId="77777777" w:rsidR="004A51E8" w:rsidRPr="005B1542" w:rsidRDefault="004A51E8" w:rsidP="004A51E8">
      <w:pPr>
        <w:jc w:val="both"/>
        <w:rPr>
          <w:rFonts w:ascii="Times New Roman" w:hAnsi="Times New Roman" w:cs="Times New Roman"/>
          <w:b/>
          <w:i/>
          <w:sz w:val="24"/>
          <w:szCs w:val="24"/>
          <w:lang w:val="it-IT"/>
        </w:rPr>
      </w:pPr>
      <w:r w:rsidRPr="005B1542">
        <w:rPr>
          <w:rFonts w:ascii="Times New Roman" w:hAnsi="Times New Roman" w:cs="Times New Roman"/>
          <w:b/>
          <w:i/>
          <w:sz w:val="24"/>
          <w:szCs w:val="24"/>
          <w:lang w:val="it-IT"/>
        </w:rPr>
        <w:t>Programi 1. Mbështetje me qira të përballueshme</w:t>
      </w:r>
    </w:p>
    <w:p w14:paraId="246C6FE5" w14:textId="77777777" w:rsidR="004A51E8" w:rsidRPr="005B1542" w:rsidRDefault="004A51E8" w:rsidP="004A51E8">
      <w:pPr>
        <w:jc w:val="both"/>
        <w:rPr>
          <w:rFonts w:ascii="Times New Roman" w:hAnsi="Times New Roman" w:cs="Times New Roman"/>
          <w:sz w:val="24"/>
          <w:szCs w:val="24"/>
          <w:lang w:val="it-IT"/>
        </w:rPr>
      </w:pPr>
      <w:r w:rsidRPr="005B1542">
        <w:rPr>
          <w:rFonts w:ascii="Times New Roman" w:hAnsi="Times New Roman" w:cs="Times New Roman"/>
          <w:b/>
          <w:i/>
          <w:sz w:val="24"/>
          <w:szCs w:val="24"/>
          <w:u w:val="single"/>
          <w:lang w:val="it-IT"/>
        </w:rPr>
        <w:t>Masat:</w:t>
      </w:r>
      <w:r w:rsidRPr="005B1542">
        <w:rPr>
          <w:rFonts w:ascii="Times New Roman" w:hAnsi="Times New Roman" w:cs="Times New Roman"/>
          <w:sz w:val="24"/>
          <w:szCs w:val="24"/>
          <w:lang w:val="it-IT"/>
        </w:rPr>
        <w:t xml:space="preserve"> Zbatimi i subvencionit të qirasë (80% qeveria, 20% bashkia), zgjerimi në NjA rurale, formalizimi i tregut të qirasë.</w:t>
      </w:r>
    </w:p>
    <w:p w14:paraId="6F0D6D65" w14:textId="77777777" w:rsidR="004A51E8" w:rsidRPr="005B1542" w:rsidRDefault="004A51E8" w:rsidP="004A51E8">
      <w:pPr>
        <w:jc w:val="both"/>
        <w:rPr>
          <w:rFonts w:ascii="Times New Roman" w:hAnsi="Times New Roman" w:cs="Times New Roman"/>
          <w:sz w:val="24"/>
          <w:szCs w:val="24"/>
          <w:lang w:val="it-IT"/>
        </w:rPr>
      </w:pPr>
      <w:r w:rsidRPr="005B1542">
        <w:rPr>
          <w:rFonts w:ascii="Times New Roman" w:hAnsi="Times New Roman" w:cs="Times New Roman"/>
          <w:b/>
          <w:i/>
          <w:sz w:val="24"/>
          <w:szCs w:val="24"/>
          <w:u w:val="single"/>
          <w:lang w:val="it-IT"/>
        </w:rPr>
        <w:t>Aktivitete:</w:t>
      </w:r>
      <w:r w:rsidRPr="005B1542">
        <w:rPr>
          <w:rFonts w:ascii="Times New Roman" w:hAnsi="Times New Roman" w:cs="Times New Roman"/>
          <w:sz w:val="24"/>
          <w:szCs w:val="24"/>
          <w:lang w:val="it-IT"/>
        </w:rPr>
        <w:t xml:space="preserve"> Publikimi i kritereve çdo vit, trajnimi i stafit, monitorim i çmimeve.</w:t>
      </w:r>
    </w:p>
    <w:p w14:paraId="712AA749" w14:textId="77777777" w:rsidR="004A51E8" w:rsidRPr="005B1542" w:rsidRDefault="004A51E8" w:rsidP="004A51E8">
      <w:pPr>
        <w:jc w:val="both"/>
        <w:rPr>
          <w:rFonts w:ascii="Times New Roman" w:hAnsi="Times New Roman" w:cs="Times New Roman"/>
          <w:sz w:val="24"/>
          <w:szCs w:val="24"/>
          <w:lang w:val="it-IT"/>
        </w:rPr>
      </w:pPr>
      <w:r w:rsidRPr="005B1542">
        <w:rPr>
          <w:rFonts w:ascii="Times New Roman" w:hAnsi="Times New Roman" w:cs="Times New Roman"/>
          <w:b/>
          <w:i/>
          <w:sz w:val="24"/>
          <w:szCs w:val="24"/>
          <w:u w:val="single"/>
          <w:lang w:val="it-IT"/>
        </w:rPr>
        <w:t>Indikatorë:</w:t>
      </w:r>
      <w:r w:rsidRPr="005B1542">
        <w:rPr>
          <w:rFonts w:ascii="Times New Roman" w:hAnsi="Times New Roman" w:cs="Times New Roman"/>
          <w:sz w:val="24"/>
          <w:szCs w:val="24"/>
          <w:lang w:val="it-IT"/>
        </w:rPr>
        <w:t xml:space="preserve"> Numri i familjeve përfituese, % e kontratave të noterizuara, shpërndarja sipas NjA.</w:t>
      </w:r>
    </w:p>
    <w:p w14:paraId="0C60956E" w14:textId="77777777" w:rsidR="004A51E8" w:rsidRPr="005B1542" w:rsidRDefault="004A51E8" w:rsidP="004A51E8">
      <w:pPr>
        <w:jc w:val="both"/>
        <w:rPr>
          <w:rFonts w:ascii="Times New Roman" w:hAnsi="Times New Roman" w:cs="Times New Roman"/>
          <w:b/>
          <w:i/>
          <w:sz w:val="24"/>
          <w:szCs w:val="24"/>
          <w:lang w:val="it-IT"/>
        </w:rPr>
      </w:pPr>
      <w:r w:rsidRPr="005B1542">
        <w:rPr>
          <w:rFonts w:ascii="Times New Roman" w:hAnsi="Times New Roman" w:cs="Times New Roman"/>
          <w:b/>
          <w:i/>
          <w:sz w:val="24"/>
          <w:szCs w:val="24"/>
          <w:lang w:val="it-IT"/>
        </w:rPr>
        <w:t>Programi 4. Strehim emergjent dhe raste krize</w:t>
      </w:r>
    </w:p>
    <w:p w14:paraId="705164D1" w14:textId="77777777" w:rsidR="004A51E8" w:rsidRPr="005B1542" w:rsidRDefault="004A51E8" w:rsidP="004A51E8">
      <w:pPr>
        <w:ind w:left="720"/>
        <w:jc w:val="both"/>
        <w:rPr>
          <w:rFonts w:ascii="Times New Roman" w:hAnsi="Times New Roman" w:cs="Times New Roman"/>
          <w:sz w:val="24"/>
          <w:szCs w:val="24"/>
          <w:lang w:val="it-IT"/>
        </w:rPr>
      </w:pPr>
      <w:r w:rsidRPr="005B1542">
        <w:rPr>
          <w:rFonts w:ascii="Times New Roman" w:hAnsi="Times New Roman" w:cs="Times New Roman"/>
          <w:b/>
          <w:i/>
          <w:sz w:val="24"/>
          <w:szCs w:val="24"/>
          <w:u w:val="single"/>
          <w:lang w:val="it-IT"/>
        </w:rPr>
        <w:t>Masat:</w:t>
      </w:r>
      <w:r w:rsidRPr="005B1542">
        <w:rPr>
          <w:rFonts w:ascii="Times New Roman" w:hAnsi="Times New Roman" w:cs="Times New Roman"/>
          <w:sz w:val="24"/>
          <w:szCs w:val="24"/>
          <w:lang w:val="it-IT"/>
        </w:rPr>
        <w:t xml:space="preserve"> Ngritja e një strukture të dedikuar për strehim emergjent, rezervimi i fondeve për mbështetje me qira, forcimi i koordinimit ndërinstitucional.</w:t>
      </w:r>
    </w:p>
    <w:p w14:paraId="7D95872E" w14:textId="77777777" w:rsidR="004A51E8" w:rsidRPr="005B1542" w:rsidRDefault="004A51E8" w:rsidP="004A51E8">
      <w:pPr>
        <w:ind w:left="1440"/>
        <w:jc w:val="both"/>
        <w:rPr>
          <w:rFonts w:ascii="Times New Roman" w:hAnsi="Times New Roman" w:cs="Times New Roman"/>
          <w:sz w:val="24"/>
          <w:szCs w:val="24"/>
          <w:lang w:val="it-IT"/>
        </w:rPr>
      </w:pPr>
      <w:r w:rsidRPr="005B1542">
        <w:rPr>
          <w:rFonts w:ascii="Times New Roman" w:hAnsi="Times New Roman" w:cs="Times New Roman"/>
          <w:b/>
          <w:i/>
          <w:sz w:val="24"/>
          <w:szCs w:val="24"/>
          <w:u w:val="single"/>
          <w:lang w:val="it-IT"/>
        </w:rPr>
        <w:t>Aktivitete:</w:t>
      </w:r>
      <w:r w:rsidRPr="005B1542">
        <w:rPr>
          <w:rFonts w:ascii="Times New Roman" w:hAnsi="Times New Roman" w:cs="Times New Roman"/>
          <w:sz w:val="24"/>
          <w:szCs w:val="24"/>
          <w:lang w:val="it-IT"/>
        </w:rPr>
        <w:t xml:space="preserve"> Hartimi i protokolleve, trajnimi i stafit, mekanizëm reagimi brenda 24 orëve.</w:t>
      </w:r>
    </w:p>
    <w:p w14:paraId="6C6FE738" w14:textId="77777777" w:rsidR="004A51E8" w:rsidRPr="005B1542" w:rsidRDefault="004A51E8" w:rsidP="004A51E8">
      <w:pPr>
        <w:ind w:left="720" w:firstLine="720"/>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I</w:t>
      </w:r>
      <w:r w:rsidRPr="005B1542">
        <w:rPr>
          <w:rFonts w:ascii="Times New Roman" w:hAnsi="Times New Roman" w:cs="Times New Roman"/>
          <w:b/>
          <w:i/>
          <w:sz w:val="24"/>
          <w:szCs w:val="24"/>
          <w:u w:val="single"/>
          <w:lang w:val="it-IT"/>
        </w:rPr>
        <w:t>ndikatorë</w:t>
      </w:r>
      <w:r w:rsidRPr="005B1542">
        <w:rPr>
          <w:rFonts w:ascii="Times New Roman" w:hAnsi="Times New Roman" w:cs="Times New Roman"/>
          <w:sz w:val="24"/>
          <w:szCs w:val="24"/>
          <w:lang w:val="it-IT"/>
        </w:rPr>
        <w:t>: Numri i rasteve emergjente të strehuara, koha e reagimit.</w:t>
      </w:r>
    </w:p>
    <w:p w14:paraId="1C0644C2" w14:textId="77777777" w:rsidR="004A51E8" w:rsidRPr="005B1542" w:rsidRDefault="004A51E8" w:rsidP="004A51E8">
      <w:pPr>
        <w:jc w:val="both"/>
        <w:rPr>
          <w:rFonts w:ascii="Times New Roman" w:hAnsi="Times New Roman" w:cs="Times New Roman"/>
          <w:b/>
          <w:sz w:val="24"/>
          <w:szCs w:val="24"/>
          <w:lang w:val="it-IT"/>
        </w:rPr>
      </w:pPr>
      <w:r w:rsidRPr="005B1542">
        <w:rPr>
          <w:rFonts w:ascii="Times New Roman" w:hAnsi="Times New Roman" w:cs="Times New Roman"/>
          <w:b/>
          <w:sz w:val="24"/>
          <w:szCs w:val="24"/>
          <w:lang w:val="it-IT"/>
        </w:rPr>
        <w:t>Prioriteti 2: Cilësia, aksesueshmëria dhe qëndrueshmëria e banesave</w:t>
      </w:r>
    </w:p>
    <w:p w14:paraId="3788923B" w14:textId="77777777" w:rsidR="004A51E8" w:rsidRPr="005B1542" w:rsidRDefault="004A51E8" w:rsidP="004A51E8">
      <w:pPr>
        <w:jc w:val="both"/>
        <w:rPr>
          <w:rFonts w:ascii="Times New Roman" w:hAnsi="Times New Roman" w:cs="Times New Roman"/>
          <w:b/>
          <w:i/>
          <w:sz w:val="24"/>
          <w:szCs w:val="24"/>
          <w:lang w:val="it-IT"/>
        </w:rPr>
      </w:pPr>
      <w:r w:rsidRPr="005B1542">
        <w:rPr>
          <w:rFonts w:ascii="Times New Roman" w:hAnsi="Times New Roman" w:cs="Times New Roman"/>
          <w:b/>
          <w:i/>
          <w:sz w:val="24"/>
          <w:szCs w:val="24"/>
          <w:lang w:val="it-IT"/>
        </w:rPr>
        <w:t>Programi 2. Rehabilitim dhe përmirësim i banesave</w:t>
      </w:r>
    </w:p>
    <w:p w14:paraId="0D5EAD6A" w14:textId="77777777" w:rsidR="004A51E8" w:rsidRPr="005B1542" w:rsidRDefault="004A51E8" w:rsidP="004A51E8">
      <w:pPr>
        <w:ind w:left="720"/>
        <w:jc w:val="both"/>
        <w:rPr>
          <w:rFonts w:ascii="Times New Roman" w:hAnsi="Times New Roman" w:cs="Times New Roman"/>
          <w:sz w:val="24"/>
          <w:szCs w:val="24"/>
          <w:lang w:val="it-IT"/>
        </w:rPr>
      </w:pPr>
      <w:r w:rsidRPr="005B1542">
        <w:rPr>
          <w:rFonts w:ascii="Times New Roman" w:hAnsi="Times New Roman" w:cs="Times New Roman"/>
          <w:b/>
          <w:i/>
          <w:sz w:val="24"/>
          <w:szCs w:val="24"/>
          <w:u w:val="single"/>
          <w:lang w:val="it-IT"/>
        </w:rPr>
        <w:t>Masat:</w:t>
      </w:r>
      <w:r w:rsidRPr="005B1542">
        <w:rPr>
          <w:rFonts w:ascii="Times New Roman" w:hAnsi="Times New Roman" w:cs="Times New Roman"/>
          <w:sz w:val="24"/>
          <w:szCs w:val="24"/>
          <w:lang w:val="it-IT"/>
        </w:rPr>
        <w:t xml:space="preserve"> Rikthimi i programit pas vitit 2023, bashkëfinancim 80%–20%, integrim i standardeve të eficiencës energjetike dhe aksesueshmërisë universale.</w:t>
      </w:r>
    </w:p>
    <w:p w14:paraId="042F7608" w14:textId="77777777" w:rsidR="004A51E8" w:rsidRPr="005B1542" w:rsidRDefault="004A51E8" w:rsidP="004A51E8">
      <w:pPr>
        <w:ind w:left="1440"/>
        <w:jc w:val="both"/>
        <w:rPr>
          <w:rFonts w:ascii="Times New Roman" w:hAnsi="Times New Roman" w:cs="Times New Roman"/>
          <w:sz w:val="24"/>
          <w:szCs w:val="24"/>
          <w:lang w:val="it-IT"/>
        </w:rPr>
      </w:pPr>
      <w:r w:rsidRPr="005B1542">
        <w:rPr>
          <w:rFonts w:ascii="Times New Roman" w:hAnsi="Times New Roman" w:cs="Times New Roman"/>
          <w:b/>
          <w:i/>
          <w:sz w:val="24"/>
          <w:szCs w:val="24"/>
          <w:u w:val="single"/>
          <w:lang w:val="it-IT"/>
        </w:rPr>
        <w:t>Aktivitete:</w:t>
      </w:r>
      <w:r w:rsidRPr="005B1542">
        <w:rPr>
          <w:rFonts w:ascii="Times New Roman" w:hAnsi="Times New Roman" w:cs="Times New Roman"/>
          <w:sz w:val="24"/>
          <w:szCs w:val="24"/>
          <w:lang w:val="it-IT"/>
        </w:rPr>
        <w:t xml:space="preserve"> Identifikimi i banesave në amortizim, mbështetje për përshtatje për PAK, raportim vjetor.</w:t>
      </w:r>
    </w:p>
    <w:p w14:paraId="2BCFBF10" w14:textId="77777777" w:rsidR="004A51E8" w:rsidRPr="005B1542" w:rsidRDefault="004A51E8" w:rsidP="004A51E8">
      <w:pPr>
        <w:ind w:left="1440"/>
        <w:jc w:val="both"/>
        <w:rPr>
          <w:rFonts w:ascii="Times New Roman" w:hAnsi="Times New Roman" w:cs="Times New Roman"/>
          <w:sz w:val="24"/>
          <w:szCs w:val="24"/>
          <w:lang w:val="it-IT"/>
        </w:rPr>
      </w:pPr>
      <w:r w:rsidRPr="005B1542">
        <w:rPr>
          <w:rFonts w:ascii="Times New Roman" w:hAnsi="Times New Roman" w:cs="Times New Roman"/>
          <w:b/>
          <w:i/>
          <w:sz w:val="24"/>
          <w:szCs w:val="24"/>
          <w:u w:val="single"/>
          <w:lang w:val="it-IT"/>
        </w:rPr>
        <w:lastRenderedPageBreak/>
        <w:t>Indikatorë:</w:t>
      </w:r>
      <w:r w:rsidRPr="005B1542">
        <w:rPr>
          <w:rFonts w:ascii="Times New Roman" w:hAnsi="Times New Roman" w:cs="Times New Roman"/>
          <w:sz w:val="24"/>
          <w:szCs w:val="24"/>
          <w:lang w:val="it-IT"/>
        </w:rPr>
        <w:t xml:space="preserve"> Numri i banesave të rehabilituara, % me masa aksesueshmërie, shpërndarja sipas NjA.</w:t>
      </w:r>
    </w:p>
    <w:p w14:paraId="5BE19E74" w14:textId="77777777" w:rsidR="004A51E8" w:rsidRPr="00D97086" w:rsidRDefault="004A51E8" w:rsidP="004A51E8">
      <w:pPr>
        <w:jc w:val="both"/>
        <w:rPr>
          <w:rFonts w:ascii="Times New Roman" w:hAnsi="Times New Roman" w:cs="Times New Roman"/>
          <w:b/>
          <w:sz w:val="24"/>
          <w:szCs w:val="24"/>
        </w:rPr>
      </w:pPr>
      <w:proofErr w:type="spellStart"/>
      <w:r w:rsidRPr="00D97086">
        <w:rPr>
          <w:rFonts w:ascii="Times New Roman" w:hAnsi="Times New Roman" w:cs="Times New Roman"/>
          <w:b/>
          <w:sz w:val="24"/>
          <w:szCs w:val="24"/>
        </w:rPr>
        <w:t>Prioriteti</w:t>
      </w:r>
      <w:proofErr w:type="spellEnd"/>
      <w:r w:rsidRPr="00D97086">
        <w:rPr>
          <w:rFonts w:ascii="Times New Roman" w:hAnsi="Times New Roman" w:cs="Times New Roman"/>
          <w:b/>
          <w:sz w:val="24"/>
          <w:szCs w:val="24"/>
        </w:rPr>
        <w:t xml:space="preserve"> 3: </w:t>
      </w:r>
      <w:proofErr w:type="spellStart"/>
      <w:r w:rsidRPr="00D97086">
        <w:rPr>
          <w:rFonts w:ascii="Times New Roman" w:hAnsi="Times New Roman" w:cs="Times New Roman"/>
          <w:b/>
          <w:sz w:val="24"/>
          <w:szCs w:val="24"/>
        </w:rPr>
        <w:t>Formalizimi</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dhe</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partneritetet</w:t>
      </w:r>
      <w:proofErr w:type="spellEnd"/>
    </w:p>
    <w:p w14:paraId="7988B994" w14:textId="77777777" w:rsidR="004A51E8" w:rsidRPr="005B1542" w:rsidRDefault="004A51E8" w:rsidP="004A51E8">
      <w:pPr>
        <w:jc w:val="both"/>
        <w:rPr>
          <w:rFonts w:ascii="Times New Roman" w:hAnsi="Times New Roman" w:cs="Times New Roman"/>
          <w:b/>
          <w:i/>
          <w:sz w:val="24"/>
          <w:szCs w:val="24"/>
          <w:lang w:val="it-IT"/>
        </w:rPr>
      </w:pPr>
      <w:r w:rsidRPr="005B1542">
        <w:rPr>
          <w:rFonts w:ascii="Times New Roman" w:hAnsi="Times New Roman" w:cs="Times New Roman"/>
          <w:b/>
          <w:i/>
          <w:sz w:val="24"/>
          <w:szCs w:val="24"/>
          <w:lang w:val="it-IT"/>
        </w:rPr>
        <w:t>Programi 3. Banesa sociale dhe ndërtim i ri</w:t>
      </w:r>
    </w:p>
    <w:p w14:paraId="0D44631F" w14:textId="77777777" w:rsidR="004A51E8" w:rsidRPr="005B1542" w:rsidRDefault="004A51E8" w:rsidP="004A51E8">
      <w:pPr>
        <w:ind w:left="720"/>
        <w:jc w:val="both"/>
        <w:rPr>
          <w:rFonts w:ascii="Times New Roman" w:hAnsi="Times New Roman" w:cs="Times New Roman"/>
          <w:sz w:val="24"/>
          <w:szCs w:val="24"/>
          <w:lang w:val="it-IT"/>
        </w:rPr>
      </w:pPr>
      <w:r w:rsidRPr="005B1542">
        <w:rPr>
          <w:rFonts w:ascii="Times New Roman" w:hAnsi="Times New Roman" w:cs="Times New Roman"/>
          <w:b/>
          <w:i/>
          <w:sz w:val="24"/>
          <w:szCs w:val="24"/>
          <w:u w:val="single"/>
          <w:lang w:val="it-IT"/>
        </w:rPr>
        <w:t>Masat:</w:t>
      </w:r>
      <w:r w:rsidRPr="005B1542">
        <w:rPr>
          <w:rFonts w:ascii="Times New Roman" w:hAnsi="Times New Roman" w:cs="Times New Roman"/>
          <w:sz w:val="24"/>
          <w:szCs w:val="24"/>
          <w:lang w:val="it-IT"/>
        </w:rPr>
        <w:t xml:space="preserve"> Shfrytëzimi i truallit prej 3.64 ha për ndërtimin e 40–50 apartamenteve, mobilizimi i fondeve përmes partneriteteve qendër–vendor–privat, integrimi i standardeve të eficiencës energjetike.</w:t>
      </w:r>
    </w:p>
    <w:p w14:paraId="139B5596" w14:textId="77777777" w:rsidR="004A51E8" w:rsidRPr="005B1542" w:rsidRDefault="004A51E8" w:rsidP="004A51E8">
      <w:pPr>
        <w:ind w:left="1440"/>
        <w:jc w:val="both"/>
        <w:rPr>
          <w:rFonts w:ascii="Times New Roman" w:hAnsi="Times New Roman" w:cs="Times New Roman"/>
          <w:sz w:val="24"/>
          <w:szCs w:val="24"/>
          <w:lang w:val="it-IT"/>
        </w:rPr>
      </w:pPr>
      <w:r w:rsidRPr="005B1542">
        <w:rPr>
          <w:rFonts w:ascii="Times New Roman" w:hAnsi="Times New Roman" w:cs="Times New Roman"/>
          <w:b/>
          <w:i/>
          <w:sz w:val="24"/>
          <w:szCs w:val="24"/>
          <w:u w:val="single"/>
          <w:lang w:val="it-IT"/>
        </w:rPr>
        <w:t>Aktivitete:</w:t>
      </w:r>
      <w:r w:rsidRPr="005B1542">
        <w:rPr>
          <w:rFonts w:ascii="Times New Roman" w:hAnsi="Times New Roman" w:cs="Times New Roman"/>
          <w:sz w:val="24"/>
          <w:szCs w:val="24"/>
          <w:lang w:val="it-IT"/>
        </w:rPr>
        <w:t xml:space="preserve"> Hartimi i projektit teknik, aplikimi për fonde qendrore dhe donatorë, përzgjedhja e përfituesve sipas Ligjit 22/2018.</w:t>
      </w:r>
    </w:p>
    <w:p w14:paraId="492F0D3F" w14:textId="77777777" w:rsidR="004A51E8" w:rsidRPr="005B1542" w:rsidRDefault="004A51E8" w:rsidP="004A51E8">
      <w:pPr>
        <w:ind w:left="1440"/>
        <w:jc w:val="both"/>
        <w:rPr>
          <w:rFonts w:ascii="Times New Roman" w:hAnsi="Times New Roman" w:cs="Times New Roman"/>
          <w:sz w:val="24"/>
          <w:szCs w:val="24"/>
          <w:lang w:val="it-IT"/>
        </w:rPr>
      </w:pPr>
      <w:r w:rsidRPr="005B1542">
        <w:rPr>
          <w:rFonts w:ascii="Times New Roman" w:hAnsi="Times New Roman" w:cs="Times New Roman"/>
          <w:b/>
          <w:i/>
          <w:sz w:val="24"/>
          <w:szCs w:val="24"/>
          <w:u w:val="single"/>
          <w:lang w:val="it-IT"/>
        </w:rPr>
        <w:t>Indikatorë:</w:t>
      </w:r>
      <w:r w:rsidRPr="005B1542">
        <w:rPr>
          <w:rFonts w:ascii="Times New Roman" w:hAnsi="Times New Roman" w:cs="Times New Roman"/>
          <w:sz w:val="24"/>
          <w:szCs w:val="24"/>
          <w:lang w:val="it-IT"/>
        </w:rPr>
        <w:t xml:space="preserve"> Numri i apartamenteve të përfunduara, % për kategori vulnerabël.</w:t>
      </w:r>
    </w:p>
    <w:p w14:paraId="2D1BF4BE" w14:textId="77777777" w:rsidR="004A51E8" w:rsidRPr="005B1542" w:rsidRDefault="004A51E8" w:rsidP="004A51E8">
      <w:pPr>
        <w:jc w:val="both"/>
        <w:rPr>
          <w:rFonts w:ascii="Times New Roman" w:hAnsi="Times New Roman" w:cs="Times New Roman"/>
          <w:b/>
          <w:i/>
          <w:sz w:val="24"/>
          <w:szCs w:val="24"/>
          <w:lang w:val="it-IT"/>
        </w:rPr>
      </w:pPr>
      <w:r w:rsidRPr="005B1542">
        <w:rPr>
          <w:rFonts w:ascii="Times New Roman" w:hAnsi="Times New Roman" w:cs="Times New Roman"/>
          <w:b/>
          <w:i/>
          <w:sz w:val="24"/>
          <w:szCs w:val="24"/>
          <w:lang w:val="it-IT"/>
        </w:rPr>
        <w:t>Programi 5. Qeverisje, transparencë dhe pjesëmarrje</w:t>
      </w:r>
    </w:p>
    <w:p w14:paraId="2488E21C" w14:textId="77777777" w:rsidR="004A51E8" w:rsidRPr="005B1542" w:rsidRDefault="004A51E8" w:rsidP="004A51E8">
      <w:pPr>
        <w:ind w:left="720"/>
        <w:jc w:val="both"/>
        <w:rPr>
          <w:rFonts w:ascii="Times New Roman" w:hAnsi="Times New Roman" w:cs="Times New Roman"/>
          <w:sz w:val="24"/>
          <w:szCs w:val="24"/>
          <w:lang w:val="it-IT"/>
        </w:rPr>
      </w:pPr>
      <w:r w:rsidRPr="005B1542">
        <w:rPr>
          <w:rFonts w:ascii="Times New Roman" w:hAnsi="Times New Roman" w:cs="Times New Roman"/>
          <w:b/>
          <w:i/>
          <w:sz w:val="24"/>
          <w:szCs w:val="24"/>
          <w:u w:val="single"/>
          <w:lang w:val="it-IT"/>
        </w:rPr>
        <w:t>Masat:</w:t>
      </w:r>
      <w:r w:rsidRPr="005B1542">
        <w:rPr>
          <w:rFonts w:ascii="Times New Roman" w:hAnsi="Times New Roman" w:cs="Times New Roman"/>
          <w:sz w:val="24"/>
          <w:szCs w:val="24"/>
          <w:lang w:val="it-IT"/>
        </w:rPr>
        <w:t xml:space="preserve"> Përditësimi i databazës së stokut të banesave dhe listave të pritjes, publikimi I listave, organizimi i konsultimeve publike.</w:t>
      </w:r>
    </w:p>
    <w:p w14:paraId="325711C8" w14:textId="77777777" w:rsidR="004A51E8" w:rsidRPr="005B1542" w:rsidRDefault="004A51E8" w:rsidP="004A51E8">
      <w:pPr>
        <w:ind w:left="1440"/>
        <w:jc w:val="both"/>
        <w:rPr>
          <w:rFonts w:ascii="Times New Roman" w:hAnsi="Times New Roman" w:cs="Times New Roman"/>
          <w:sz w:val="24"/>
          <w:szCs w:val="24"/>
          <w:lang w:val="it-IT"/>
        </w:rPr>
      </w:pPr>
      <w:r w:rsidRPr="005B1542">
        <w:rPr>
          <w:rFonts w:ascii="Times New Roman" w:hAnsi="Times New Roman" w:cs="Times New Roman"/>
          <w:b/>
          <w:i/>
          <w:sz w:val="24"/>
          <w:szCs w:val="24"/>
          <w:u w:val="single"/>
          <w:lang w:val="it-IT"/>
        </w:rPr>
        <w:t>Aktivitete:</w:t>
      </w:r>
      <w:r w:rsidRPr="005B1542">
        <w:rPr>
          <w:rFonts w:ascii="Times New Roman" w:hAnsi="Times New Roman" w:cs="Times New Roman"/>
          <w:sz w:val="24"/>
          <w:szCs w:val="24"/>
          <w:lang w:val="it-IT"/>
        </w:rPr>
        <w:t xml:space="preserve"> Regjistër elektronik i përfituesve, raportim vjetor i detajuar, fushata informimi për grupet vulnerabël.</w:t>
      </w:r>
    </w:p>
    <w:p w14:paraId="5151F5AE" w14:textId="77777777" w:rsidR="004A51E8" w:rsidRPr="005B1542" w:rsidRDefault="004A51E8" w:rsidP="004A51E8">
      <w:pPr>
        <w:ind w:left="1440"/>
        <w:jc w:val="both"/>
        <w:rPr>
          <w:rFonts w:ascii="Times New Roman" w:hAnsi="Times New Roman" w:cs="Times New Roman"/>
          <w:sz w:val="24"/>
          <w:szCs w:val="24"/>
          <w:lang w:val="it-IT"/>
        </w:rPr>
      </w:pPr>
      <w:r w:rsidRPr="005B1542">
        <w:rPr>
          <w:rFonts w:ascii="Times New Roman" w:hAnsi="Times New Roman" w:cs="Times New Roman"/>
          <w:b/>
          <w:i/>
          <w:sz w:val="24"/>
          <w:szCs w:val="24"/>
          <w:u w:val="single"/>
          <w:lang w:val="it-IT"/>
        </w:rPr>
        <w:t>Indikatorë</w:t>
      </w:r>
      <w:r w:rsidRPr="005B1542">
        <w:rPr>
          <w:rFonts w:ascii="Times New Roman" w:hAnsi="Times New Roman" w:cs="Times New Roman"/>
          <w:sz w:val="24"/>
          <w:szCs w:val="24"/>
          <w:lang w:val="it-IT"/>
        </w:rPr>
        <w:t>: Raportet vjetore, numri i konsultimeve publike, % e propozimeve të reflektuara në plan.</w:t>
      </w:r>
    </w:p>
    <w:p w14:paraId="504AEDC0" w14:textId="77777777" w:rsidR="004A51E8" w:rsidRPr="00D97086" w:rsidRDefault="0011047D" w:rsidP="004A51E8">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Figura</w:t>
      </w:r>
      <w:proofErr w:type="spellEnd"/>
      <w:r w:rsidRPr="00D97086">
        <w:rPr>
          <w:rFonts w:ascii="Times New Roman" w:hAnsi="Times New Roman" w:cs="Times New Roman"/>
          <w:sz w:val="24"/>
          <w:szCs w:val="24"/>
        </w:rPr>
        <w:t xml:space="preserve"> 16</w:t>
      </w:r>
      <w:r w:rsidR="004A51E8" w:rsidRPr="00D97086">
        <w:rPr>
          <w:rFonts w:ascii="Times New Roman" w:hAnsi="Times New Roman" w:cs="Times New Roman"/>
          <w:sz w:val="24"/>
          <w:szCs w:val="24"/>
        </w:rPr>
        <w:t xml:space="preserve">. </w:t>
      </w:r>
      <w:proofErr w:type="spellStart"/>
      <w:r w:rsidR="004A51E8" w:rsidRPr="00D97086">
        <w:rPr>
          <w:rFonts w:ascii="Times New Roman" w:hAnsi="Times New Roman" w:cs="Times New Roman"/>
          <w:sz w:val="24"/>
          <w:szCs w:val="24"/>
        </w:rPr>
        <w:t>Lidhja</w:t>
      </w:r>
      <w:proofErr w:type="spellEnd"/>
      <w:r w:rsidR="004A51E8" w:rsidRPr="00D97086">
        <w:rPr>
          <w:rFonts w:ascii="Times New Roman" w:hAnsi="Times New Roman" w:cs="Times New Roman"/>
          <w:sz w:val="24"/>
          <w:szCs w:val="24"/>
        </w:rPr>
        <w:t xml:space="preserve"> midis </w:t>
      </w:r>
      <w:proofErr w:type="spellStart"/>
      <w:r w:rsidR="004A51E8" w:rsidRPr="00D97086">
        <w:rPr>
          <w:rFonts w:ascii="Times New Roman" w:hAnsi="Times New Roman" w:cs="Times New Roman"/>
          <w:sz w:val="24"/>
          <w:szCs w:val="24"/>
        </w:rPr>
        <w:t>prioriteteve</w:t>
      </w:r>
      <w:proofErr w:type="spellEnd"/>
      <w:r w:rsidR="004A51E8" w:rsidRPr="00D97086">
        <w:rPr>
          <w:rFonts w:ascii="Times New Roman" w:hAnsi="Times New Roman" w:cs="Times New Roman"/>
          <w:sz w:val="24"/>
          <w:szCs w:val="24"/>
        </w:rPr>
        <w:t xml:space="preserve">, </w:t>
      </w:r>
      <w:proofErr w:type="spellStart"/>
      <w:r w:rsidR="004A51E8" w:rsidRPr="00D97086">
        <w:rPr>
          <w:rFonts w:ascii="Times New Roman" w:hAnsi="Times New Roman" w:cs="Times New Roman"/>
          <w:sz w:val="24"/>
          <w:szCs w:val="24"/>
        </w:rPr>
        <w:t>objektivave</w:t>
      </w:r>
      <w:proofErr w:type="spellEnd"/>
      <w:r w:rsidR="004A51E8" w:rsidRPr="00D97086">
        <w:rPr>
          <w:rFonts w:ascii="Times New Roman" w:hAnsi="Times New Roman" w:cs="Times New Roman"/>
          <w:sz w:val="24"/>
          <w:szCs w:val="24"/>
        </w:rPr>
        <w:t xml:space="preserve"> </w:t>
      </w:r>
      <w:proofErr w:type="spellStart"/>
      <w:r w:rsidR="004A51E8" w:rsidRPr="00D97086">
        <w:rPr>
          <w:rFonts w:ascii="Times New Roman" w:hAnsi="Times New Roman" w:cs="Times New Roman"/>
          <w:sz w:val="24"/>
          <w:szCs w:val="24"/>
        </w:rPr>
        <w:t>dhe</w:t>
      </w:r>
      <w:proofErr w:type="spellEnd"/>
      <w:r w:rsidR="004A51E8" w:rsidRPr="00D97086">
        <w:rPr>
          <w:rFonts w:ascii="Times New Roman" w:hAnsi="Times New Roman" w:cs="Times New Roman"/>
          <w:sz w:val="24"/>
          <w:szCs w:val="24"/>
        </w:rPr>
        <w:t xml:space="preserve"> </w:t>
      </w:r>
      <w:proofErr w:type="spellStart"/>
      <w:r w:rsidR="004A51E8" w:rsidRPr="00D97086">
        <w:rPr>
          <w:rFonts w:ascii="Times New Roman" w:hAnsi="Times New Roman" w:cs="Times New Roman"/>
          <w:sz w:val="24"/>
          <w:szCs w:val="24"/>
        </w:rPr>
        <w:t>programeve</w:t>
      </w:r>
      <w:proofErr w:type="spellEnd"/>
    </w:p>
    <w:tbl>
      <w:tblPr>
        <w:tblStyle w:val="Light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5"/>
        <w:gridCol w:w="1440"/>
        <w:gridCol w:w="2150"/>
        <w:gridCol w:w="2016"/>
        <w:gridCol w:w="1679"/>
      </w:tblGrid>
      <w:tr w:rsidR="00C276AD" w:rsidRPr="00D97086" w14:paraId="1A16DB6A" w14:textId="77777777" w:rsidTr="00FC26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658FBAE9" w14:textId="77777777" w:rsidR="004A51E8" w:rsidRPr="00D97086" w:rsidRDefault="004A51E8" w:rsidP="00712ECB">
            <w:pPr>
              <w:jc w:val="both"/>
              <w:rPr>
                <w:rFonts w:ascii="Times New Roman" w:hAnsi="Times New Roman" w:cs="Times New Roman"/>
                <w:sz w:val="28"/>
                <w:szCs w:val="28"/>
              </w:rPr>
            </w:pPr>
            <w:proofErr w:type="spellStart"/>
            <w:r w:rsidRPr="00D97086">
              <w:rPr>
                <w:rFonts w:ascii="Times New Roman" w:hAnsi="Times New Roman" w:cs="Times New Roman"/>
                <w:sz w:val="28"/>
                <w:szCs w:val="28"/>
              </w:rPr>
              <w:t>Prioriteti</w:t>
            </w:r>
            <w:proofErr w:type="spellEnd"/>
          </w:p>
          <w:p w14:paraId="56026684" w14:textId="77777777" w:rsidR="00BC52BC" w:rsidRPr="00D97086" w:rsidRDefault="00BC52BC" w:rsidP="00712ECB">
            <w:pPr>
              <w:jc w:val="both"/>
              <w:rPr>
                <w:rFonts w:ascii="Times New Roman" w:hAnsi="Times New Roman" w:cs="Times New Roman"/>
                <w:sz w:val="28"/>
                <w:szCs w:val="28"/>
              </w:rPr>
            </w:pPr>
          </w:p>
        </w:tc>
        <w:tc>
          <w:tcPr>
            <w:tcW w:w="1440"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3523C90B" w14:textId="77777777" w:rsidR="004A51E8" w:rsidRPr="00D97086" w:rsidRDefault="004A51E8" w:rsidP="00712ECB">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roofErr w:type="spellStart"/>
            <w:r w:rsidRPr="00D97086">
              <w:rPr>
                <w:rFonts w:ascii="Times New Roman" w:hAnsi="Times New Roman" w:cs="Times New Roman"/>
                <w:sz w:val="28"/>
                <w:szCs w:val="28"/>
              </w:rPr>
              <w:t>Objektivi</w:t>
            </w:r>
            <w:proofErr w:type="spellEnd"/>
          </w:p>
        </w:tc>
        <w:tc>
          <w:tcPr>
            <w:tcW w:w="2150"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38E484D6" w14:textId="77777777" w:rsidR="004A51E8" w:rsidRPr="00D97086" w:rsidRDefault="004A51E8" w:rsidP="00712ECB">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roofErr w:type="spellStart"/>
            <w:r w:rsidRPr="00D97086">
              <w:rPr>
                <w:rFonts w:ascii="Times New Roman" w:hAnsi="Times New Roman" w:cs="Times New Roman"/>
                <w:sz w:val="28"/>
                <w:szCs w:val="28"/>
              </w:rPr>
              <w:t>Programi</w:t>
            </w:r>
            <w:proofErr w:type="spellEnd"/>
          </w:p>
        </w:tc>
        <w:tc>
          <w:tcPr>
            <w:tcW w:w="2016"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31C8D76A" w14:textId="77777777" w:rsidR="004A51E8" w:rsidRPr="00D97086" w:rsidRDefault="004A51E8" w:rsidP="00712ECB">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roofErr w:type="spellStart"/>
            <w:r w:rsidRPr="00D97086">
              <w:rPr>
                <w:rFonts w:ascii="Times New Roman" w:hAnsi="Times New Roman" w:cs="Times New Roman"/>
                <w:sz w:val="28"/>
                <w:szCs w:val="28"/>
              </w:rPr>
              <w:t>Masat</w:t>
            </w:r>
            <w:proofErr w:type="spellEnd"/>
            <w:r w:rsidRPr="00D97086">
              <w:rPr>
                <w:rFonts w:ascii="Times New Roman" w:hAnsi="Times New Roman" w:cs="Times New Roman"/>
                <w:sz w:val="28"/>
                <w:szCs w:val="28"/>
              </w:rPr>
              <w:t>/</w:t>
            </w:r>
            <w:proofErr w:type="spellStart"/>
            <w:r w:rsidRPr="00D97086">
              <w:rPr>
                <w:rFonts w:ascii="Times New Roman" w:hAnsi="Times New Roman" w:cs="Times New Roman"/>
                <w:sz w:val="28"/>
                <w:szCs w:val="28"/>
              </w:rPr>
              <w:t>Aktivitetet</w:t>
            </w:r>
            <w:proofErr w:type="spellEnd"/>
          </w:p>
        </w:tc>
        <w:tc>
          <w:tcPr>
            <w:tcW w:w="1679"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00FCD6E7" w14:textId="77777777" w:rsidR="004A51E8" w:rsidRPr="00D97086" w:rsidRDefault="004A51E8" w:rsidP="00712ECB">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roofErr w:type="spellStart"/>
            <w:r w:rsidRPr="00D97086">
              <w:rPr>
                <w:rFonts w:ascii="Times New Roman" w:hAnsi="Times New Roman" w:cs="Times New Roman"/>
                <w:sz w:val="28"/>
                <w:szCs w:val="28"/>
              </w:rPr>
              <w:t>Indikatorët</w:t>
            </w:r>
            <w:proofErr w:type="spellEnd"/>
          </w:p>
          <w:p w14:paraId="7ECD03C7" w14:textId="77777777" w:rsidR="00FC26B4" w:rsidRPr="00D97086" w:rsidRDefault="00FC26B4" w:rsidP="00712ECB">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
        </w:tc>
      </w:tr>
      <w:tr w:rsidR="00C276AD" w:rsidRPr="00D97086" w14:paraId="39B8B4DF" w14:textId="77777777" w:rsidTr="00FC26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Borders>
              <w:top w:val="none" w:sz="0" w:space="0" w:color="auto"/>
              <w:left w:val="none" w:sz="0" w:space="0" w:color="auto"/>
              <w:bottom w:val="none" w:sz="0" w:space="0" w:color="auto"/>
              <w:right w:val="none" w:sz="0" w:space="0" w:color="auto"/>
            </w:tcBorders>
            <w:shd w:val="clear" w:color="auto" w:fill="auto"/>
          </w:tcPr>
          <w:p w14:paraId="79EC22BC" w14:textId="77777777" w:rsidR="004A51E8" w:rsidRPr="00D97086" w:rsidRDefault="004A51E8" w:rsidP="00712ECB">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Prioriteti</w:t>
            </w:r>
            <w:proofErr w:type="spellEnd"/>
            <w:r w:rsidRPr="00D97086">
              <w:rPr>
                <w:rFonts w:ascii="Times New Roman" w:hAnsi="Times New Roman" w:cs="Times New Roman"/>
                <w:sz w:val="24"/>
                <w:szCs w:val="24"/>
              </w:rPr>
              <w:t xml:space="preserve"> 1</w:t>
            </w:r>
          </w:p>
        </w:tc>
        <w:tc>
          <w:tcPr>
            <w:tcW w:w="1440" w:type="dxa"/>
            <w:tcBorders>
              <w:top w:val="none" w:sz="0" w:space="0" w:color="auto"/>
              <w:left w:val="none" w:sz="0" w:space="0" w:color="auto"/>
              <w:bottom w:val="none" w:sz="0" w:space="0" w:color="auto"/>
              <w:right w:val="none" w:sz="0" w:space="0" w:color="auto"/>
            </w:tcBorders>
            <w:shd w:val="clear" w:color="auto" w:fill="auto"/>
          </w:tcPr>
          <w:p w14:paraId="72FD6D19" w14:textId="77777777" w:rsidR="004A51E8" w:rsidRPr="00D97086" w:rsidRDefault="004A51E8" w:rsidP="00712EC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Obj. 1.1–1.3</w:t>
            </w:r>
          </w:p>
        </w:tc>
        <w:tc>
          <w:tcPr>
            <w:tcW w:w="2150" w:type="dxa"/>
            <w:tcBorders>
              <w:top w:val="none" w:sz="0" w:space="0" w:color="auto"/>
              <w:left w:val="none" w:sz="0" w:space="0" w:color="auto"/>
              <w:bottom w:val="none" w:sz="0" w:space="0" w:color="auto"/>
              <w:right w:val="none" w:sz="0" w:space="0" w:color="auto"/>
            </w:tcBorders>
            <w:shd w:val="clear" w:color="auto" w:fill="auto"/>
          </w:tcPr>
          <w:p w14:paraId="7F4F3A03" w14:textId="77777777" w:rsidR="004A51E8" w:rsidRPr="00D97086" w:rsidRDefault="004A51E8" w:rsidP="00712EC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 xml:space="preserve">Mbështetje me </w:t>
            </w:r>
            <w:proofErr w:type="spellStart"/>
            <w:r w:rsidRPr="00D97086">
              <w:rPr>
                <w:rFonts w:ascii="Times New Roman" w:hAnsi="Times New Roman" w:cs="Times New Roman"/>
                <w:sz w:val="24"/>
                <w:szCs w:val="24"/>
              </w:rPr>
              <w:t>qira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përballueshme</w:t>
            </w:r>
            <w:proofErr w:type="spellEnd"/>
          </w:p>
        </w:tc>
        <w:tc>
          <w:tcPr>
            <w:tcW w:w="2016" w:type="dxa"/>
            <w:tcBorders>
              <w:top w:val="none" w:sz="0" w:space="0" w:color="auto"/>
              <w:left w:val="none" w:sz="0" w:space="0" w:color="auto"/>
              <w:bottom w:val="none" w:sz="0" w:space="0" w:color="auto"/>
              <w:right w:val="none" w:sz="0" w:space="0" w:color="auto"/>
            </w:tcBorders>
            <w:shd w:val="clear" w:color="auto" w:fill="auto"/>
          </w:tcPr>
          <w:p w14:paraId="1D716E84" w14:textId="77777777" w:rsidR="004A51E8" w:rsidRPr="005B1542" w:rsidRDefault="004A51E8" w:rsidP="00712EC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it-IT"/>
              </w:rPr>
            </w:pPr>
            <w:r w:rsidRPr="005B1542">
              <w:rPr>
                <w:rFonts w:ascii="Times New Roman" w:hAnsi="Times New Roman" w:cs="Times New Roman"/>
                <w:sz w:val="24"/>
                <w:szCs w:val="24"/>
                <w:lang w:val="it-IT"/>
              </w:rPr>
              <w:t>Subvencion qiraje, formalizim kontratash, trajnime</w:t>
            </w:r>
          </w:p>
        </w:tc>
        <w:tc>
          <w:tcPr>
            <w:tcW w:w="1679" w:type="dxa"/>
            <w:tcBorders>
              <w:top w:val="none" w:sz="0" w:space="0" w:color="auto"/>
              <w:left w:val="none" w:sz="0" w:space="0" w:color="auto"/>
              <w:bottom w:val="none" w:sz="0" w:space="0" w:color="auto"/>
              <w:right w:val="none" w:sz="0" w:space="0" w:color="auto"/>
            </w:tcBorders>
            <w:shd w:val="clear" w:color="auto" w:fill="auto"/>
          </w:tcPr>
          <w:p w14:paraId="23A9874F" w14:textId="77777777" w:rsidR="004A51E8" w:rsidRPr="00D97086" w:rsidRDefault="004A51E8" w:rsidP="00712EC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Numri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familjeve</w:t>
            </w:r>
            <w:proofErr w:type="spellEnd"/>
            <w:r w:rsidRPr="00D97086">
              <w:rPr>
                <w:rFonts w:ascii="Times New Roman" w:hAnsi="Times New Roman" w:cs="Times New Roman"/>
                <w:sz w:val="24"/>
                <w:szCs w:val="24"/>
              </w:rPr>
              <w:t xml:space="preserve">, % </w:t>
            </w:r>
            <w:proofErr w:type="spellStart"/>
            <w:r w:rsidRPr="00D97086">
              <w:rPr>
                <w:rFonts w:ascii="Times New Roman" w:hAnsi="Times New Roman" w:cs="Times New Roman"/>
                <w:sz w:val="24"/>
                <w:szCs w:val="24"/>
              </w:rPr>
              <w:t>kontratave</w:t>
            </w:r>
            <w:proofErr w:type="spellEnd"/>
          </w:p>
        </w:tc>
      </w:tr>
      <w:tr w:rsidR="00C276AD" w:rsidRPr="005B1542" w14:paraId="03B8AB0E" w14:textId="77777777" w:rsidTr="00FC26B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Borders>
              <w:top w:val="none" w:sz="0" w:space="0" w:color="auto"/>
              <w:left w:val="none" w:sz="0" w:space="0" w:color="auto"/>
              <w:bottom w:val="none" w:sz="0" w:space="0" w:color="auto"/>
              <w:right w:val="none" w:sz="0" w:space="0" w:color="auto"/>
            </w:tcBorders>
          </w:tcPr>
          <w:p w14:paraId="7DFF9A50" w14:textId="77777777" w:rsidR="004A51E8" w:rsidRPr="00D97086" w:rsidRDefault="004A51E8" w:rsidP="00712ECB">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Prioriteti</w:t>
            </w:r>
            <w:proofErr w:type="spellEnd"/>
            <w:r w:rsidRPr="00D97086">
              <w:rPr>
                <w:rFonts w:ascii="Times New Roman" w:hAnsi="Times New Roman" w:cs="Times New Roman"/>
                <w:sz w:val="24"/>
                <w:szCs w:val="24"/>
              </w:rPr>
              <w:t xml:space="preserve"> 1</w:t>
            </w:r>
          </w:p>
        </w:tc>
        <w:tc>
          <w:tcPr>
            <w:tcW w:w="1440" w:type="dxa"/>
            <w:tcBorders>
              <w:top w:val="none" w:sz="0" w:space="0" w:color="auto"/>
              <w:left w:val="none" w:sz="0" w:space="0" w:color="auto"/>
              <w:bottom w:val="none" w:sz="0" w:space="0" w:color="auto"/>
              <w:right w:val="none" w:sz="0" w:space="0" w:color="auto"/>
            </w:tcBorders>
          </w:tcPr>
          <w:p w14:paraId="51CFDDF5" w14:textId="77777777" w:rsidR="004A51E8" w:rsidRPr="00D97086" w:rsidRDefault="004A51E8" w:rsidP="00712ECB">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Obj. 1.2</w:t>
            </w:r>
          </w:p>
        </w:tc>
        <w:tc>
          <w:tcPr>
            <w:tcW w:w="2150" w:type="dxa"/>
            <w:tcBorders>
              <w:top w:val="none" w:sz="0" w:space="0" w:color="auto"/>
              <w:left w:val="none" w:sz="0" w:space="0" w:color="auto"/>
              <w:bottom w:val="none" w:sz="0" w:space="0" w:color="auto"/>
              <w:right w:val="none" w:sz="0" w:space="0" w:color="auto"/>
            </w:tcBorders>
          </w:tcPr>
          <w:p w14:paraId="2E82D340" w14:textId="77777777" w:rsidR="004A51E8" w:rsidRPr="00D97086" w:rsidRDefault="004A51E8" w:rsidP="00712ECB">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Strehim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emergjent</w:t>
            </w:r>
            <w:proofErr w:type="spellEnd"/>
          </w:p>
        </w:tc>
        <w:tc>
          <w:tcPr>
            <w:tcW w:w="2016" w:type="dxa"/>
            <w:tcBorders>
              <w:top w:val="none" w:sz="0" w:space="0" w:color="auto"/>
              <w:left w:val="none" w:sz="0" w:space="0" w:color="auto"/>
              <w:bottom w:val="none" w:sz="0" w:space="0" w:color="auto"/>
              <w:right w:val="none" w:sz="0" w:space="0" w:color="auto"/>
            </w:tcBorders>
          </w:tcPr>
          <w:p w14:paraId="6BEF1085" w14:textId="77777777" w:rsidR="004A51E8" w:rsidRPr="005B1542" w:rsidRDefault="004A51E8" w:rsidP="00712ECB">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it-IT"/>
              </w:rPr>
            </w:pPr>
            <w:r w:rsidRPr="005B1542">
              <w:rPr>
                <w:rFonts w:ascii="Times New Roman" w:hAnsi="Times New Roman" w:cs="Times New Roman"/>
                <w:sz w:val="24"/>
                <w:szCs w:val="24"/>
                <w:lang w:val="it-IT"/>
              </w:rPr>
              <w:t>Strukturë emergjente, protokolle, reagim 24-orësh</w:t>
            </w:r>
          </w:p>
        </w:tc>
        <w:tc>
          <w:tcPr>
            <w:tcW w:w="1679" w:type="dxa"/>
            <w:tcBorders>
              <w:top w:val="none" w:sz="0" w:space="0" w:color="auto"/>
              <w:left w:val="none" w:sz="0" w:space="0" w:color="auto"/>
              <w:bottom w:val="none" w:sz="0" w:space="0" w:color="auto"/>
              <w:right w:val="none" w:sz="0" w:space="0" w:color="auto"/>
            </w:tcBorders>
          </w:tcPr>
          <w:p w14:paraId="4D59A917" w14:textId="77777777" w:rsidR="004A51E8" w:rsidRPr="005B1542" w:rsidRDefault="004A51E8" w:rsidP="00712ECB">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it-IT"/>
              </w:rPr>
            </w:pPr>
            <w:r w:rsidRPr="005B1542">
              <w:rPr>
                <w:rFonts w:ascii="Times New Roman" w:hAnsi="Times New Roman" w:cs="Times New Roman"/>
                <w:sz w:val="24"/>
                <w:szCs w:val="24"/>
                <w:lang w:val="it-IT"/>
              </w:rPr>
              <w:t>Numri rasteve, koha e reagimit</w:t>
            </w:r>
          </w:p>
        </w:tc>
      </w:tr>
      <w:tr w:rsidR="00C276AD" w:rsidRPr="00D97086" w14:paraId="6FB63D3E" w14:textId="77777777" w:rsidTr="00FC26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Borders>
              <w:top w:val="none" w:sz="0" w:space="0" w:color="auto"/>
              <w:left w:val="none" w:sz="0" w:space="0" w:color="auto"/>
              <w:bottom w:val="none" w:sz="0" w:space="0" w:color="auto"/>
              <w:right w:val="none" w:sz="0" w:space="0" w:color="auto"/>
            </w:tcBorders>
            <w:shd w:val="clear" w:color="auto" w:fill="auto"/>
          </w:tcPr>
          <w:p w14:paraId="5E86E770" w14:textId="77777777" w:rsidR="004A51E8" w:rsidRPr="00D97086" w:rsidRDefault="004A51E8" w:rsidP="00712ECB">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Prioriteti</w:t>
            </w:r>
            <w:proofErr w:type="spellEnd"/>
            <w:r w:rsidRPr="00D97086">
              <w:rPr>
                <w:rFonts w:ascii="Times New Roman" w:hAnsi="Times New Roman" w:cs="Times New Roman"/>
                <w:sz w:val="24"/>
                <w:szCs w:val="24"/>
              </w:rPr>
              <w:t xml:space="preserve"> 2</w:t>
            </w:r>
          </w:p>
        </w:tc>
        <w:tc>
          <w:tcPr>
            <w:tcW w:w="1440" w:type="dxa"/>
            <w:tcBorders>
              <w:top w:val="none" w:sz="0" w:space="0" w:color="auto"/>
              <w:left w:val="none" w:sz="0" w:space="0" w:color="auto"/>
              <w:bottom w:val="none" w:sz="0" w:space="0" w:color="auto"/>
              <w:right w:val="none" w:sz="0" w:space="0" w:color="auto"/>
            </w:tcBorders>
            <w:shd w:val="clear" w:color="auto" w:fill="auto"/>
          </w:tcPr>
          <w:p w14:paraId="7869AC18" w14:textId="77777777" w:rsidR="004A51E8" w:rsidRPr="00D97086" w:rsidRDefault="004A51E8" w:rsidP="00712EC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Obj. 2.1–2.3</w:t>
            </w:r>
          </w:p>
        </w:tc>
        <w:tc>
          <w:tcPr>
            <w:tcW w:w="2150" w:type="dxa"/>
            <w:tcBorders>
              <w:top w:val="none" w:sz="0" w:space="0" w:color="auto"/>
              <w:left w:val="none" w:sz="0" w:space="0" w:color="auto"/>
              <w:bottom w:val="none" w:sz="0" w:space="0" w:color="auto"/>
              <w:right w:val="none" w:sz="0" w:space="0" w:color="auto"/>
            </w:tcBorders>
            <w:shd w:val="clear" w:color="auto" w:fill="auto"/>
          </w:tcPr>
          <w:p w14:paraId="08FC10F4" w14:textId="77777777" w:rsidR="004A51E8" w:rsidRPr="00D97086" w:rsidRDefault="004A51E8" w:rsidP="00712EC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Rehabilitim</w:t>
            </w:r>
            <w:proofErr w:type="spellEnd"/>
            <w:r w:rsidRPr="00D97086">
              <w:rPr>
                <w:rFonts w:ascii="Times New Roman" w:hAnsi="Times New Roman" w:cs="Times New Roman"/>
                <w:sz w:val="24"/>
                <w:szCs w:val="24"/>
              </w:rPr>
              <w:t>/</w:t>
            </w:r>
            <w:proofErr w:type="spellStart"/>
            <w:r w:rsidRPr="00D97086">
              <w:rPr>
                <w:rFonts w:ascii="Times New Roman" w:hAnsi="Times New Roman" w:cs="Times New Roman"/>
                <w:sz w:val="24"/>
                <w:szCs w:val="24"/>
              </w:rPr>
              <w:t>përmirësim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banesash</w:t>
            </w:r>
            <w:proofErr w:type="spellEnd"/>
          </w:p>
        </w:tc>
        <w:tc>
          <w:tcPr>
            <w:tcW w:w="2016" w:type="dxa"/>
            <w:tcBorders>
              <w:top w:val="none" w:sz="0" w:space="0" w:color="auto"/>
              <w:left w:val="none" w:sz="0" w:space="0" w:color="auto"/>
              <w:bottom w:val="none" w:sz="0" w:space="0" w:color="auto"/>
              <w:right w:val="none" w:sz="0" w:space="0" w:color="auto"/>
            </w:tcBorders>
            <w:shd w:val="clear" w:color="auto" w:fill="auto"/>
          </w:tcPr>
          <w:p w14:paraId="49231A69" w14:textId="77777777" w:rsidR="004A51E8" w:rsidRPr="00D97086" w:rsidRDefault="004A51E8" w:rsidP="00712EC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Rikonstruksione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përshtatje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PAK, </w:t>
            </w:r>
            <w:proofErr w:type="spellStart"/>
            <w:r w:rsidRPr="00D97086">
              <w:rPr>
                <w:rFonts w:ascii="Times New Roman" w:hAnsi="Times New Roman" w:cs="Times New Roman"/>
                <w:sz w:val="24"/>
                <w:szCs w:val="24"/>
              </w:rPr>
              <w:t>eficiencë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energjetike</w:t>
            </w:r>
            <w:proofErr w:type="spellEnd"/>
          </w:p>
        </w:tc>
        <w:tc>
          <w:tcPr>
            <w:tcW w:w="1679" w:type="dxa"/>
            <w:tcBorders>
              <w:top w:val="none" w:sz="0" w:space="0" w:color="auto"/>
              <w:left w:val="none" w:sz="0" w:space="0" w:color="auto"/>
              <w:bottom w:val="none" w:sz="0" w:space="0" w:color="auto"/>
              <w:right w:val="none" w:sz="0" w:space="0" w:color="auto"/>
            </w:tcBorders>
            <w:shd w:val="clear" w:color="auto" w:fill="auto"/>
          </w:tcPr>
          <w:p w14:paraId="62B909B5" w14:textId="77777777" w:rsidR="004A51E8" w:rsidRPr="00D97086" w:rsidRDefault="004A51E8" w:rsidP="00712EC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Numri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ndërhyrjeve</w:t>
            </w:r>
            <w:proofErr w:type="spellEnd"/>
            <w:r w:rsidRPr="00D97086">
              <w:rPr>
                <w:rFonts w:ascii="Times New Roman" w:hAnsi="Times New Roman" w:cs="Times New Roman"/>
                <w:sz w:val="24"/>
                <w:szCs w:val="24"/>
              </w:rPr>
              <w:t xml:space="preserve">, % </w:t>
            </w:r>
            <w:proofErr w:type="spellStart"/>
            <w:r w:rsidRPr="00D97086">
              <w:rPr>
                <w:rFonts w:ascii="Times New Roman" w:hAnsi="Times New Roman" w:cs="Times New Roman"/>
                <w:sz w:val="24"/>
                <w:szCs w:val="24"/>
              </w:rPr>
              <w:t>aksesueshmëri</w:t>
            </w:r>
            <w:proofErr w:type="spellEnd"/>
          </w:p>
        </w:tc>
      </w:tr>
      <w:tr w:rsidR="00C276AD" w:rsidRPr="00D97086" w14:paraId="286F9A9C" w14:textId="77777777" w:rsidTr="00FC26B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Borders>
              <w:top w:val="none" w:sz="0" w:space="0" w:color="auto"/>
              <w:left w:val="none" w:sz="0" w:space="0" w:color="auto"/>
              <w:bottom w:val="none" w:sz="0" w:space="0" w:color="auto"/>
              <w:right w:val="none" w:sz="0" w:space="0" w:color="auto"/>
            </w:tcBorders>
          </w:tcPr>
          <w:p w14:paraId="3D586138" w14:textId="77777777" w:rsidR="004A51E8" w:rsidRPr="00D97086" w:rsidRDefault="004A51E8" w:rsidP="00712ECB">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lastRenderedPageBreak/>
              <w:t>Prioriteti</w:t>
            </w:r>
            <w:proofErr w:type="spellEnd"/>
            <w:r w:rsidRPr="00D97086">
              <w:rPr>
                <w:rFonts w:ascii="Times New Roman" w:hAnsi="Times New Roman" w:cs="Times New Roman"/>
                <w:sz w:val="24"/>
                <w:szCs w:val="24"/>
              </w:rPr>
              <w:t xml:space="preserve"> 3</w:t>
            </w:r>
          </w:p>
        </w:tc>
        <w:tc>
          <w:tcPr>
            <w:tcW w:w="1440" w:type="dxa"/>
            <w:tcBorders>
              <w:top w:val="none" w:sz="0" w:space="0" w:color="auto"/>
              <w:left w:val="none" w:sz="0" w:space="0" w:color="auto"/>
              <w:bottom w:val="none" w:sz="0" w:space="0" w:color="auto"/>
              <w:right w:val="none" w:sz="0" w:space="0" w:color="auto"/>
            </w:tcBorders>
          </w:tcPr>
          <w:p w14:paraId="02967831" w14:textId="77777777" w:rsidR="004A51E8" w:rsidRPr="00D97086" w:rsidRDefault="004A51E8" w:rsidP="00712ECB">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Obj. 3.1–3.3</w:t>
            </w:r>
          </w:p>
        </w:tc>
        <w:tc>
          <w:tcPr>
            <w:tcW w:w="2150" w:type="dxa"/>
            <w:tcBorders>
              <w:top w:val="none" w:sz="0" w:space="0" w:color="auto"/>
              <w:left w:val="none" w:sz="0" w:space="0" w:color="auto"/>
              <w:bottom w:val="none" w:sz="0" w:space="0" w:color="auto"/>
              <w:right w:val="none" w:sz="0" w:space="0" w:color="auto"/>
            </w:tcBorders>
          </w:tcPr>
          <w:p w14:paraId="618D90EB" w14:textId="77777777" w:rsidR="004A51E8" w:rsidRPr="005B1542" w:rsidRDefault="004A51E8" w:rsidP="00712ECB">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lang w:val="it-IT"/>
              </w:rPr>
            </w:pPr>
            <w:r w:rsidRPr="005B1542">
              <w:rPr>
                <w:rFonts w:ascii="Times New Roman" w:hAnsi="Times New Roman" w:cs="Times New Roman"/>
                <w:sz w:val="24"/>
                <w:szCs w:val="24"/>
                <w:lang w:val="it-IT"/>
              </w:rPr>
              <w:t>Banesa sociale / ndërtim i ri</w:t>
            </w:r>
          </w:p>
        </w:tc>
        <w:tc>
          <w:tcPr>
            <w:tcW w:w="2016" w:type="dxa"/>
            <w:tcBorders>
              <w:top w:val="none" w:sz="0" w:space="0" w:color="auto"/>
              <w:left w:val="none" w:sz="0" w:space="0" w:color="auto"/>
              <w:bottom w:val="none" w:sz="0" w:space="0" w:color="auto"/>
              <w:right w:val="none" w:sz="0" w:space="0" w:color="auto"/>
            </w:tcBorders>
          </w:tcPr>
          <w:p w14:paraId="0EFD6C28" w14:textId="77777777" w:rsidR="004A51E8" w:rsidRPr="00D97086" w:rsidRDefault="004A51E8" w:rsidP="00712ECB">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Ndërtim</w:t>
            </w:r>
            <w:proofErr w:type="spellEnd"/>
            <w:r w:rsidRPr="00D97086">
              <w:rPr>
                <w:rFonts w:ascii="Times New Roman" w:hAnsi="Times New Roman" w:cs="Times New Roman"/>
                <w:sz w:val="24"/>
                <w:szCs w:val="24"/>
              </w:rPr>
              <w:t xml:space="preserve"> 40–50 </w:t>
            </w:r>
            <w:proofErr w:type="spellStart"/>
            <w:r w:rsidRPr="00D97086">
              <w:rPr>
                <w:rFonts w:ascii="Times New Roman" w:hAnsi="Times New Roman" w:cs="Times New Roman"/>
                <w:sz w:val="24"/>
                <w:szCs w:val="24"/>
              </w:rPr>
              <w:t>apartamente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fonde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partnere</w:t>
            </w:r>
            <w:proofErr w:type="spellEnd"/>
          </w:p>
        </w:tc>
        <w:tc>
          <w:tcPr>
            <w:tcW w:w="1679" w:type="dxa"/>
            <w:tcBorders>
              <w:top w:val="none" w:sz="0" w:space="0" w:color="auto"/>
              <w:left w:val="none" w:sz="0" w:space="0" w:color="auto"/>
              <w:bottom w:val="none" w:sz="0" w:space="0" w:color="auto"/>
              <w:right w:val="none" w:sz="0" w:space="0" w:color="auto"/>
            </w:tcBorders>
          </w:tcPr>
          <w:p w14:paraId="2B2AEA69" w14:textId="77777777" w:rsidR="004A51E8" w:rsidRPr="00D97086" w:rsidRDefault="004A51E8" w:rsidP="00712ECB">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Numri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apartamenteve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shpërndarja</w:t>
            </w:r>
            <w:proofErr w:type="spellEnd"/>
          </w:p>
        </w:tc>
      </w:tr>
      <w:tr w:rsidR="00C276AD" w:rsidRPr="00D97086" w14:paraId="63F7E542" w14:textId="77777777" w:rsidTr="00FC26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5" w:type="dxa"/>
            <w:tcBorders>
              <w:top w:val="none" w:sz="0" w:space="0" w:color="auto"/>
              <w:left w:val="none" w:sz="0" w:space="0" w:color="auto"/>
              <w:bottom w:val="none" w:sz="0" w:space="0" w:color="auto"/>
              <w:right w:val="none" w:sz="0" w:space="0" w:color="auto"/>
            </w:tcBorders>
            <w:shd w:val="clear" w:color="auto" w:fill="auto"/>
          </w:tcPr>
          <w:p w14:paraId="5C8B0BB1" w14:textId="77777777" w:rsidR="004A51E8" w:rsidRPr="00D97086" w:rsidRDefault="004A51E8" w:rsidP="00712ECB">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Prioriteti</w:t>
            </w:r>
            <w:proofErr w:type="spellEnd"/>
            <w:r w:rsidRPr="00D97086">
              <w:rPr>
                <w:rFonts w:ascii="Times New Roman" w:hAnsi="Times New Roman" w:cs="Times New Roman"/>
                <w:sz w:val="24"/>
                <w:szCs w:val="24"/>
              </w:rPr>
              <w:t xml:space="preserve"> 3</w:t>
            </w:r>
          </w:p>
        </w:tc>
        <w:tc>
          <w:tcPr>
            <w:tcW w:w="1440" w:type="dxa"/>
            <w:tcBorders>
              <w:top w:val="none" w:sz="0" w:space="0" w:color="auto"/>
              <w:left w:val="none" w:sz="0" w:space="0" w:color="auto"/>
              <w:bottom w:val="none" w:sz="0" w:space="0" w:color="auto"/>
              <w:right w:val="none" w:sz="0" w:space="0" w:color="auto"/>
            </w:tcBorders>
            <w:shd w:val="clear" w:color="auto" w:fill="auto"/>
          </w:tcPr>
          <w:p w14:paraId="5D4C67E8" w14:textId="77777777" w:rsidR="004A51E8" w:rsidRPr="00D97086" w:rsidRDefault="004A51E8" w:rsidP="00712EC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Obj. 3.3</w:t>
            </w:r>
          </w:p>
        </w:tc>
        <w:tc>
          <w:tcPr>
            <w:tcW w:w="2150" w:type="dxa"/>
            <w:tcBorders>
              <w:top w:val="none" w:sz="0" w:space="0" w:color="auto"/>
              <w:left w:val="none" w:sz="0" w:space="0" w:color="auto"/>
              <w:bottom w:val="none" w:sz="0" w:space="0" w:color="auto"/>
              <w:right w:val="none" w:sz="0" w:space="0" w:color="auto"/>
            </w:tcBorders>
            <w:shd w:val="clear" w:color="auto" w:fill="auto"/>
          </w:tcPr>
          <w:p w14:paraId="573B0A9E" w14:textId="77777777" w:rsidR="004A51E8" w:rsidRPr="00D97086" w:rsidRDefault="004A51E8" w:rsidP="00712EC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Qeverisje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r w:rsidR="00BC52BC" w:rsidRPr="00D97086">
              <w:rPr>
                <w:rFonts w:ascii="Times New Roman" w:hAnsi="Times New Roman" w:cs="Times New Roman"/>
                <w:sz w:val="24"/>
                <w:szCs w:val="24"/>
              </w:rPr>
              <w:t>transparence</w:t>
            </w:r>
          </w:p>
        </w:tc>
        <w:tc>
          <w:tcPr>
            <w:tcW w:w="2016" w:type="dxa"/>
            <w:tcBorders>
              <w:top w:val="none" w:sz="0" w:space="0" w:color="auto"/>
              <w:left w:val="none" w:sz="0" w:space="0" w:color="auto"/>
              <w:bottom w:val="none" w:sz="0" w:space="0" w:color="auto"/>
              <w:right w:val="none" w:sz="0" w:space="0" w:color="auto"/>
            </w:tcBorders>
            <w:shd w:val="clear" w:color="auto" w:fill="auto"/>
          </w:tcPr>
          <w:p w14:paraId="0F13395A" w14:textId="77777777" w:rsidR="004A51E8" w:rsidRPr="00D97086" w:rsidRDefault="004A51E8" w:rsidP="00712EC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Databaza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publikim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listash</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konsultime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publike</w:t>
            </w:r>
            <w:proofErr w:type="spellEnd"/>
          </w:p>
        </w:tc>
        <w:tc>
          <w:tcPr>
            <w:tcW w:w="1679" w:type="dxa"/>
            <w:tcBorders>
              <w:top w:val="none" w:sz="0" w:space="0" w:color="auto"/>
              <w:left w:val="none" w:sz="0" w:space="0" w:color="auto"/>
              <w:bottom w:val="none" w:sz="0" w:space="0" w:color="auto"/>
              <w:right w:val="none" w:sz="0" w:space="0" w:color="auto"/>
            </w:tcBorders>
            <w:shd w:val="clear" w:color="auto" w:fill="auto"/>
          </w:tcPr>
          <w:p w14:paraId="6F8BDF06" w14:textId="77777777" w:rsidR="004A51E8" w:rsidRPr="00D97086" w:rsidRDefault="004A51E8" w:rsidP="00712EC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Raporte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vjetore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numri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konsultimeve</w:t>
            </w:r>
            <w:proofErr w:type="spellEnd"/>
          </w:p>
        </w:tc>
      </w:tr>
    </w:tbl>
    <w:p w14:paraId="38230D63" w14:textId="77777777" w:rsidR="004A51E8" w:rsidRPr="00D97086" w:rsidRDefault="004A51E8" w:rsidP="004A51E8">
      <w:pPr>
        <w:jc w:val="both"/>
        <w:rPr>
          <w:rFonts w:ascii="Times New Roman" w:hAnsi="Times New Roman" w:cs="Times New Roman"/>
          <w:sz w:val="24"/>
          <w:szCs w:val="24"/>
        </w:rPr>
      </w:pPr>
    </w:p>
    <w:p w14:paraId="33C564D5" w14:textId="77777777" w:rsidR="001B2F85" w:rsidRDefault="004A51E8" w:rsidP="001B2F85">
      <w:pPr>
        <w:jc w:val="both"/>
        <w:rPr>
          <w:rFonts w:ascii="Times New Roman" w:hAnsi="Times New Roman" w:cs="Times New Roman"/>
          <w:sz w:val="24"/>
          <w:szCs w:val="24"/>
        </w:rPr>
      </w:pPr>
      <w:r w:rsidRPr="00D97086">
        <w:rPr>
          <w:rFonts w:ascii="Times New Roman" w:hAnsi="Times New Roman" w:cs="Times New Roman"/>
          <w:sz w:val="24"/>
          <w:szCs w:val="24"/>
        </w:rPr>
        <w:t xml:space="preserve">Në </w:t>
      </w:r>
      <w:proofErr w:type="spellStart"/>
      <w:r w:rsidRPr="00D97086">
        <w:rPr>
          <w:rFonts w:ascii="Times New Roman" w:hAnsi="Times New Roman" w:cs="Times New Roman"/>
          <w:sz w:val="24"/>
          <w:szCs w:val="24"/>
        </w:rPr>
        <w:t>përfundim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programet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strukturuara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sipas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prioriteteve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garantojnë</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lidhje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qartë</w:t>
      </w:r>
      <w:proofErr w:type="spellEnd"/>
      <w:r w:rsidRPr="00D97086">
        <w:rPr>
          <w:rFonts w:ascii="Times New Roman" w:hAnsi="Times New Roman" w:cs="Times New Roman"/>
          <w:sz w:val="24"/>
          <w:szCs w:val="24"/>
        </w:rPr>
        <w:t xml:space="preserve"> midis </w:t>
      </w:r>
      <w:proofErr w:type="spellStart"/>
      <w:r w:rsidRPr="00D97086">
        <w:rPr>
          <w:rFonts w:ascii="Times New Roman" w:hAnsi="Times New Roman" w:cs="Times New Roman"/>
          <w:sz w:val="24"/>
          <w:szCs w:val="24"/>
        </w:rPr>
        <w:t>vizionit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strategjik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ndërhyrjeve</w:t>
      </w:r>
      <w:proofErr w:type="spellEnd"/>
      <w:r w:rsidRPr="00D97086">
        <w:rPr>
          <w:rFonts w:ascii="Times New Roman" w:hAnsi="Times New Roman" w:cs="Times New Roman"/>
          <w:sz w:val="24"/>
          <w:szCs w:val="24"/>
        </w:rPr>
        <w:t xml:space="preserve"> operative. </w:t>
      </w:r>
      <w:proofErr w:type="spellStart"/>
      <w:r w:rsidRPr="00D97086">
        <w:rPr>
          <w:rFonts w:ascii="Times New Roman" w:hAnsi="Times New Roman" w:cs="Times New Roman"/>
          <w:sz w:val="24"/>
          <w:szCs w:val="24"/>
        </w:rPr>
        <w:t>Kjo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qasje</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bën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planin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koherent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zbatueshëm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përputhje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plotë</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Ligjin</w:t>
      </w:r>
      <w:proofErr w:type="spellEnd"/>
      <w:r w:rsidRPr="00D97086">
        <w:rPr>
          <w:rFonts w:ascii="Times New Roman" w:hAnsi="Times New Roman" w:cs="Times New Roman"/>
          <w:sz w:val="24"/>
          <w:szCs w:val="24"/>
        </w:rPr>
        <w:t xml:space="preserve"> nr. 22/2018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Strategjinë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Kombëtare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Mbrojtjes</w:t>
      </w:r>
      <w:proofErr w:type="spellEnd"/>
      <w:r w:rsidRPr="00D97086">
        <w:rPr>
          <w:rFonts w:ascii="Times New Roman" w:hAnsi="Times New Roman" w:cs="Times New Roman"/>
          <w:sz w:val="24"/>
          <w:szCs w:val="24"/>
        </w:rPr>
        <w:t xml:space="preserve"> Sociale 2024–2030, duke </w:t>
      </w:r>
      <w:proofErr w:type="spellStart"/>
      <w:r w:rsidRPr="00D97086">
        <w:rPr>
          <w:rFonts w:ascii="Times New Roman" w:hAnsi="Times New Roman" w:cs="Times New Roman"/>
          <w:sz w:val="24"/>
          <w:szCs w:val="24"/>
        </w:rPr>
        <w:t>siguruar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standardin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lartë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profesional</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një plan </w:t>
      </w:r>
      <w:proofErr w:type="spellStart"/>
      <w:r w:rsidRPr="00D97086">
        <w:rPr>
          <w:rFonts w:ascii="Times New Roman" w:hAnsi="Times New Roman" w:cs="Times New Roman"/>
          <w:sz w:val="24"/>
          <w:szCs w:val="24"/>
        </w:rPr>
        <w:t>strehimi</w:t>
      </w:r>
      <w:proofErr w:type="spellEnd"/>
      <w:r w:rsidRPr="00D97086">
        <w:rPr>
          <w:rFonts w:ascii="Times New Roman" w:hAnsi="Times New Roman" w:cs="Times New Roman"/>
          <w:sz w:val="24"/>
          <w:szCs w:val="24"/>
        </w:rPr>
        <w:t>.</w:t>
      </w:r>
    </w:p>
    <w:p w14:paraId="36BA1F5D" w14:textId="77777777" w:rsidR="00A269A9" w:rsidRPr="00D97086" w:rsidRDefault="00A269A9" w:rsidP="001B2F85">
      <w:pPr>
        <w:jc w:val="both"/>
        <w:rPr>
          <w:rFonts w:ascii="Times New Roman" w:hAnsi="Times New Roman" w:cs="Times New Roman"/>
          <w:sz w:val="24"/>
          <w:szCs w:val="24"/>
        </w:rPr>
      </w:pPr>
    </w:p>
    <w:p w14:paraId="1D52006A" w14:textId="77777777" w:rsidR="00C95401" w:rsidRPr="00D97086" w:rsidRDefault="00F653AC" w:rsidP="0020237D">
      <w:pPr>
        <w:pStyle w:val="Heading1"/>
        <w:numPr>
          <w:ilvl w:val="0"/>
          <w:numId w:val="22"/>
        </w:numPr>
        <w:rPr>
          <w:rFonts w:ascii="Times New Roman" w:hAnsi="Times New Roman" w:cs="Times New Roman"/>
        </w:rPr>
      </w:pPr>
      <w:bookmarkStart w:id="14" w:name="_Toc209703441"/>
      <w:proofErr w:type="spellStart"/>
      <w:r w:rsidRPr="00D97086">
        <w:rPr>
          <w:rFonts w:ascii="Times New Roman" w:hAnsi="Times New Roman" w:cs="Times New Roman"/>
        </w:rPr>
        <w:t>Korniza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financiare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modalitetet</w:t>
      </w:r>
      <w:bookmarkEnd w:id="14"/>
      <w:proofErr w:type="spellEnd"/>
      <w:r w:rsidR="002A3AC9" w:rsidRPr="00D97086">
        <w:rPr>
          <w:rFonts w:ascii="Times New Roman" w:hAnsi="Times New Roman" w:cs="Times New Roman"/>
        </w:rPr>
        <w:t xml:space="preserve"> </w:t>
      </w:r>
    </w:p>
    <w:p w14:paraId="6DE69CE0" w14:textId="77777777" w:rsidR="00A269A9" w:rsidRDefault="00A269A9" w:rsidP="00C276AD">
      <w:pPr>
        <w:jc w:val="both"/>
        <w:rPr>
          <w:rFonts w:ascii="Times New Roman" w:hAnsi="Times New Roman" w:cs="Times New Roman"/>
        </w:rPr>
      </w:pPr>
    </w:p>
    <w:p w14:paraId="431D2A52" w14:textId="77777777" w:rsidR="00C276AD" w:rsidRPr="00D97086" w:rsidRDefault="00C276AD" w:rsidP="00C276AD">
      <w:pPr>
        <w:jc w:val="both"/>
        <w:rPr>
          <w:rFonts w:ascii="Times New Roman" w:hAnsi="Times New Roman" w:cs="Times New Roman"/>
        </w:rPr>
      </w:pPr>
      <w:proofErr w:type="spellStart"/>
      <w:r w:rsidRPr="00D97086">
        <w:rPr>
          <w:rFonts w:ascii="Times New Roman" w:hAnsi="Times New Roman" w:cs="Times New Roman"/>
        </w:rPr>
        <w:t>Korniza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financiare</w:t>
      </w:r>
      <w:proofErr w:type="spellEnd"/>
      <w:r w:rsidRPr="00D97086">
        <w:rPr>
          <w:rFonts w:ascii="Times New Roman" w:hAnsi="Times New Roman" w:cs="Times New Roman"/>
        </w:rPr>
        <w:t xml:space="preserve"> e Planit Vendor të </w:t>
      </w:r>
      <w:proofErr w:type="spellStart"/>
      <w:r w:rsidRPr="00D97086">
        <w:rPr>
          <w:rFonts w:ascii="Times New Roman" w:hAnsi="Times New Roman" w:cs="Times New Roman"/>
        </w:rPr>
        <w:t>Strehimit</w:t>
      </w:r>
      <w:proofErr w:type="spellEnd"/>
      <w:r w:rsidRPr="00D97086">
        <w:rPr>
          <w:rFonts w:ascii="Times New Roman" w:hAnsi="Times New Roman" w:cs="Times New Roman"/>
        </w:rPr>
        <w:t xml:space="preserve"> 2025–2029 </w:t>
      </w:r>
      <w:proofErr w:type="spellStart"/>
      <w:r w:rsidRPr="00D97086">
        <w:rPr>
          <w:rFonts w:ascii="Times New Roman" w:hAnsi="Times New Roman" w:cs="Times New Roman"/>
        </w:rPr>
        <w:t>është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hartuar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mbi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parimin</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përballueshmërisë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bashkëndarjes</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përgjegjësive</w:t>
      </w:r>
      <w:proofErr w:type="spellEnd"/>
      <w:r w:rsidRPr="00D97086">
        <w:rPr>
          <w:rFonts w:ascii="Times New Roman" w:hAnsi="Times New Roman" w:cs="Times New Roman"/>
        </w:rPr>
        <w:t xml:space="preserve"> midis </w:t>
      </w:r>
      <w:proofErr w:type="spellStart"/>
      <w:r w:rsidRPr="00D97086">
        <w:rPr>
          <w:rFonts w:ascii="Times New Roman" w:hAnsi="Times New Roman" w:cs="Times New Roman"/>
        </w:rPr>
        <w:t>qeverisjes</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vendore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qeverisë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qendrore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partnerëve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tjerë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Kostimi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programeve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është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projektuar</w:t>
      </w:r>
      <w:proofErr w:type="spellEnd"/>
      <w:r w:rsidRPr="00D97086">
        <w:rPr>
          <w:rFonts w:ascii="Times New Roman" w:hAnsi="Times New Roman" w:cs="Times New Roman"/>
        </w:rPr>
        <w:t xml:space="preserve"> në </w:t>
      </w:r>
      <w:proofErr w:type="spellStart"/>
      <w:r w:rsidRPr="00D97086">
        <w:rPr>
          <w:rFonts w:ascii="Times New Roman" w:hAnsi="Times New Roman" w:cs="Times New Roman"/>
        </w:rPr>
        <w:t>mënyrë</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detajuar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sipas</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objektivave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strategjike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programeve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kryesore</w:t>
      </w:r>
      <w:proofErr w:type="spellEnd"/>
      <w:r w:rsidRPr="00D97086">
        <w:rPr>
          <w:rFonts w:ascii="Times New Roman" w:hAnsi="Times New Roman" w:cs="Times New Roman"/>
        </w:rPr>
        <w:t xml:space="preserve">, duke u </w:t>
      </w:r>
      <w:proofErr w:type="spellStart"/>
      <w:r w:rsidRPr="00D97086">
        <w:rPr>
          <w:rFonts w:ascii="Times New Roman" w:hAnsi="Times New Roman" w:cs="Times New Roman"/>
        </w:rPr>
        <w:t>shpërndarë</w:t>
      </w:r>
      <w:proofErr w:type="spellEnd"/>
      <w:r w:rsidRPr="00D97086">
        <w:rPr>
          <w:rFonts w:ascii="Times New Roman" w:hAnsi="Times New Roman" w:cs="Times New Roman"/>
        </w:rPr>
        <w:t xml:space="preserve"> në </w:t>
      </w:r>
      <w:proofErr w:type="spellStart"/>
      <w:r w:rsidRPr="00D97086">
        <w:rPr>
          <w:rFonts w:ascii="Times New Roman" w:hAnsi="Times New Roman" w:cs="Times New Roman"/>
        </w:rPr>
        <w:t>baza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vjetore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periudhën</w:t>
      </w:r>
      <w:proofErr w:type="spellEnd"/>
      <w:r w:rsidRPr="00D97086">
        <w:rPr>
          <w:rFonts w:ascii="Times New Roman" w:hAnsi="Times New Roman" w:cs="Times New Roman"/>
        </w:rPr>
        <w:t xml:space="preserve"> 2025–2029. </w:t>
      </w:r>
      <w:proofErr w:type="spellStart"/>
      <w:r w:rsidRPr="00D97086">
        <w:rPr>
          <w:rFonts w:ascii="Times New Roman" w:hAnsi="Times New Roman" w:cs="Times New Roman"/>
        </w:rPr>
        <w:t>Kjo</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qasje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siguron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transparencë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parashikueshmëri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mundësi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monitorimi</w:t>
      </w:r>
      <w:proofErr w:type="spellEnd"/>
      <w:r w:rsidRPr="00D97086">
        <w:rPr>
          <w:rFonts w:ascii="Times New Roman" w:hAnsi="Times New Roman" w:cs="Times New Roman"/>
        </w:rPr>
        <w:t xml:space="preserve">, duke </w:t>
      </w:r>
      <w:proofErr w:type="spellStart"/>
      <w:r w:rsidRPr="00D97086">
        <w:rPr>
          <w:rFonts w:ascii="Times New Roman" w:hAnsi="Times New Roman" w:cs="Times New Roman"/>
        </w:rPr>
        <w:t>bërë</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mundur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që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fondet</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lidhen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drejtpërdrejt</w:t>
      </w:r>
      <w:proofErr w:type="spellEnd"/>
      <w:r w:rsidRPr="00D97086">
        <w:rPr>
          <w:rFonts w:ascii="Times New Roman" w:hAnsi="Times New Roman" w:cs="Times New Roman"/>
        </w:rPr>
        <w:t xml:space="preserve"> me </w:t>
      </w:r>
      <w:proofErr w:type="spellStart"/>
      <w:r w:rsidRPr="00D97086">
        <w:rPr>
          <w:rFonts w:ascii="Times New Roman" w:hAnsi="Times New Roman" w:cs="Times New Roman"/>
        </w:rPr>
        <w:t>rezultatet</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pritshme</w:t>
      </w:r>
      <w:proofErr w:type="spellEnd"/>
      <w:r w:rsidRPr="00D97086">
        <w:rPr>
          <w:rFonts w:ascii="Times New Roman" w:hAnsi="Times New Roman" w:cs="Times New Roman"/>
        </w:rPr>
        <w:t>.</w:t>
      </w:r>
    </w:p>
    <w:p w14:paraId="50ED69D3" w14:textId="77777777" w:rsidR="00C276AD" w:rsidRPr="00D97086" w:rsidRDefault="00C276AD" w:rsidP="00C276AD">
      <w:pPr>
        <w:jc w:val="both"/>
        <w:rPr>
          <w:rFonts w:ascii="Times New Roman" w:hAnsi="Times New Roman" w:cs="Times New Roman"/>
          <w:b/>
          <w:i/>
        </w:rPr>
      </w:pPr>
      <w:proofErr w:type="spellStart"/>
      <w:r w:rsidRPr="00D97086">
        <w:rPr>
          <w:rFonts w:ascii="Times New Roman" w:hAnsi="Times New Roman" w:cs="Times New Roman"/>
          <w:b/>
          <w:i/>
        </w:rPr>
        <w:t>Burimet</w:t>
      </w:r>
      <w:proofErr w:type="spellEnd"/>
      <w:r w:rsidRPr="00D97086">
        <w:rPr>
          <w:rFonts w:ascii="Times New Roman" w:hAnsi="Times New Roman" w:cs="Times New Roman"/>
          <w:b/>
          <w:i/>
        </w:rPr>
        <w:t xml:space="preserve"> e </w:t>
      </w:r>
      <w:proofErr w:type="spellStart"/>
      <w:r w:rsidRPr="00D97086">
        <w:rPr>
          <w:rFonts w:ascii="Times New Roman" w:hAnsi="Times New Roman" w:cs="Times New Roman"/>
          <w:b/>
          <w:i/>
        </w:rPr>
        <w:t>financimit</w:t>
      </w:r>
      <w:proofErr w:type="spellEnd"/>
    </w:p>
    <w:p w14:paraId="3F019BEB" w14:textId="77777777" w:rsidR="00C276AD" w:rsidRPr="00D97086" w:rsidRDefault="00C276AD" w:rsidP="00C276AD">
      <w:pPr>
        <w:jc w:val="both"/>
        <w:rPr>
          <w:rFonts w:ascii="Times New Roman" w:hAnsi="Times New Roman" w:cs="Times New Roman"/>
        </w:rPr>
      </w:pPr>
      <w:proofErr w:type="spellStart"/>
      <w:r w:rsidRPr="00D97086">
        <w:rPr>
          <w:rFonts w:ascii="Times New Roman" w:hAnsi="Times New Roman" w:cs="Times New Roman"/>
        </w:rPr>
        <w:t>Buxheti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Bashkisë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Prrenjas</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kontribuon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kryesisht</w:t>
      </w:r>
      <w:proofErr w:type="spellEnd"/>
      <w:r w:rsidRPr="00D97086">
        <w:rPr>
          <w:rFonts w:ascii="Times New Roman" w:hAnsi="Times New Roman" w:cs="Times New Roman"/>
        </w:rPr>
        <w:t xml:space="preserve"> me </w:t>
      </w:r>
      <w:proofErr w:type="spellStart"/>
      <w:r w:rsidRPr="00D97086">
        <w:rPr>
          <w:rFonts w:ascii="Times New Roman" w:hAnsi="Times New Roman" w:cs="Times New Roman"/>
        </w:rPr>
        <w:t>fonde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subvencionet</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qirasë</w:t>
      </w:r>
      <w:proofErr w:type="spellEnd"/>
      <w:r w:rsidRPr="00D97086">
        <w:rPr>
          <w:rFonts w:ascii="Times New Roman" w:hAnsi="Times New Roman" w:cs="Times New Roman"/>
        </w:rPr>
        <w:t xml:space="preserve"> (20% të </w:t>
      </w:r>
      <w:proofErr w:type="spellStart"/>
      <w:r w:rsidRPr="00D97086">
        <w:rPr>
          <w:rFonts w:ascii="Times New Roman" w:hAnsi="Times New Roman" w:cs="Times New Roman"/>
        </w:rPr>
        <w:t>mbulimit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shpenzime</w:t>
      </w:r>
      <w:proofErr w:type="spellEnd"/>
      <w:r w:rsidRPr="00D97086">
        <w:rPr>
          <w:rFonts w:ascii="Times New Roman" w:hAnsi="Times New Roman" w:cs="Times New Roman"/>
        </w:rPr>
        <w:t xml:space="preserve"> administrative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mirëmbajtje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databazës</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përfituesve</w:t>
      </w:r>
      <w:proofErr w:type="spellEnd"/>
      <w:r w:rsidRPr="00D97086">
        <w:rPr>
          <w:rFonts w:ascii="Times New Roman" w:hAnsi="Times New Roman" w:cs="Times New Roman"/>
        </w:rPr>
        <w:t>.</w:t>
      </w:r>
    </w:p>
    <w:p w14:paraId="3BC75F29" w14:textId="77777777" w:rsidR="00C276AD" w:rsidRPr="00D97086" w:rsidRDefault="00C276AD" w:rsidP="00C276AD">
      <w:pPr>
        <w:jc w:val="both"/>
        <w:rPr>
          <w:rFonts w:ascii="Times New Roman" w:hAnsi="Times New Roman" w:cs="Times New Roman"/>
        </w:rPr>
      </w:pPr>
      <w:proofErr w:type="spellStart"/>
      <w:r w:rsidRPr="00D97086">
        <w:rPr>
          <w:rFonts w:ascii="Times New Roman" w:hAnsi="Times New Roman" w:cs="Times New Roman"/>
        </w:rPr>
        <w:t>Qeveria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qendrore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përmes</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transfertave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kushtëzuara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mbulon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pjesën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më</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madhe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programeve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strehimit</w:t>
      </w:r>
      <w:proofErr w:type="spellEnd"/>
      <w:r w:rsidRPr="00D97086">
        <w:rPr>
          <w:rFonts w:ascii="Times New Roman" w:hAnsi="Times New Roman" w:cs="Times New Roman"/>
        </w:rPr>
        <w:t xml:space="preserve">, duke </w:t>
      </w:r>
      <w:proofErr w:type="spellStart"/>
      <w:r w:rsidRPr="00D97086">
        <w:rPr>
          <w:rFonts w:ascii="Times New Roman" w:hAnsi="Times New Roman" w:cs="Times New Roman"/>
        </w:rPr>
        <w:t>përfshirë</w:t>
      </w:r>
      <w:proofErr w:type="spellEnd"/>
      <w:r w:rsidRPr="00D97086">
        <w:rPr>
          <w:rFonts w:ascii="Times New Roman" w:hAnsi="Times New Roman" w:cs="Times New Roman"/>
        </w:rPr>
        <w:t xml:space="preserve"> 80% të </w:t>
      </w:r>
      <w:proofErr w:type="spellStart"/>
      <w:r w:rsidRPr="00D97086">
        <w:rPr>
          <w:rFonts w:ascii="Times New Roman" w:hAnsi="Times New Roman" w:cs="Times New Roman"/>
        </w:rPr>
        <w:t>subvencioneve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qirasë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programeve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përmirësimin</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kushteve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banimit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mbështetjen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ndërtimin</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banesave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sociale</w:t>
      </w:r>
      <w:proofErr w:type="spellEnd"/>
      <w:r w:rsidRPr="00D97086">
        <w:rPr>
          <w:rFonts w:ascii="Times New Roman" w:hAnsi="Times New Roman" w:cs="Times New Roman"/>
        </w:rPr>
        <w:t>.</w:t>
      </w:r>
    </w:p>
    <w:p w14:paraId="6A9A8B19" w14:textId="77777777" w:rsidR="00C276AD" w:rsidRPr="00D97086" w:rsidRDefault="00C276AD" w:rsidP="00C276AD">
      <w:pPr>
        <w:jc w:val="both"/>
        <w:rPr>
          <w:rFonts w:ascii="Times New Roman" w:hAnsi="Times New Roman" w:cs="Times New Roman"/>
        </w:rPr>
      </w:pPr>
      <w:proofErr w:type="spellStart"/>
      <w:r w:rsidRPr="00D97086">
        <w:rPr>
          <w:rFonts w:ascii="Times New Roman" w:hAnsi="Times New Roman" w:cs="Times New Roman"/>
        </w:rPr>
        <w:t>Partnerët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ndërkombëtarë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donatorët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mund</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angazhohen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financimin</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projekteve</w:t>
      </w:r>
      <w:proofErr w:type="spellEnd"/>
      <w:r w:rsidRPr="00D97086">
        <w:rPr>
          <w:rFonts w:ascii="Times New Roman" w:hAnsi="Times New Roman" w:cs="Times New Roman"/>
        </w:rPr>
        <w:t xml:space="preserve"> pilot, </w:t>
      </w:r>
      <w:proofErr w:type="spellStart"/>
      <w:r w:rsidRPr="00D97086">
        <w:rPr>
          <w:rFonts w:ascii="Times New Roman" w:hAnsi="Times New Roman" w:cs="Times New Roman"/>
        </w:rPr>
        <w:t>standardeve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eficiencës</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energjetike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ndërhyrjeve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aksesueshmëri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universale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PAK.</w:t>
      </w:r>
    </w:p>
    <w:p w14:paraId="45D72ACE" w14:textId="77777777" w:rsidR="00C276AD" w:rsidRPr="005B1542" w:rsidRDefault="0011047D" w:rsidP="00C276AD">
      <w:pPr>
        <w:jc w:val="both"/>
        <w:rPr>
          <w:rFonts w:ascii="Times New Roman" w:hAnsi="Times New Roman" w:cs="Times New Roman"/>
          <w:lang w:val="it-IT"/>
        </w:rPr>
      </w:pPr>
      <w:r w:rsidRPr="005B1542">
        <w:rPr>
          <w:rFonts w:ascii="Times New Roman" w:hAnsi="Times New Roman" w:cs="Times New Roman"/>
          <w:lang w:val="it-IT"/>
        </w:rPr>
        <w:t>Figura 17</w:t>
      </w:r>
      <w:r w:rsidR="00D1048F" w:rsidRPr="005B1542">
        <w:rPr>
          <w:rFonts w:ascii="Times New Roman" w:hAnsi="Times New Roman" w:cs="Times New Roman"/>
          <w:lang w:val="it-IT"/>
        </w:rPr>
        <w:t>: Analiza</w:t>
      </w:r>
      <w:r w:rsidR="00C276AD" w:rsidRPr="005B1542">
        <w:rPr>
          <w:rFonts w:ascii="Times New Roman" w:hAnsi="Times New Roman" w:cs="Times New Roman"/>
          <w:lang w:val="it-IT"/>
        </w:rPr>
        <w:t xml:space="preserve"> sintetike e kostimit të programeve (2025–2029)</w:t>
      </w:r>
      <w:r w:rsidR="00C703F6" w:rsidRPr="005B1542">
        <w:rPr>
          <w:rFonts w:ascii="Times New Roman" w:hAnsi="Times New Roman" w:cs="Times New Roman"/>
          <w:lang w:val="it-IT"/>
        </w:rPr>
        <w:t xml:space="preserve"> / në/000/lekë</w:t>
      </w:r>
    </w:p>
    <w:tbl>
      <w:tblPr>
        <w:tblStyle w:val="TableGrid"/>
        <w:tblW w:w="0" w:type="auto"/>
        <w:tblLayout w:type="fixed"/>
        <w:tblLook w:val="04A0" w:firstRow="1" w:lastRow="0" w:firstColumn="1" w:lastColumn="0" w:noHBand="0" w:noVBand="1"/>
      </w:tblPr>
      <w:tblGrid>
        <w:gridCol w:w="1525"/>
        <w:gridCol w:w="1170"/>
        <w:gridCol w:w="1080"/>
        <w:gridCol w:w="1260"/>
        <w:gridCol w:w="1109"/>
        <w:gridCol w:w="1243"/>
        <w:gridCol w:w="1243"/>
      </w:tblGrid>
      <w:tr w:rsidR="00C276AD" w:rsidRPr="00D97086" w14:paraId="370104C5" w14:textId="77777777" w:rsidTr="00C703F6">
        <w:tc>
          <w:tcPr>
            <w:tcW w:w="1525" w:type="dxa"/>
            <w:shd w:val="clear" w:color="auto" w:fill="EAF1DD" w:themeFill="accent3" w:themeFillTint="33"/>
          </w:tcPr>
          <w:p w14:paraId="6A91E9D0" w14:textId="77777777" w:rsidR="00C276AD" w:rsidRPr="00D97086" w:rsidRDefault="00C276AD" w:rsidP="00712ECB">
            <w:pPr>
              <w:jc w:val="both"/>
              <w:rPr>
                <w:rFonts w:ascii="Times New Roman" w:hAnsi="Times New Roman" w:cs="Times New Roman"/>
              </w:rPr>
            </w:pPr>
            <w:proofErr w:type="spellStart"/>
            <w:r w:rsidRPr="00D97086">
              <w:rPr>
                <w:rFonts w:ascii="Times New Roman" w:hAnsi="Times New Roman" w:cs="Times New Roman"/>
              </w:rPr>
              <w:t>Programi</w:t>
            </w:r>
            <w:proofErr w:type="spellEnd"/>
            <w:r w:rsidRPr="00D97086">
              <w:rPr>
                <w:rFonts w:ascii="Times New Roman" w:hAnsi="Times New Roman" w:cs="Times New Roman"/>
              </w:rPr>
              <w:t xml:space="preserve"> / </w:t>
            </w:r>
            <w:proofErr w:type="spellStart"/>
            <w:r w:rsidRPr="00D97086">
              <w:rPr>
                <w:rFonts w:ascii="Times New Roman" w:hAnsi="Times New Roman" w:cs="Times New Roman"/>
              </w:rPr>
              <w:t>Objektivi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kryesor</w:t>
            </w:r>
            <w:proofErr w:type="spellEnd"/>
          </w:p>
        </w:tc>
        <w:tc>
          <w:tcPr>
            <w:tcW w:w="1170" w:type="dxa"/>
            <w:shd w:val="clear" w:color="auto" w:fill="EAF1DD" w:themeFill="accent3" w:themeFillTint="33"/>
          </w:tcPr>
          <w:p w14:paraId="7AC3CD9D" w14:textId="77777777" w:rsidR="00C276AD" w:rsidRPr="00D97086" w:rsidRDefault="00C703F6" w:rsidP="00C703F6">
            <w:pPr>
              <w:jc w:val="both"/>
              <w:rPr>
                <w:rFonts w:ascii="Times New Roman" w:hAnsi="Times New Roman" w:cs="Times New Roman"/>
                <w:b/>
              </w:rPr>
            </w:pPr>
            <w:r w:rsidRPr="00D97086">
              <w:rPr>
                <w:rFonts w:ascii="Times New Roman" w:hAnsi="Times New Roman" w:cs="Times New Roman"/>
                <w:b/>
              </w:rPr>
              <w:t xml:space="preserve">2025 / në 000/ </w:t>
            </w:r>
            <w:proofErr w:type="spellStart"/>
            <w:r w:rsidRPr="00D97086">
              <w:rPr>
                <w:rFonts w:ascii="Times New Roman" w:hAnsi="Times New Roman" w:cs="Times New Roman"/>
                <w:b/>
              </w:rPr>
              <w:t>lekë</w:t>
            </w:r>
            <w:proofErr w:type="spellEnd"/>
          </w:p>
        </w:tc>
        <w:tc>
          <w:tcPr>
            <w:tcW w:w="1080" w:type="dxa"/>
            <w:shd w:val="clear" w:color="auto" w:fill="EAF1DD" w:themeFill="accent3" w:themeFillTint="33"/>
          </w:tcPr>
          <w:p w14:paraId="44B4064F" w14:textId="77777777" w:rsidR="00C276AD" w:rsidRPr="00D97086" w:rsidRDefault="00C276AD" w:rsidP="00712ECB">
            <w:pPr>
              <w:jc w:val="both"/>
              <w:rPr>
                <w:rFonts w:ascii="Times New Roman" w:hAnsi="Times New Roman" w:cs="Times New Roman"/>
                <w:b/>
              </w:rPr>
            </w:pPr>
            <w:r w:rsidRPr="00D97086">
              <w:rPr>
                <w:rFonts w:ascii="Times New Roman" w:hAnsi="Times New Roman" w:cs="Times New Roman"/>
                <w:b/>
              </w:rPr>
              <w:t xml:space="preserve">2026 </w:t>
            </w:r>
            <w:r w:rsidR="00C703F6" w:rsidRPr="00D97086">
              <w:rPr>
                <w:rFonts w:ascii="Times New Roman" w:hAnsi="Times New Roman" w:cs="Times New Roman"/>
                <w:b/>
              </w:rPr>
              <w:t xml:space="preserve">/ në 000/ </w:t>
            </w:r>
            <w:proofErr w:type="spellStart"/>
            <w:r w:rsidR="00C703F6" w:rsidRPr="00D97086">
              <w:rPr>
                <w:rFonts w:ascii="Times New Roman" w:hAnsi="Times New Roman" w:cs="Times New Roman"/>
                <w:b/>
              </w:rPr>
              <w:t>lekë</w:t>
            </w:r>
            <w:proofErr w:type="spellEnd"/>
          </w:p>
        </w:tc>
        <w:tc>
          <w:tcPr>
            <w:tcW w:w="1260" w:type="dxa"/>
            <w:shd w:val="clear" w:color="auto" w:fill="EAF1DD" w:themeFill="accent3" w:themeFillTint="33"/>
          </w:tcPr>
          <w:p w14:paraId="4962CB5B" w14:textId="77777777" w:rsidR="00C276AD" w:rsidRPr="00D97086" w:rsidRDefault="00C276AD" w:rsidP="00712ECB">
            <w:pPr>
              <w:jc w:val="both"/>
              <w:rPr>
                <w:rFonts w:ascii="Times New Roman" w:hAnsi="Times New Roman" w:cs="Times New Roman"/>
                <w:b/>
              </w:rPr>
            </w:pPr>
            <w:r w:rsidRPr="00D97086">
              <w:rPr>
                <w:rFonts w:ascii="Times New Roman" w:hAnsi="Times New Roman" w:cs="Times New Roman"/>
                <w:b/>
              </w:rPr>
              <w:t xml:space="preserve">2027 </w:t>
            </w:r>
            <w:r w:rsidR="00C703F6" w:rsidRPr="00D97086">
              <w:rPr>
                <w:rFonts w:ascii="Times New Roman" w:hAnsi="Times New Roman" w:cs="Times New Roman"/>
                <w:b/>
              </w:rPr>
              <w:t xml:space="preserve">/ në 000/ </w:t>
            </w:r>
            <w:proofErr w:type="spellStart"/>
            <w:r w:rsidR="00C703F6" w:rsidRPr="00D97086">
              <w:rPr>
                <w:rFonts w:ascii="Times New Roman" w:hAnsi="Times New Roman" w:cs="Times New Roman"/>
                <w:b/>
              </w:rPr>
              <w:t>lekë</w:t>
            </w:r>
            <w:proofErr w:type="spellEnd"/>
          </w:p>
        </w:tc>
        <w:tc>
          <w:tcPr>
            <w:tcW w:w="1109" w:type="dxa"/>
            <w:shd w:val="clear" w:color="auto" w:fill="EAF1DD" w:themeFill="accent3" w:themeFillTint="33"/>
          </w:tcPr>
          <w:p w14:paraId="6E2046E9" w14:textId="77777777" w:rsidR="00C276AD" w:rsidRPr="00D97086" w:rsidRDefault="00C276AD" w:rsidP="00712ECB">
            <w:pPr>
              <w:jc w:val="both"/>
              <w:rPr>
                <w:rFonts w:ascii="Times New Roman" w:hAnsi="Times New Roman" w:cs="Times New Roman"/>
                <w:b/>
              </w:rPr>
            </w:pPr>
            <w:r w:rsidRPr="00D97086">
              <w:rPr>
                <w:rFonts w:ascii="Times New Roman" w:hAnsi="Times New Roman" w:cs="Times New Roman"/>
                <w:b/>
              </w:rPr>
              <w:t xml:space="preserve">2028 </w:t>
            </w:r>
            <w:r w:rsidR="00C703F6" w:rsidRPr="00D97086">
              <w:rPr>
                <w:rFonts w:ascii="Times New Roman" w:hAnsi="Times New Roman" w:cs="Times New Roman"/>
                <w:b/>
              </w:rPr>
              <w:t xml:space="preserve">/ në 000/ </w:t>
            </w:r>
            <w:proofErr w:type="spellStart"/>
            <w:r w:rsidR="00C703F6" w:rsidRPr="00D97086">
              <w:rPr>
                <w:rFonts w:ascii="Times New Roman" w:hAnsi="Times New Roman" w:cs="Times New Roman"/>
                <w:b/>
              </w:rPr>
              <w:t>lekë</w:t>
            </w:r>
            <w:proofErr w:type="spellEnd"/>
          </w:p>
        </w:tc>
        <w:tc>
          <w:tcPr>
            <w:tcW w:w="1243" w:type="dxa"/>
            <w:shd w:val="clear" w:color="auto" w:fill="EAF1DD" w:themeFill="accent3" w:themeFillTint="33"/>
          </w:tcPr>
          <w:p w14:paraId="674D4537" w14:textId="77777777" w:rsidR="00C276AD" w:rsidRPr="00D97086" w:rsidRDefault="00C276AD" w:rsidP="00712ECB">
            <w:pPr>
              <w:jc w:val="both"/>
              <w:rPr>
                <w:rFonts w:ascii="Times New Roman" w:hAnsi="Times New Roman" w:cs="Times New Roman"/>
                <w:b/>
              </w:rPr>
            </w:pPr>
            <w:r w:rsidRPr="00D97086">
              <w:rPr>
                <w:rFonts w:ascii="Times New Roman" w:hAnsi="Times New Roman" w:cs="Times New Roman"/>
                <w:b/>
              </w:rPr>
              <w:t xml:space="preserve">2029 </w:t>
            </w:r>
            <w:r w:rsidR="00C703F6" w:rsidRPr="00D97086">
              <w:rPr>
                <w:rFonts w:ascii="Times New Roman" w:hAnsi="Times New Roman" w:cs="Times New Roman"/>
                <w:b/>
              </w:rPr>
              <w:t xml:space="preserve">/ në 000/ </w:t>
            </w:r>
            <w:proofErr w:type="spellStart"/>
            <w:r w:rsidR="00C703F6" w:rsidRPr="00D97086">
              <w:rPr>
                <w:rFonts w:ascii="Times New Roman" w:hAnsi="Times New Roman" w:cs="Times New Roman"/>
                <w:b/>
              </w:rPr>
              <w:t>lekë</w:t>
            </w:r>
            <w:proofErr w:type="spellEnd"/>
          </w:p>
        </w:tc>
        <w:tc>
          <w:tcPr>
            <w:tcW w:w="1243" w:type="dxa"/>
            <w:shd w:val="clear" w:color="auto" w:fill="EAF1DD" w:themeFill="accent3" w:themeFillTint="33"/>
          </w:tcPr>
          <w:p w14:paraId="1A653077" w14:textId="77777777" w:rsidR="00C276AD" w:rsidRPr="00D97086" w:rsidRDefault="00C276AD" w:rsidP="00712ECB">
            <w:pPr>
              <w:jc w:val="both"/>
              <w:rPr>
                <w:rFonts w:ascii="Times New Roman" w:hAnsi="Times New Roman" w:cs="Times New Roman"/>
                <w:b/>
              </w:rPr>
            </w:pPr>
            <w:proofErr w:type="spellStart"/>
            <w:r w:rsidRPr="00D97086">
              <w:rPr>
                <w:rFonts w:ascii="Times New Roman" w:hAnsi="Times New Roman" w:cs="Times New Roman"/>
                <w:b/>
              </w:rPr>
              <w:t>Totali</w:t>
            </w:r>
            <w:proofErr w:type="spellEnd"/>
            <w:r w:rsidRPr="00D97086">
              <w:rPr>
                <w:rFonts w:ascii="Times New Roman" w:hAnsi="Times New Roman" w:cs="Times New Roman"/>
                <w:b/>
              </w:rPr>
              <w:t xml:space="preserve"> </w:t>
            </w:r>
            <w:r w:rsidR="00C703F6" w:rsidRPr="00D97086">
              <w:rPr>
                <w:rFonts w:ascii="Times New Roman" w:hAnsi="Times New Roman" w:cs="Times New Roman"/>
                <w:b/>
              </w:rPr>
              <w:t xml:space="preserve">/ në 000/ </w:t>
            </w:r>
            <w:proofErr w:type="spellStart"/>
            <w:r w:rsidR="00C703F6" w:rsidRPr="00D97086">
              <w:rPr>
                <w:rFonts w:ascii="Times New Roman" w:hAnsi="Times New Roman" w:cs="Times New Roman"/>
                <w:b/>
              </w:rPr>
              <w:t>lekë</w:t>
            </w:r>
            <w:proofErr w:type="spellEnd"/>
          </w:p>
        </w:tc>
      </w:tr>
      <w:tr w:rsidR="00E4688B" w:rsidRPr="00D97086" w14:paraId="0D92A7DC" w14:textId="77777777" w:rsidTr="00C703F6">
        <w:tc>
          <w:tcPr>
            <w:tcW w:w="1525" w:type="dxa"/>
          </w:tcPr>
          <w:p w14:paraId="3D20D49B" w14:textId="77777777" w:rsidR="00E4688B" w:rsidRPr="00D97086" w:rsidRDefault="00E4688B" w:rsidP="00E4688B">
            <w:pPr>
              <w:jc w:val="both"/>
              <w:rPr>
                <w:rFonts w:ascii="Times New Roman" w:hAnsi="Times New Roman" w:cs="Times New Roman"/>
              </w:rPr>
            </w:pPr>
            <w:proofErr w:type="spellStart"/>
            <w:r w:rsidRPr="00D97086">
              <w:rPr>
                <w:rFonts w:ascii="Times New Roman" w:hAnsi="Times New Roman" w:cs="Times New Roman"/>
              </w:rPr>
              <w:t>Subvencion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qiraje</w:t>
            </w:r>
            <w:proofErr w:type="spellEnd"/>
            <w:r w:rsidRPr="00D97086">
              <w:rPr>
                <w:rFonts w:ascii="Times New Roman" w:hAnsi="Times New Roman" w:cs="Times New Roman"/>
              </w:rPr>
              <w:t xml:space="preserve"> &amp; </w:t>
            </w:r>
            <w:proofErr w:type="spellStart"/>
            <w:r w:rsidRPr="00D97086">
              <w:rPr>
                <w:rFonts w:ascii="Times New Roman" w:hAnsi="Times New Roman" w:cs="Times New Roman"/>
              </w:rPr>
              <w:lastRenderedPageBreak/>
              <w:t>formalizim</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kontratash</w:t>
            </w:r>
            <w:proofErr w:type="spellEnd"/>
          </w:p>
        </w:tc>
        <w:tc>
          <w:tcPr>
            <w:tcW w:w="1170" w:type="dxa"/>
            <w:vAlign w:val="center"/>
          </w:tcPr>
          <w:p w14:paraId="2F890C63" w14:textId="77777777" w:rsidR="00E4688B" w:rsidRPr="00D97086" w:rsidRDefault="00C703F6" w:rsidP="00C703F6">
            <w:pPr>
              <w:jc w:val="both"/>
              <w:rPr>
                <w:rFonts w:ascii="Times New Roman" w:hAnsi="Times New Roman" w:cs="Times New Roman"/>
                <w:color w:val="000000"/>
              </w:rPr>
            </w:pPr>
            <w:r w:rsidRPr="00D97086">
              <w:rPr>
                <w:rFonts w:ascii="Times New Roman" w:hAnsi="Times New Roman" w:cs="Times New Roman"/>
                <w:color w:val="000000"/>
              </w:rPr>
              <w:lastRenderedPageBreak/>
              <w:t>6,142</w:t>
            </w:r>
          </w:p>
        </w:tc>
        <w:tc>
          <w:tcPr>
            <w:tcW w:w="1080" w:type="dxa"/>
            <w:vAlign w:val="center"/>
          </w:tcPr>
          <w:p w14:paraId="37ACEFC8" w14:textId="77777777" w:rsidR="00E4688B" w:rsidRPr="00D97086" w:rsidRDefault="00C703F6" w:rsidP="00C703F6">
            <w:pPr>
              <w:jc w:val="both"/>
              <w:rPr>
                <w:rFonts w:ascii="Times New Roman" w:hAnsi="Times New Roman" w:cs="Times New Roman"/>
                <w:color w:val="000000"/>
              </w:rPr>
            </w:pPr>
            <w:r w:rsidRPr="00D97086">
              <w:rPr>
                <w:rFonts w:ascii="Times New Roman" w:hAnsi="Times New Roman" w:cs="Times New Roman"/>
                <w:color w:val="000000"/>
              </w:rPr>
              <w:t>7,476</w:t>
            </w:r>
          </w:p>
        </w:tc>
        <w:tc>
          <w:tcPr>
            <w:tcW w:w="1260" w:type="dxa"/>
            <w:vAlign w:val="center"/>
          </w:tcPr>
          <w:p w14:paraId="00779FE1" w14:textId="77777777" w:rsidR="00E4688B" w:rsidRPr="00D97086" w:rsidRDefault="00C703F6" w:rsidP="00C703F6">
            <w:pPr>
              <w:jc w:val="both"/>
              <w:rPr>
                <w:rFonts w:ascii="Times New Roman" w:hAnsi="Times New Roman" w:cs="Times New Roman"/>
                <w:color w:val="000000"/>
              </w:rPr>
            </w:pPr>
            <w:r w:rsidRPr="00D97086">
              <w:rPr>
                <w:rFonts w:ascii="Times New Roman" w:hAnsi="Times New Roman" w:cs="Times New Roman"/>
                <w:color w:val="000000"/>
              </w:rPr>
              <w:t>8,123</w:t>
            </w:r>
          </w:p>
        </w:tc>
        <w:tc>
          <w:tcPr>
            <w:tcW w:w="1109" w:type="dxa"/>
            <w:vAlign w:val="center"/>
          </w:tcPr>
          <w:p w14:paraId="083D3483" w14:textId="77777777" w:rsidR="00E4688B" w:rsidRPr="00D97086" w:rsidRDefault="00C703F6" w:rsidP="00C703F6">
            <w:pPr>
              <w:jc w:val="both"/>
              <w:rPr>
                <w:rFonts w:ascii="Times New Roman" w:hAnsi="Times New Roman" w:cs="Times New Roman"/>
                <w:color w:val="000000"/>
              </w:rPr>
            </w:pPr>
            <w:r w:rsidRPr="00D97086">
              <w:rPr>
                <w:rFonts w:ascii="Times New Roman" w:hAnsi="Times New Roman" w:cs="Times New Roman"/>
                <w:color w:val="000000"/>
              </w:rPr>
              <w:t>8,835</w:t>
            </w:r>
          </w:p>
        </w:tc>
        <w:tc>
          <w:tcPr>
            <w:tcW w:w="1243" w:type="dxa"/>
            <w:vAlign w:val="center"/>
          </w:tcPr>
          <w:p w14:paraId="2F143ACB" w14:textId="77777777" w:rsidR="00E4688B" w:rsidRPr="00D97086" w:rsidRDefault="00E4688B" w:rsidP="00C703F6">
            <w:pPr>
              <w:jc w:val="both"/>
              <w:rPr>
                <w:rFonts w:ascii="Times New Roman" w:hAnsi="Times New Roman" w:cs="Times New Roman"/>
                <w:color w:val="000000"/>
              </w:rPr>
            </w:pPr>
            <w:r w:rsidRPr="00D97086">
              <w:rPr>
                <w:rFonts w:ascii="Times New Roman" w:hAnsi="Times New Roman" w:cs="Times New Roman"/>
                <w:color w:val="000000"/>
              </w:rPr>
              <w:t>9,770</w:t>
            </w:r>
          </w:p>
        </w:tc>
        <w:tc>
          <w:tcPr>
            <w:tcW w:w="1243" w:type="dxa"/>
            <w:vAlign w:val="center"/>
          </w:tcPr>
          <w:p w14:paraId="36203B60" w14:textId="77777777" w:rsidR="00E4688B" w:rsidRPr="00D97086" w:rsidRDefault="00E4688B" w:rsidP="00C703F6">
            <w:pPr>
              <w:jc w:val="both"/>
              <w:rPr>
                <w:rFonts w:ascii="Times New Roman" w:hAnsi="Times New Roman" w:cs="Times New Roman"/>
                <w:color w:val="000000"/>
              </w:rPr>
            </w:pPr>
            <w:r w:rsidRPr="00D97086">
              <w:rPr>
                <w:rFonts w:ascii="Times New Roman" w:hAnsi="Times New Roman" w:cs="Times New Roman"/>
                <w:color w:val="000000"/>
              </w:rPr>
              <w:t>40,347</w:t>
            </w:r>
          </w:p>
        </w:tc>
      </w:tr>
      <w:tr w:rsidR="00E4688B" w:rsidRPr="00D97086" w14:paraId="47921977" w14:textId="77777777" w:rsidTr="00C703F6">
        <w:tc>
          <w:tcPr>
            <w:tcW w:w="1525" w:type="dxa"/>
          </w:tcPr>
          <w:p w14:paraId="4E3E53C6" w14:textId="77777777" w:rsidR="00E4688B" w:rsidRPr="00D97086" w:rsidRDefault="00E4688B" w:rsidP="00E4688B">
            <w:pPr>
              <w:jc w:val="both"/>
              <w:rPr>
                <w:rFonts w:ascii="Times New Roman" w:hAnsi="Times New Roman" w:cs="Times New Roman"/>
              </w:rPr>
            </w:pPr>
            <w:proofErr w:type="spellStart"/>
            <w:r w:rsidRPr="00D97086">
              <w:rPr>
                <w:rFonts w:ascii="Times New Roman" w:hAnsi="Times New Roman" w:cs="Times New Roman"/>
              </w:rPr>
              <w:t>Përmirësim</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kushteve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banimit</w:t>
            </w:r>
            <w:proofErr w:type="spellEnd"/>
          </w:p>
        </w:tc>
        <w:tc>
          <w:tcPr>
            <w:tcW w:w="1170" w:type="dxa"/>
            <w:vAlign w:val="center"/>
          </w:tcPr>
          <w:p w14:paraId="4820BD41" w14:textId="77777777" w:rsidR="00E4688B" w:rsidRPr="00D97086" w:rsidRDefault="00C703F6" w:rsidP="00C703F6">
            <w:pPr>
              <w:jc w:val="both"/>
              <w:rPr>
                <w:rFonts w:ascii="Times New Roman" w:hAnsi="Times New Roman" w:cs="Times New Roman"/>
                <w:color w:val="000000"/>
              </w:rPr>
            </w:pPr>
            <w:r w:rsidRPr="00D97086">
              <w:rPr>
                <w:rFonts w:ascii="Times New Roman" w:hAnsi="Times New Roman" w:cs="Times New Roman"/>
                <w:color w:val="000000"/>
              </w:rPr>
              <w:t>19,292</w:t>
            </w:r>
          </w:p>
        </w:tc>
        <w:tc>
          <w:tcPr>
            <w:tcW w:w="1080" w:type="dxa"/>
            <w:vAlign w:val="center"/>
          </w:tcPr>
          <w:p w14:paraId="2B0936CA" w14:textId="77777777" w:rsidR="00E4688B" w:rsidRPr="00D97086" w:rsidRDefault="00E4688B" w:rsidP="00C703F6">
            <w:pPr>
              <w:jc w:val="both"/>
              <w:rPr>
                <w:rFonts w:ascii="Times New Roman" w:hAnsi="Times New Roman" w:cs="Times New Roman"/>
                <w:color w:val="000000"/>
              </w:rPr>
            </w:pPr>
            <w:r w:rsidRPr="00D97086">
              <w:rPr>
                <w:rFonts w:ascii="Times New Roman" w:hAnsi="Times New Roman" w:cs="Times New Roman"/>
                <w:color w:val="000000"/>
              </w:rPr>
              <w:t>19,292</w:t>
            </w:r>
          </w:p>
        </w:tc>
        <w:tc>
          <w:tcPr>
            <w:tcW w:w="1260" w:type="dxa"/>
            <w:vAlign w:val="center"/>
          </w:tcPr>
          <w:p w14:paraId="1B87A480" w14:textId="77777777" w:rsidR="00E4688B" w:rsidRPr="00D97086" w:rsidRDefault="00E4688B" w:rsidP="00C703F6">
            <w:pPr>
              <w:jc w:val="both"/>
              <w:rPr>
                <w:rFonts w:ascii="Times New Roman" w:hAnsi="Times New Roman" w:cs="Times New Roman"/>
                <w:color w:val="000000"/>
              </w:rPr>
            </w:pPr>
            <w:r w:rsidRPr="00D97086">
              <w:rPr>
                <w:rFonts w:ascii="Times New Roman" w:hAnsi="Times New Roman" w:cs="Times New Roman"/>
                <w:color w:val="000000"/>
              </w:rPr>
              <w:t>44,408</w:t>
            </w:r>
          </w:p>
        </w:tc>
        <w:tc>
          <w:tcPr>
            <w:tcW w:w="1109" w:type="dxa"/>
            <w:vAlign w:val="center"/>
          </w:tcPr>
          <w:p w14:paraId="3DBE700F" w14:textId="77777777" w:rsidR="00E4688B" w:rsidRPr="00D97086" w:rsidRDefault="00E4688B" w:rsidP="00C703F6">
            <w:pPr>
              <w:jc w:val="both"/>
              <w:rPr>
                <w:rFonts w:ascii="Times New Roman" w:hAnsi="Times New Roman" w:cs="Times New Roman"/>
                <w:color w:val="000000"/>
              </w:rPr>
            </w:pPr>
            <w:r w:rsidRPr="00D97086">
              <w:rPr>
                <w:rFonts w:ascii="Times New Roman" w:hAnsi="Times New Roman" w:cs="Times New Roman"/>
                <w:color w:val="000000"/>
              </w:rPr>
              <w:t>46,387</w:t>
            </w:r>
          </w:p>
        </w:tc>
        <w:tc>
          <w:tcPr>
            <w:tcW w:w="1243" w:type="dxa"/>
            <w:vAlign w:val="center"/>
          </w:tcPr>
          <w:p w14:paraId="4DDDB3B5" w14:textId="77777777" w:rsidR="00E4688B" w:rsidRPr="00D97086" w:rsidRDefault="00E4688B" w:rsidP="00C703F6">
            <w:pPr>
              <w:jc w:val="both"/>
              <w:rPr>
                <w:rFonts w:ascii="Times New Roman" w:hAnsi="Times New Roman" w:cs="Times New Roman"/>
                <w:color w:val="000000"/>
              </w:rPr>
            </w:pPr>
            <w:r w:rsidRPr="00D97086">
              <w:rPr>
                <w:rFonts w:ascii="Times New Roman" w:hAnsi="Times New Roman" w:cs="Times New Roman"/>
                <w:color w:val="000000"/>
              </w:rPr>
              <w:t>47,541</w:t>
            </w:r>
          </w:p>
        </w:tc>
        <w:tc>
          <w:tcPr>
            <w:tcW w:w="1243" w:type="dxa"/>
            <w:vAlign w:val="center"/>
          </w:tcPr>
          <w:p w14:paraId="4D4412CD" w14:textId="77777777" w:rsidR="00E4688B" w:rsidRPr="00D97086" w:rsidRDefault="00E4688B" w:rsidP="00C703F6">
            <w:pPr>
              <w:jc w:val="both"/>
              <w:rPr>
                <w:rFonts w:ascii="Times New Roman" w:hAnsi="Times New Roman" w:cs="Times New Roman"/>
                <w:color w:val="000000"/>
              </w:rPr>
            </w:pPr>
            <w:r w:rsidRPr="00D97086">
              <w:rPr>
                <w:rFonts w:ascii="Times New Roman" w:hAnsi="Times New Roman" w:cs="Times New Roman"/>
                <w:color w:val="000000"/>
              </w:rPr>
              <w:t>176,921</w:t>
            </w:r>
          </w:p>
        </w:tc>
      </w:tr>
      <w:tr w:rsidR="00E4688B" w:rsidRPr="00D97086" w14:paraId="262446A0" w14:textId="77777777" w:rsidTr="00C703F6">
        <w:tc>
          <w:tcPr>
            <w:tcW w:w="1525" w:type="dxa"/>
          </w:tcPr>
          <w:p w14:paraId="4AE7BFA6" w14:textId="77777777" w:rsidR="00E4688B" w:rsidRPr="005B1542" w:rsidRDefault="00E4688B" w:rsidP="00E4688B">
            <w:pPr>
              <w:jc w:val="both"/>
              <w:rPr>
                <w:rFonts w:ascii="Times New Roman" w:hAnsi="Times New Roman" w:cs="Times New Roman"/>
                <w:lang w:val="it-IT"/>
              </w:rPr>
            </w:pPr>
            <w:r w:rsidRPr="005B1542">
              <w:rPr>
                <w:rFonts w:ascii="Times New Roman" w:hAnsi="Times New Roman" w:cs="Times New Roman"/>
                <w:lang w:val="it-IT"/>
              </w:rPr>
              <w:t>Banesa sociale / ndërtim i ri</w:t>
            </w:r>
          </w:p>
        </w:tc>
        <w:tc>
          <w:tcPr>
            <w:tcW w:w="1170" w:type="dxa"/>
            <w:vAlign w:val="center"/>
          </w:tcPr>
          <w:p w14:paraId="37B01FD8" w14:textId="77777777" w:rsidR="00E4688B" w:rsidRPr="00D97086" w:rsidRDefault="00E4688B" w:rsidP="00E4688B">
            <w:pPr>
              <w:jc w:val="both"/>
              <w:rPr>
                <w:rFonts w:ascii="Times New Roman" w:hAnsi="Times New Roman" w:cs="Times New Roman"/>
                <w:color w:val="FF0000"/>
              </w:rPr>
            </w:pPr>
            <w:r w:rsidRPr="00D97086">
              <w:rPr>
                <w:rFonts w:ascii="Times New Roman" w:hAnsi="Times New Roman" w:cs="Times New Roman"/>
                <w:color w:val="FF0000"/>
              </w:rPr>
              <w:t>0</w:t>
            </w:r>
          </w:p>
        </w:tc>
        <w:tc>
          <w:tcPr>
            <w:tcW w:w="1080" w:type="dxa"/>
            <w:vAlign w:val="center"/>
          </w:tcPr>
          <w:p w14:paraId="7AC26174" w14:textId="77777777" w:rsidR="00E4688B" w:rsidRPr="00D97086" w:rsidRDefault="00E4688B" w:rsidP="00E4688B">
            <w:pPr>
              <w:jc w:val="both"/>
              <w:rPr>
                <w:rFonts w:ascii="Times New Roman" w:hAnsi="Times New Roman" w:cs="Times New Roman"/>
                <w:color w:val="FF0000"/>
              </w:rPr>
            </w:pPr>
            <w:r w:rsidRPr="00D97086">
              <w:rPr>
                <w:rFonts w:ascii="Times New Roman" w:hAnsi="Times New Roman" w:cs="Times New Roman"/>
                <w:color w:val="FF0000"/>
              </w:rPr>
              <w:t>0</w:t>
            </w:r>
          </w:p>
        </w:tc>
        <w:tc>
          <w:tcPr>
            <w:tcW w:w="1260" w:type="dxa"/>
            <w:vAlign w:val="center"/>
          </w:tcPr>
          <w:p w14:paraId="0E21A3FE" w14:textId="77777777" w:rsidR="00E4688B" w:rsidRPr="00D97086" w:rsidRDefault="00C703F6" w:rsidP="00C703F6">
            <w:pPr>
              <w:jc w:val="both"/>
              <w:rPr>
                <w:rFonts w:ascii="Times New Roman" w:hAnsi="Times New Roman" w:cs="Times New Roman"/>
                <w:color w:val="FF0000"/>
              </w:rPr>
            </w:pPr>
            <w:r w:rsidRPr="00D97086">
              <w:rPr>
                <w:rFonts w:ascii="Times New Roman" w:hAnsi="Times New Roman" w:cs="Times New Roman"/>
                <w:color w:val="FF0000"/>
              </w:rPr>
              <w:t xml:space="preserve"> 56,000</w:t>
            </w:r>
            <w:r w:rsidR="00E4688B" w:rsidRPr="00D97086">
              <w:rPr>
                <w:rFonts w:ascii="Times New Roman" w:hAnsi="Times New Roman" w:cs="Times New Roman"/>
                <w:color w:val="FF0000"/>
              </w:rPr>
              <w:t xml:space="preserve"> </w:t>
            </w:r>
          </w:p>
        </w:tc>
        <w:tc>
          <w:tcPr>
            <w:tcW w:w="1109" w:type="dxa"/>
            <w:vAlign w:val="center"/>
          </w:tcPr>
          <w:p w14:paraId="3B9CFCB3" w14:textId="77777777" w:rsidR="00E4688B" w:rsidRPr="00D97086" w:rsidRDefault="00E4688B" w:rsidP="00C703F6">
            <w:pPr>
              <w:jc w:val="both"/>
              <w:rPr>
                <w:rFonts w:ascii="Times New Roman" w:hAnsi="Times New Roman" w:cs="Times New Roman"/>
                <w:color w:val="FF0000"/>
              </w:rPr>
            </w:pPr>
            <w:r w:rsidRPr="00D97086">
              <w:rPr>
                <w:rFonts w:ascii="Times New Roman" w:hAnsi="Times New Roman" w:cs="Times New Roman"/>
                <w:color w:val="FF0000"/>
              </w:rPr>
              <w:t>56</w:t>
            </w:r>
            <w:r w:rsidR="00C703F6" w:rsidRPr="00D97086">
              <w:rPr>
                <w:rFonts w:ascii="Times New Roman" w:hAnsi="Times New Roman" w:cs="Times New Roman"/>
                <w:color w:val="FF0000"/>
              </w:rPr>
              <w:t>,</w:t>
            </w:r>
            <w:r w:rsidRPr="00D97086">
              <w:rPr>
                <w:rFonts w:ascii="Times New Roman" w:hAnsi="Times New Roman" w:cs="Times New Roman"/>
                <w:color w:val="FF0000"/>
              </w:rPr>
              <w:t>000</w:t>
            </w:r>
          </w:p>
        </w:tc>
        <w:tc>
          <w:tcPr>
            <w:tcW w:w="1243" w:type="dxa"/>
            <w:vAlign w:val="center"/>
          </w:tcPr>
          <w:p w14:paraId="10972610" w14:textId="77777777" w:rsidR="00E4688B" w:rsidRPr="00D97086" w:rsidRDefault="00E4688B" w:rsidP="00C703F6">
            <w:pPr>
              <w:jc w:val="both"/>
              <w:rPr>
                <w:rFonts w:ascii="Times New Roman" w:hAnsi="Times New Roman" w:cs="Times New Roman"/>
                <w:color w:val="FF0000"/>
              </w:rPr>
            </w:pPr>
            <w:r w:rsidRPr="00D97086">
              <w:rPr>
                <w:rFonts w:ascii="Times New Roman" w:hAnsi="Times New Roman" w:cs="Times New Roman"/>
                <w:color w:val="FF0000"/>
              </w:rPr>
              <w:t>56,000,</w:t>
            </w:r>
          </w:p>
        </w:tc>
        <w:tc>
          <w:tcPr>
            <w:tcW w:w="1243" w:type="dxa"/>
            <w:vAlign w:val="center"/>
          </w:tcPr>
          <w:p w14:paraId="119BEEC9" w14:textId="77777777" w:rsidR="00E4688B" w:rsidRPr="00D97086" w:rsidRDefault="00E4688B" w:rsidP="00C703F6">
            <w:pPr>
              <w:jc w:val="both"/>
              <w:rPr>
                <w:rFonts w:ascii="Times New Roman" w:hAnsi="Times New Roman" w:cs="Times New Roman"/>
                <w:color w:val="FF0000"/>
              </w:rPr>
            </w:pPr>
            <w:r w:rsidRPr="00D97086">
              <w:rPr>
                <w:rFonts w:ascii="Times New Roman" w:hAnsi="Times New Roman" w:cs="Times New Roman"/>
                <w:color w:val="FF0000"/>
              </w:rPr>
              <w:t>168,000,</w:t>
            </w:r>
          </w:p>
        </w:tc>
      </w:tr>
      <w:tr w:rsidR="00E4688B" w:rsidRPr="00D97086" w14:paraId="2A627D3E" w14:textId="77777777" w:rsidTr="00C703F6">
        <w:tc>
          <w:tcPr>
            <w:tcW w:w="1525" w:type="dxa"/>
          </w:tcPr>
          <w:p w14:paraId="58B6250A" w14:textId="77777777" w:rsidR="00E4688B" w:rsidRPr="00D97086" w:rsidRDefault="00E4688B" w:rsidP="00E4688B">
            <w:pPr>
              <w:jc w:val="both"/>
              <w:rPr>
                <w:rFonts w:ascii="Times New Roman" w:hAnsi="Times New Roman" w:cs="Times New Roman"/>
              </w:rPr>
            </w:pPr>
            <w:proofErr w:type="spellStart"/>
            <w:r w:rsidRPr="00D97086">
              <w:rPr>
                <w:rFonts w:ascii="Times New Roman" w:hAnsi="Times New Roman" w:cs="Times New Roman"/>
              </w:rPr>
              <w:t>Strehim</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emergjent</w:t>
            </w:r>
            <w:proofErr w:type="spellEnd"/>
            <w:r w:rsidRPr="00D97086">
              <w:rPr>
                <w:rFonts w:ascii="Times New Roman" w:hAnsi="Times New Roman" w:cs="Times New Roman"/>
              </w:rPr>
              <w:t xml:space="preserve"> &amp; </w:t>
            </w:r>
            <w:proofErr w:type="spellStart"/>
            <w:r w:rsidRPr="00D97086">
              <w:rPr>
                <w:rFonts w:ascii="Times New Roman" w:hAnsi="Times New Roman" w:cs="Times New Roman"/>
              </w:rPr>
              <w:t>raste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krize</w:t>
            </w:r>
            <w:proofErr w:type="spellEnd"/>
          </w:p>
        </w:tc>
        <w:tc>
          <w:tcPr>
            <w:tcW w:w="1170" w:type="dxa"/>
            <w:vAlign w:val="center"/>
          </w:tcPr>
          <w:p w14:paraId="5EB7E452" w14:textId="77777777" w:rsidR="00E4688B" w:rsidRPr="00D97086" w:rsidRDefault="00C703F6" w:rsidP="00E4688B">
            <w:pPr>
              <w:jc w:val="both"/>
              <w:rPr>
                <w:rFonts w:ascii="Times New Roman" w:hAnsi="Times New Roman" w:cs="Times New Roman"/>
                <w:color w:val="FF0000"/>
              </w:rPr>
            </w:pPr>
            <w:r w:rsidRPr="00D97086">
              <w:rPr>
                <w:rFonts w:ascii="Times New Roman" w:hAnsi="Times New Roman" w:cs="Times New Roman"/>
                <w:color w:val="FF0000"/>
              </w:rPr>
              <w:t>1,000</w:t>
            </w:r>
          </w:p>
        </w:tc>
        <w:tc>
          <w:tcPr>
            <w:tcW w:w="1080" w:type="dxa"/>
            <w:vAlign w:val="center"/>
          </w:tcPr>
          <w:p w14:paraId="4FBF0903" w14:textId="77777777" w:rsidR="00E4688B" w:rsidRPr="00D97086" w:rsidRDefault="00C703F6" w:rsidP="00C703F6">
            <w:pPr>
              <w:jc w:val="both"/>
              <w:rPr>
                <w:rFonts w:ascii="Times New Roman" w:hAnsi="Times New Roman" w:cs="Times New Roman"/>
                <w:color w:val="FF0000"/>
              </w:rPr>
            </w:pPr>
            <w:r w:rsidRPr="00D97086">
              <w:rPr>
                <w:rFonts w:ascii="Times New Roman" w:hAnsi="Times New Roman" w:cs="Times New Roman"/>
                <w:color w:val="FF0000"/>
              </w:rPr>
              <w:t>1,200</w:t>
            </w:r>
          </w:p>
        </w:tc>
        <w:tc>
          <w:tcPr>
            <w:tcW w:w="1260" w:type="dxa"/>
            <w:vAlign w:val="center"/>
          </w:tcPr>
          <w:p w14:paraId="6EC98F27" w14:textId="77777777" w:rsidR="00E4688B" w:rsidRPr="00D97086" w:rsidRDefault="00E4688B" w:rsidP="00C703F6">
            <w:pPr>
              <w:jc w:val="both"/>
              <w:rPr>
                <w:rFonts w:ascii="Times New Roman" w:hAnsi="Times New Roman" w:cs="Times New Roman"/>
                <w:color w:val="FF0000"/>
              </w:rPr>
            </w:pPr>
            <w:r w:rsidRPr="00D97086">
              <w:rPr>
                <w:rFonts w:ascii="Times New Roman" w:hAnsi="Times New Roman" w:cs="Times New Roman"/>
                <w:color w:val="FF0000"/>
              </w:rPr>
              <w:t>1,200</w:t>
            </w:r>
            <w:r w:rsidR="00C703F6" w:rsidRPr="00D97086">
              <w:rPr>
                <w:rFonts w:ascii="Times New Roman" w:hAnsi="Times New Roman" w:cs="Times New Roman"/>
                <w:color w:val="FF0000"/>
              </w:rPr>
              <w:t xml:space="preserve"> </w:t>
            </w:r>
          </w:p>
        </w:tc>
        <w:tc>
          <w:tcPr>
            <w:tcW w:w="1109" w:type="dxa"/>
            <w:vAlign w:val="center"/>
          </w:tcPr>
          <w:p w14:paraId="4585CDEB" w14:textId="77777777" w:rsidR="00E4688B" w:rsidRPr="00D97086" w:rsidRDefault="00C703F6" w:rsidP="00C703F6">
            <w:pPr>
              <w:jc w:val="both"/>
              <w:rPr>
                <w:rFonts w:ascii="Times New Roman" w:hAnsi="Times New Roman" w:cs="Times New Roman"/>
                <w:color w:val="FF0000"/>
              </w:rPr>
            </w:pPr>
            <w:r w:rsidRPr="00D97086">
              <w:rPr>
                <w:rFonts w:ascii="Times New Roman" w:hAnsi="Times New Roman" w:cs="Times New Roman"/>
                <w:color w:val="FF0000"/>
              </w:rPr>
              <w:t xml:space="preserve">1,500 </w:t>
            </w:r>
          </w:p>
        </w:tc>
        <w:tc>
          <w:tcPr>
            <w:tcW w:w="1243" w:type="dxa"/>
            <w:vAlign w:val="center"/>
          </w:tcPr>
          <w:p w14:paraId="393988DD" w14:textId="77777777" w:rsidR="00E4688B" w:rsidRPr="00D97086" w:rsidRDefault="00E4688B" w:rsidP="00C703F6">
            <w:pPr>
              <w:jc w:val="both"/>
              <w:rPr>
                <w:rFonts w:ascii="Times New Roman" w:hAnsi="Times New Roman" w:cs="Times New Roman"/>
                <w:color w:val="FF0000"/>
              </w:rPr>
            </w:pPr>
            <w:r w:rsidRPr="00D97086">
              <w:rPr>
                <w:rFonts w:ascii="Times New Roman" w:hAnsi="Times New Roman" w:cs="Times New Roman"/>
                <w:color w:val="FF0000"/>
              </w:rPr>
              <w:t>1,500</w:t>
            </w:r>
          </w:p>
        </w:tc>
        <w:tc>
          <w:tcPr>
            <w:tcW w:w="1243" w:type="dxa"/>
            <w:vAlign w:val="center"/>
          </w:tcPr>
          <w:p w14:paraId="6F444D9D" w14:textId="77777777" w:rsidR="00E4688B" w:rsidRPr="00D97086" w:rsidRDefault="00E4688B" w:rsidP="00C703F6">
            <w:pPr>
              <w:jc w:val="both"/>
              <w:rPr>
                <w:rFonts w:ascii="Times New Roman" w:hAnsi="Times New Roman" w:cs="Times New Roman"/>
                <w:color w:val="FF0000"/>
              </w:rPr>
            </w:pPr>
            <w:r w:rsidRPr="00D97086">
              <w:rPr>
                <w:rFonts w:ascii="Times New Roman" w:hAnsi="Times New Roman" w:cs="Times New Roman"/>
                <w:color w:val="FF0000"/>
              </w:rPr>
              <w:t>6,400</w:t>
            </w:r>
          </w:p>
        </w:tc>
      </w:tr>
      <w:tr w:rsidR="00E4688B" w:rsidRPr="00D97086" w14:paraId="2D927F2B" w14:textId="77777777" w:rsidTr="00C703F6">
        <w:tc>
          <w:tcPr>
            <w:tcW w:w="1525" w:type="dxa"/>
          </w:tcPr>
          <w:p w14:paraId="1F6B7B15" w14:textId="77777777" w:rsidR="00E4688B" w:rsidRPr="00D97086" w:rsidRDefault="00E4688B" w:rsidP="00E4688B">
            <w:pPr>
              <w:jc w:val="both"/>
              <w:rPr>
                <w:rFonts w:ascii="Times New Roman" w:hAnsi="Times New Roman" w:cs="Times New Roman"/>
              </w:rPr>
            </w:pPr>
            <w:proofErr w:type="spellStart"/>
            <w:r w:rsidRPr="00D97086">
              <w:rPr>
                <w:rFonts w:ascii="Times New Roman" w:hAnsi="Times New Roman" w:cs="Times New Roman"/>
              </w:rPr>
              <w:t>Transparencë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databazë</w:t>
            </w:r>
            <w:proofErr w:type="spellEnd"/>
          </w:p>
        </w:tc>
        <w:tc>
          <w:tcPr>
            <w:tcW w:w="1170" w:type="dxa"/>
            <w:vAlign w:val="center"/>
          </w:tcPr>
          <w:p w14:paraId="795D9A02" w14:textId="77777777" w:rsidR="00E4688B" w:rsidRPr="00D97086" w:rsidRDefault="00C703F6" w:rsidP="00C703F6">
            <w:pPr>
              <w:jc w:val="both"/>
              <w:rPr>
                <w:rFonts w:ascii="Times New Roman" w:hAnsi="Times New Roman" w:cs="Times New Roman"/>
                <w:color w:val="FF0000"/>
              </w:rPr>
            </w:pPr>
            <w:r w:rsidRPr="00D97086">
              <w:rPr>
                <w:rFonts w:ascii="Times New Roman" w:hAnsi="Times New Roman" w:cs="Times New Roman"/>
                <w:color w:val="FF0000"/>
              </w:rPr>
              <w:t>500</w:t>
            </w:r>
          </w:p>
        </w:tc>
        <w:tc>
          <w:tcPr>
            <w:tcW w:w="1080" w:type="dxa"/>
            <w:vAlign w:val="center"/>
          </w:tcPr>
          <w:p w14:paraId="16EA4693" w14:textId="77777777" w:rsidR="00E4688B" w:rsidRPr="00D97086" w:rsidRDefault="00E4688B" w:rsidP="00C703F6">
            <w:pPr>
              <w:jc w:val="both"/>
              <w:rPr>
                <w:rFonts w:ascii="Times New Roman" w:hAnsi="Times New Roman" w:cs="Times New Roman"/>
                <w:color w:val="FF0000"/>
              </w:rPr>
            </w:pPr>
            <w:r w:rsidRPr="00D97086">
              <w:rPr>
                <w:rFonts w:ascii="Times New Roman" w:hAnsi="Times New Roman" w:cs="Times New Roman"/>
                <w:color w:val="FF0000"/>
              </w:rPr>
              <w:t>500</w:t>
            </w:r>
          </w:p>
        </w:tc>
        <w:tc>
          <w:tcPr>
            <w:tcW w:w="1260" w:type="dxa"/>
            <w:vAlign w:val="center"/>
          </w:tcPr>
          <w:p w14:paraId="34A23504" w14:textId="77777777" w:rsidR="00E4688B" w:rsidRPr="00D97086" w:rsidRDefault="00C703F6" w:rsidP="00E4688B">
            <w:pPr>
              <w:jc w:val="both"/>
              <w:rPr>
                <w:rFonts w:ascii="Times New Roman" w:hAnsi="Times New Roman" w:cs="Times New Roman"/>
                <w:color w:val="FF0000"/>
              </w:rPr>
            </w:pPr>
            <w:r w:rsidRPr="00D97086">
              <w:rPr>
                <w:rFonts w:ascii="Times New Roman" w:hAnsi="Times New Roman" w:cs="Times New Roman"/>
                <w:color w:val="FF0000"/>
              </w:rPr>
              <w:t>600</w:t>
            </w:r>
          </w:p>
        </w:tc>
        <w:tc>
          <w:tcPr>
            <w:tcW w:w="1109" w:type="dxa"/>
            <w:vAlign w:val="center"/>
          </w:tcPr>
          <w:p w14:paraId="4DD8BC75" w14:textId="77777777" w:rsidR="00E4688B" w:rsidRPr="00D97086" w:rsidRDefault="00C703F6" w:rsidP="00E4688B">
            <w:pPr>
              <w:jc w:val="both"/>
              <w:rPr>
                <w:rFonts w:ascii="Times New Roman" w:hAnsi="Times New Roman" w:cs="Times New Roman"/>
                <w:color w:val="FF0000"/>
              </w:rPr>
            </w:pPr>
            <w:r w:rsidRPr="00D97086">
              <w:rPr>
                <w:rFonts w:ascii="Times New Roman" w:hAnsi="Times New Roman" w:cs="Times New Roman"/>
                <w:color w:val="FF0000"/>
              </w:rPr>
              <w:t>600</w:t>
            </w:r>
          </w:p>
        </w:tc>
        <w:tc>
          <w:tcPr>
            <w:tcW w:w="1243" w:type="dxa"/>
            <w:vAlign w:val="center"/>
          </w:tcPr>
          <w:p w14:paraId="0EC2C4D3" w14:textId="77777777" w:rsidR="00E4688B" w:rsidRPr="00D97086" w:rsidRDefault="00C703F6" w:rsidP="00E4688B">
            <w:pPr>
              <w:jc w:val="both"/>
              <w:rPr>
                <w:rFonts w:ascii="Times New Roman" w:hAnsi="Times New Roman" w:cs="Times New Roman"/>
                <w:color w:val="FF0000"/>
              </w:rPr>
            </w:pPr>
            <w:r w:rsidRPr="00D97086">
              <w:rPr>
                <w:rFonts w:ascii="Times New Roman" w:hAnsi="Times New Roman" w:cs="Times New Roman"/>
                <w:color w:val="FF0000"/>
              </w:rPr>
              <w:t>700</w:t>
            </w:r>
          </w:p>
        </w:tc>
        <w:tc>
          <w:tcPr>
            <w:tcW w:w="1243" w:type="dxa"/>
            <w:vAlign w:val="center"/>
          </w:tcPr>
          <w:p w14:paraId="610590D7" w14:textId="77777777" w:rsidR="00E4688B" w:rsidRPr="00D97086" w:rsidRDefault="00C703F6" w:rsidP="00E4688B">
            <w:pPr>
              <w:jc w:val="both"/>
              <w:rPr>
                <w:rFonts w:ascii="Times New Roman" w:hAnsi="Times New Roman" w:cs="Times New Roman"/>
                <w:color w:val="FF0000"/>
              </w:rPr>
            </w:pPr>
            <w:r w:rsidRPr="00D97086">
              <w:rPr>
                <w:rFonts w:ascii="Times New Roman" w:hAnsi="Times New Roman" w:cs="Times New Roman"/>
                <w:color w:val="FF0000"/>
              </w:rPr>
              <w:t>2,900</w:t>
            </w:r>
          </w:p>
        </w:tc>
      </w:tr>
      <w:tr w:rsidR="00E4688B" w:rsidRPr="00D97086" w14:paraId="62B78CE8" w14:textId="77777777" w:rsidTr="00C703F6">
        <w:tc>
          <w:tcPr>
            <w:tcW w:w="1525" w:type="dxa"/>
          </w:tcPr>
          <w:p w14:paraId="68256026" w14:textId="77777777" w:rsidR="00C703F6" w:rsidRPr="00D97086" w:rsidRDefault="00C703F6" w:rsidP="00E4688B">
            <w:pPr>
              <w:jc w:val="both"/>
              <w:rPr>
                <w:rFonts w:ascii="Times New Roman" w:hAnsi="Times New Roman" w:cs="Times New Roman"/>
                <w:b/>
              </w:rPr>
            </w:pPr>
          </w:p>
          <w:p w14:paraId="7CE66F3D" w14:textId="77777777" w:rsidR="00E4688B" w:rsidRPr="00D97086" w:rsidRDefault="00E4688B" w:rsidP="00E4688B">
            <w:pPr>
              <w:jc w:val="both"/>
              <w:rPr>
                <w:rFonts w:ascii="Times New Roman" w:hAnsi="Times New Roman" w:cs="Times New Roman"/>
                <w:b/>
              </w:rPr>
            </w:pPr>
            <w:proofErr w:type="spellStart"/>
            <w:r w:rsidRPr="00D97086">
              <w:rPr>
                <w:rFonts w:ascii="Times New Roman" w:hAnsi="Times New Roman" w:cs="Times New Roman"/>
                <w:b/>
              </w:rPr>
              <w:t>Totali</w:t>
            </w:r>
            <w:proofErr w:type="spellEnd"/>
            <w:r w:rsidRPr="00D97086">
              <w:rPr>
                <w:rFonts w:ascii="Times New Roman" w:hAnsi="Times New Roman" w:cs="Times New Roman"/>
                <w:b/>
              </w:rPr>
              <w:t xml:space="preserve"> </w:t>
            </w:r>
            <w:proofErr w:type="spellStart"/>
            <w:r w:rsidRPr="00D97086">
              <w:rPr>
                <w:rFonts w:ascii="Times New Roman" w:hAnsi="Times New Roman" w:cs="Times New Roman"/>
                <w:b/>
              </w:rPr>
              <w:t>vjetor</w:t>
            </w:r>
            <w:proofErr w:type="spellEnd"/>
          </w:p>
        </w:tc>
        <w:tc>
          <w:tcPr>
            <w:tcW w:w="1170" w:type="dxa"/>
            <w:vAlign w:val="center"/>
          </w:tcPr>
          <w:p w14:paraId="2F466468" w14:textId="77777777" w:rsidR="00E4688B" w:rsidRPr="00D97086" w:rsidRDefault="00C703F6" w:rsidP="00C703F6">
            <w:pPr>
              <w:jc w:val="both"/>
              <w:rPr>
                <w:rFonts w:ascii="Times New Roman" w:hAnsi="Times New Roman" w:cs="Times New Roman"/>
                <w:b/>
                <w:color w:val="000000"/>
              </w:rPr>
            </w:pPr>
            <w:r w:rsidRPr="00D97086">
              <w:rPr>
                <w:rFonts w:ascii="Times New Roman" w:hAnsi="Times New Roman" w:cs="Times New Roman"/>
                <w:b/>
                <w:color w:val="000000"/>
              </w:rPr>
              <w:t>26,934</w:t>
            </w:r>
          </w:p>
        </w:tc>
        <w:tc>
          <w:tcPr>
            <w:tcW w:w="1080" w:type="dxa"/>
            <w:vAlign w:val="center"/>
          </w:tcPr>
          <w:p w14:paraId="3A86BD54" w14:textId="77777777" w:rsidR="00E4688B" w:rsidRPr="00D97086" w:rsidRDefault="00C703F6" w:rsidP="00C703F6">
            <w:pPr>
              <w:jc w:val="both"/>
              <w:rPr>
                <w:rFonts w:ascii="Times New Roman" w:hAnsi="Times New Roman" w:cs="Times New Roman"/>
                <w:b/>
                <w:color w:val="000000"/>
              </w:rPr>
            </w:pPr>
            <w:r w:rsidRPr="00D97086">
              <w:rPr>
                <w:rFonts w:ascii="Times New Roman" w:hAnsi="Times New Roman" w:cs="Times New Roman"/>
                <w:b/>
                <w:color w:val="000000"/>
              </w:rPr>
              <w:t>28,468</w:t>
            </w:r>
          </w:p>
        </w:tc>
        <w:tc>
          <w:tcPr>
            <w:tcW w:w="1260" w:type="dxa"/>
            <w:vAlign w:val="center"/>
          </w:tcPr>
          <w:p w14:paraId="5E1A074C" w14:textId="77777777" w:rsidR="00E4688B" w:rsidRPr="00D97086" w:rsidRDefault="00E4688B" w:rsidP="00C703F6">
            <w:pPr>
              <w:jc w:val="both"/>
              <w:rPr>
                <w:rFonts w:ascii="Times New Roman" w:hAnsi="Times New Roman" w:cs="Times New Roman"/>
                <w:b/>
                <w:color w:val="000000"/>
              </w:rPr>
            </w:pPr>
            <w:r w:rsidRPr="00D97086">
              <w:rPr>
                <w:rFonts w:ascii="Times New Roman" w:hAnsi="Times New Roman" w:cs="Times New Roman"/>
                <w:b/>
                <w:color w:val="000000"/>
              </w:rPr>
              <w:t>110,331</w:t>
            </w:r>
          </w:p>
        </w:tc>
        <w:tc>
          <w:tcPr>
            <w:tcW w:w="1109" w:type="dxa"/>
            <w:vAlign w:val="center"/>
          </w:tcPr>
          <w:p w14:paraId="2796C8E6" w14:textId="77777777" w:rsidR="00E4688B" w:rsidRPr="00D97086" w:rsidRDefault="00E4688B" w:rsidP="00C703F6">
            <w:pPr>
              <w:jc w:val="both"/>
              <w:rPr>
                <w:rFonts w:ascii="Times New Roman" w:hAnsi="Times New Roman" w:cs="Times New Roman"/>
                <w:b/>
                <w:color w:val="000000"/>
              </w:rPr>
            </w:pPr>
            <w:r w:rsidRPr="00D97086">
              <w:rPr>
                <w:rFonts w:ascii="Times New Roman" w:hAnsi="Times New Roman" w:cs="Times New Roman"/>
                <w:b/>
                <w:color w:val="000000"/>
              </w:rPr>
              <w:t>113,322</w:t>
            </w:r>
          </w:p>
        </w:tc>
        <w:tc>
          <w:tcPr>
            <w:tcW w:w="1243" w:type="dxa"/>
            <w:vAlign w:val="center"/>
          </w:tcPr>
          <w:p w14:paraId="5EA5F4AC" w14:textId="77777777" w:rsidR="00E4688B" w:rsidRPr="00D97086" w:rsidRDefault="00E4688B" w:rsidP="00C703F6">
            <w:pPr>
              <w:jc w:val="both"/>
              <w:rPr>
                <w:rFonts w:ascii="Times New Roman" w:hAnsi="Times New Roman" w:cs="Times New Roman"/>
                <w:b/>
                <w:color w:val="000000"/>
              </w:rPr>
            </w:pPr>
            <w:r w:rsidRPr="00D97086">
              <w:rPr>
                <w:rFonts w:ascii="Times New Roman" w:hAnsi="Times New Roman" w:cs="Times New Roman"/>
                <w:b/>
                <w:color w:val="000000"/>
              </w:rPr>
              <w:t>115,511</w:t>
            </w:r>
          </w:p>
        </w:tc>
        <w:tc>
          <w:tcPr>
            <w:tcW w:w="1243" w:type="dxa"/>
            <w:vAlign w:val="center"/>
          </w:tcPr>
          <w:p w14:paraId="1FA85183" w14:textId="77777777" w:rsidR="00C703F6" w:rsidRPr="00D97086" w:rsidRDefault="00C703F6" w:rsidP="00C703F6">
            <w:pPr>
              <w:jc w:val="both"/>
              <w:rPr>
                <w:rFonts w:ascii="Times New Roman" w:hAnsi="Times New Roman" w:cs="Times New Roman"/>
                <w:b/>
                <w:color w:val="000000"/>
              </w:rPr>
            </w:pPr>
          </w:p>
          <w:p w14:paraId="174BDF11" w14:textId="77777777" w:rsidR="00E4688B" w:rsidRPr="00D97086" w:rsidRDefault="00C703F6" w:rsidP="00C703F6">
            <w:pPr>
              <w:jc w:val="both"/>
              <w:rPr>
                <w:rFonts w:ascii="Times New Roman" w:hAnsi="Times New Roman" w:cs="Times New Roman"/>
                <w:b/>
                <w:color w:val="000000"/>
              </w:rPr>
            </w:pPr>
            <w:r w:rsidRPr="00D97086">
              <w:rPr>
                <w:rFonts w:ascii="Times New Roman" w:hAnsi="Times New Roman" w:cs="Times New Roman"/>
                <w:b/>
                <w:color w:val="000000"/>
              </w:rPr>
              <w:t>394,569</w:t>
            </w:r>
          </w:p>
          <w:p w14:paraId="54B945CC" w14:textId="77777777" w:rsidR="00C703F6" w:rsidRPr="00D97086" w:rsidRDefault="00C703F6" w:rsidP="00C703F6">
            <w:pPr>
              <w:jc w:val="both"/>
              <w:rPr>
                <w:rFonts w:ascii="Times New Roman" w:hAnsi="Times New Roman" w:cs="Times New Roman"/>
                <w:b/>
                <w:color w:val="000000"/>
              </w:rPr>
            </w:pPr>
          </w:p>
        </w:tc>
      </w:tr>
    </w:tbl>
    <w:p w14:paraId="36A58C67" w14:textId="77777777" w:rsidR="00C703F6" w:rsidRPr="00D97086" w:rsidRDefault="00C703F6" w:rsidP="00C276AD">
      <w:pPr>
        <w:jc w:val="both"/>
        <w:rPr>
          <w:rFonts w:ascii="Times New Roman" w:hAnsi="Times New Roman" w:cs="Times New Roman"/>
          <w:color w:val="FF0000"/>
        </w:rPr>
      </w:pPr>
    </w:p>
    <w:p w14:paraId="08082962" w14:textId="77777777" w:rsidR="00C276AD" w:rsidRPr="00D97086" w:rsidRDefault="00C276AD" w:rsidP="00C276AD">
      <w:pPr>
        <w:jc w:val="both"/>
        <w:rPr>
          <w:rFonts w:ascii="Times New Roman" w:hAnsi="Times New Roman" w:cs="Times New Roman"/>
          <w:b/>
          <w:i/>
        </w:rPr>
      </w:pPr>
      <w:proofErr w:type="spellStart"/>
      <w:r w:rsidRPr="00D97086">
        <w:rPr>
          <w:rFonts w:ascii="Times New Roman" w:hAnsi="Times New Roman" w:cs="Times New Roman"/>
          <w:b/>
          <w:i/>
        </w:rPr>
        <w:t>Modalitetet</w:t>
      </w:r>
      <w:proofErr w:type="spellEnd"/>
      <w:r w:rsidRPr="00D97086">
        <w:rPr>
          <w:rFonts w:ascii="Times New Roman" w:hAnsi="Times New Roman" w:cs="Times New Roman"/>
          <w:b/>
          <w:i/>
        </w:rPr>
        <w:t xml:space="preserve"> e </w:t>
      </w:r>
      <w:proofErr w:type="spellStart"/>
      <w:r w:rsidRPr="00D97086">
        <w:rPr>
          <w:rFonts w:ascii="Times New Roman" w:hAnsi="Times New Roman" w:cs="Times New Roman"/>
          <w:b/>
          <w:i/>
        </w:rPr>
        <w:t>zbatimit</w:t>
      </w:r>
      <w:proofErr w:type="spellEnd"/>
      <w:r w:rsidRPr="00D97086">
        <w:rPr>
          <w:rFonts w:ascii="Times New Roman" w:hAnsi="Times New Roman" w:cs="Times New Roman"/>
          <w:b/>
          <w:i/>
        </w:rPr>
        <w:t xml:space="preserve"> </w:t>
      </w:r>
      <w:proofErr w:type="spellStart"/>
      <w:r w:rsidRPr="00D97086">
        <w:rPr>
          <w:rFonts w:ascii="Times New Roman" w:hAnsi="Times New Roman" w:cs="Times New Roman"/>
          <w:b/>
          <w:i/>
        </w:rPr>
        <w:t>financiar</w:t>
      </w:r>
      <w:proofErr w:type="spellEnd"/>
    </w:p>
    <w:p w14:paraId="3C283F89" w14:textId="77777777" w:rsidR="00C276AD" w:rsidRPr="00D97086" w:rsidRDefault="00C276AD" w:rsidP="00C276AD">
      <w:pPr>
        <w:jc w:val="both"/>
        <w:rPr>
          <w:rFonts w:ascii="Times New Roman" w:hAnsi="Times New Roman" w:cs="Times New Roman"/>
        </w:rPr>
      </w:pPr>
      <w:proofErr w:type="spellStart"/>
      <w:r w:rsidRPr="00D97086">
        <w:rPr>
          <w:rFonts w:ascii="Times New Roman" w:hAnsi="Times New Roman" w:cs="Times New Roman"/>
        </w:rPr>
        <w:t>Planifikim</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vjetor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integrim</w:t>
      </w:r>
      <w:proofErr w:type="spellEnd"/>
      <w:r w:rsidRPr="00D97086">
        <w:rPr>
          <w:rFonts w:ascii="Times New Roman" w:hAnsi="Times New Roman" w:cs="Times New Roman"/>
        </w:rPr>
        <w:t xml:space="preserve"> në </w:t>
      </w:r>
      <w:proofErr w:type="spellStart"/>
      <w:r w:rsidRPr="00D97086">
        <w:rPr>
          <w:rFonts w:ascii="Times New Roman" w:hAnsi="Times New Roman" w:cs="Times New Roman"/>
        </w:rPr>
        <w:t>buxhet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fondet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programet</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strehimit</w:t>
      </w:r>
      <w:proofErr w:type="spellEnd"/>
      <w:r w:rsidRPr="00D97086">
        <w:rPr>
          <w:rFonts w:ascii="Times New Roman" w:hAnsi="Times New Roman" w:cs="Times New Roman"/>
        </w:rPr>
        <w:t xml:space="preserve"> do të </w:t>
      </w:r>
      <w:proofErr w:type="spellStart"/>
      <w:r w:rsidRPr="00D97086">
        <w:rPr>
          <w:rFonts w:ascii="Times New Roman" w:hAnsi="Times New Roman" w:cs="Times New Roman"/>
        </w:rPr>
        <w:t>përfshihen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çdo</w:t>
      </w:r>
      <w:proofErr w:type="spellEnd"/>
      <w:r w:rsidRPr="00D97086">
        <w:rPr>
          <w:rFonts w:ascii="Times New Roman" w:hAnsi="Times New Roman" w:cs="Times New Roman"/>
        </w:rPr>
        <w:t xml:space="preserve"> vit në Projekt-</w:t>
      </w:r>
      <w:proofErr w:type="spellStart"/>
      <w:r w:rsidRPr="00D97086">
        <w:rPr>
          <w:rFonts w:ascii="Times New Roman" w:hAnsi="Times New Roman" w:cs="Times New Roman"/>
        </w:rPr>
        <w:t>Buxhetin</w:t>
      </w:r>
      <w:proofErr w:type="spellEnd"/>
      <w:r w:rsidRPr="00D97086">
        <w:rPr>
          <w:rFonts w:ascii="Times New Roman" w:hAnsi="Times New Roman" w:cs="Times New Roman"/>
        </w:rPr>
        <w:t xml:space="preserve"> Vendor, të </w:t>
      </w:r>
      <w:proofErr w:type="spellStart"/>
      <w:r w:rsidRPr="00D97086">
        <w:rPr>
          <w:rFonts w:ascii="Times New Roman" w:hAnsi="Times New Roman" w:cs="Times New Roman"/>
        </w:rPr>
        <w:t>lidhur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ngushtë</w:t>
      </w:r>
      <w:proofErr w:type="spellEnd"/>
      <w:r w:rsidRPr="00D97086">
        <w:rPr>
          <w:rFonts w:ascii="Times New Roman" w:hAnsi="Times New Roman" w:cs="Times New Roman"/>
        </w:rPr>
        <w:t xml:space="preserve"> me </w:t>
      </w:r>
      <w:proofErr w:type="spellStart"/>
      <w:r w:rsidRPr="00D97086">
        <w:rPr>
          <w:rFonts w:ascii="Times New Roman" w:hAnsi="Times New Roman" w:cs="Times New Roman"/>
        </w:rPr>
        <w:t>objektivat</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planit</w:t>
      </w:r>
      <w:proofErr w:type="spellEnd"/>
      <w:r w:rsidRPr="00D97086">
        <w:rPr>
          <w:rFonts w:ascii="Times New Roman" w:hAnsi="Times New Roman" w:cs="Times New Roman"/>
        </w:rPr>
        <w:t>.</w:t>
      </w:r>
    </w:p>
    <w:p w14:paraId="6F1A47AE" w14:textId="77777777" w:rsidR="00C276AD" w:rsidRPr="00D97086" w:rsidRDefault="00C276AD" w:rsidP="00C276AD">
      <w:pPr>
        <w:jc w:val="both"/>
        <w:rPr>
          <w:rFonts w:ascii="Times New Roman" w:hAnsi="Times New Roman" w:cs="Times New Roman"/>
        </w:rPr>
      </w:pPr>
      <w:proofErr w:type="spellStart"/>
      <w:r w:rsidRPr="00D97086">
        <w:rPr>
          <w:rFonts w:ascii="Times New Roman" w:hAnsi="Times New Roman" w:cs="Times New Roman"/>
        </w:rPr>
        <w:t>Bashkëfinancim</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skemat</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subvencioneve</w:t>
      </w:r>
      <w:proofErr w:type="spellEnd"/>
      <w:r w:rsidRPr="00D97086">
        <w:rPr>
          <w:rFonts w:ascii="Times New Roman" w:hAnsi="Times New Roman" w:cs="Times New Roman"/>
        </w:rPr>
        <w:t xml:space="preserve"> do të </w:t>
      </w:r>
      <w:proofErr w:type="spellStart"/>
      <w:r w:rsidRPr="00D97086">
        <w:rPr>
          <w:rFonts w:ascii="Times New Roman" w:hAnsi="Times New Roman" w:cs="Times New Roman"/>
        </w:rPr>
        <w:t>mbulohen</w:t>
      </w:r>
      <w:proofErr w:type="spellEnd"/>
      <w:r w:rsidRPr="00D97086">
        <w:rPr>
          <w:rFonts w:ascii="Times New Roman" w:hAnsi="Times New Roman" w:cs="Times New Roman"/>
        </w:rPr>
        <w:t xml:space="preserve"> me </w:t>
      </w:r>
      <w:proofErr w:type="spellStart"/>
      <w:r w:rsidRPr="00D97086">
        <w:rPr>
          <w:rFonts w:ascii="Times New Roman" w:hAnsi="Times New Roman" w:cs="Times New Roman"/>
        </w:rPr>
        <w:t>raportin</w:t>
      </w:r>
      <w:proofErr w:type="spellEnd"/>
      <w:r w:rsidRPr="00D97086">
        <w:rPr>
          <w:rFonts w:ascii="Times New Roman" w:hAnsi="Times New Roman" w:cs="Times New Roman"/>
        </w:rPr>
        <w:t xml:space="preserve"> 80% </w:t>
      </w:r>
      <w:proofErr w:type="spellStart"/>
      <w:r w:rsidRPr="00D97086">
        <w:rPr>
          <w:rFonts w:ascii="Times New Roman" w:hAnsi="Times New Roman" w:cs="Times New Roman"/>
        </w:rPr>
        <w:t>qeveri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qendrore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20% </w:t>
      </w:r>
      <w:proofErr w:type="spellStart"/>
      <w:r w:rsidRPr="00D97086">
        <w:rPr>
          <w:rFonts w:ascii="Times New Roman" w:hAnsi="Times New Roman" w:cs="Times New Roman"/>
        </w:rPr>
        <w:t>bashki</w:t>
      </w:r>
      <w:proofErr w:type="spellEnd"/>
      <w:r w:rsidRPr="00D97086">
        <w:rPr>
          <w:rFonts w:ascii="Times New Roman" w:hAnsi="Times New Roman" w:cs="Times New Roman"/>
        </w:rPr>
        <w:t xml:space="preserve">, duke </w:t>
      </w:r>
      <w:proofErr w:type="spellStart"/>
      <w:r w:rsidRPr="00D97086">
        <w:rPr>
          <w:rFonts w:ascii="Times New Roman" w:hAnsi="Times New Roman" w:cs="Times New Roman"/>
        </w:rPr>
        <w:t>siguruar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qëndrueshmëri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fiskale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ndarje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drejtë</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përgjegjësive</w:t>
      </w:r>
      <w:proofErr w:type="spellEnd"/>
      <w:r w:rsidRPr="00D97086">
        <w:rPr>
          <w:rFonts w:ascii="Times New Roman" w:hAnsi="Times New Roman" w:cs="Times New Roman"/>
        </w:rPr>
        <w:t>.</w:t>
      </w:r>
    </w:p>
    <w:p w14:paraId="5E3CC10A" w14:textId="77777777" w:rsidR="00C276AD" w:rsidRPr="00D97086" w:rsidRDefault="00C276AD" w:rsidP="00C276AD">
      <w:pPr>
        <w:jc w:val="both"/>
        <w:rPr>
          <w:rFonts w:ascii="Times New Roman" w:hAnsi="Times New Roman" w:cs="Times New Roman"/>
        </w:rPr>
      </w:pPr>
      <w:proofErr w:type="spellStart"/>
      <w:r w:rsidRPr="00D97086">
        <w:rPr>
          <w:rFonts w:ascii="Times New Roman" w:hAnsi="Times New Roman" w:cs="Times New Roman"/>
        </w:rPr>
        <w:t>Menaxhim</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dedikuar</w:t>
      </w:r>
      <w:proofErr w:type="spellEnd"/>
      <w:r w:rsidRPr="00D97086">
        <w:rPr>
          <w:rFonts w:ascii="Times New Roman" w:hAnsi="Times New Roman" w:cs="Times New Roman"/>
        </w:rPr>
        <w:t xml:space="preserve">: </w:t>
      </w:r>
      <w:proofErr w:type="spellStart"/>
      <w:r w:rsidR="003C345C" w:rsidRPr="00D97086">
        <w:rPr>
          <w:rFonts w:ascii="Times New Roman" w:hAnsi="Times New Roman" w:cs="Times New Roman"/>
        </w:rPr>
        <w:t>Drejtoria</w:t>
      </w:r>
      <w:proofErr w:type="spellEnd"/>
      <w:r w:rsidR="003C345C" w:rsidRPr="00D97086">
        <w:rPr>
          <w:rFonts w:ascii="Times New Roman" w:hAnsi="Times New Roman" w:cs="Times New Roman"/>
        </w:rPr>
        <w:t xml:space="preserve"> </w:t>
      </w:r>
      <w:proofErr w:type="spellStart"/>
      <w:r w:rsidR="003C345C" w:rsidRPr="00D97086">
        <w:rPr>
          <w:rFonts w:ascii="Times New Roman" w:hAnsi="Times New Roman" w:cs="Times New Roman"/>
        </w:rPr>
        <w:t>Planifikim</w:t>
      </w:r>
      <w:proofErr w:type="spellEnd"/>
      <w:r w:rsidR="003C345C" w:rsidRPr="00D97086">
        <w:rPr>
          <w:rFonts w:ascii="Times New Roman" w:hAnsi="Times New Roman" w:cs="Times New Roman"/>
        </w:rPr>
        <w:t xml:space="preserve"> </w:t>
      </w:r>
      <w:proofErr w:type="spellStart"/>
      <w:r w:rsidR="003C345C" w:rsidRPr="00D97086">
        <w:rPr>
          <w:rFonts w:ascii="Times New Roman" w:hAnsi="Times New Roman" w:cs="Times New Roman"/>
        </w:rPr>
        <w:t>Menaxhimit</w:t>
      </w:r>
      <w:proofErr w:type="spellEnd"/>
      <w:r w:rsidR="003C345C" w:rsidRPr="00D97086">
        <w:rPr>
          <w:rFonts w:ascii="Times New Roman" w:hAnsi="Times New Roman" w:cs="Times New Roman"/>
        </w:rPr>
        <w:t xml:space="preserve"> </w:t>
      </w:r>
      <w:proofErr w:type="spellStart"/>
      <w:r w:rsidR="003C345C" w:rsidRPr="00D97086">
        <w:rPr>
          <w:rFonts w:ascii="Times New Roman" w:hAnsi="Times New Roman" w:cs="Times New Roman"/>
        </w:rPr>
        <w:t>Financiar</w:t>
      </w:r>
      <w:proofErr w:type="spellEnd"/>
      <w:r w:rsidR="003C345C" w:rsidRPr="00D97086">
        <w:rPr>
          <w:rFonts w:ascii="Times New Roman" w:hAnsi="Times New Roman" w:cs="Times New Roman"/>
        </w:rPr>
        <w:t xml:space="preserve"> </w:t>
      </w:r>
      <w:proofErr w:type="spellStart"/>
      <w:r w:rsidR="003C345C" w:rsidRPr="00D97086">
        <w:rPr>
          <w:rFonts w:ascii="Times New Roman" w:hAnsi="Times New Roman" w:cs="Times New Roman"/>
        </w:rPr>
        <w:t>dhe</w:t>
      </w:r>
      <w:proofErr w:type="spellEnd"/>
      <w:r w:rsidR="003C345C" w:rsidRPr="00D97086">
        <w:rPr>
          <w:rFonts w:ascii="Times New Roman" w:hAnsi="Times New Roman" w:cs="Times New Roman"/>
        </w:rPr>
        <w:t xml:space="preserve"> </w:t>
      </w:r>
      <w:proofErr w:type="spellStart"/>
      <w:r w:rsidR="003C345C" w:rsidRPr="00D97086">
        <w:rPr>
          <w:rFonts w:ascii="Times New Roman" w:hAnsi="Times New Roman" w:cs="Times New Roman"/>
        </w:rPr>
        <w:t>Sherbimit</w:t>
      </w:r>
      <w:proofErr w:type="spellEnd"/>
      <w:r w:rsidR="003C345C" w:rsidRPr="00D97086">
        <w:rPr>
          <w:rFonts w:ascii="Times New Roman" w:hAnsi="Times New Roman" w:cs="Times New Roman"/>
        </w:rPr>
        <w:t xml:space="preserve"> Social</w:t>
      </w:r>
      <w:r w:rsidRPr="00D97086">
        <w:rPr>
          <w:rFonts w:ascii="Times New Roman" w:hAnsi="Times New Roman" w:cs="Times New Roman"/>
        </w:rPr>
        <w:t xml:space="preserve"> do të </w:t>
      </w:r>
      <w:proofErr w:type="spellStart"/>
      <w:r w:rsidRPr="00D97086">
        <w:rPr>
          <w:rFonts w:ascii="Times New Roman" w:hAnsi="Times New Roman" w:cs="Times New Roman"/>
        </w:rPr>
        <w:t>administrojë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listat</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përfituesve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kontratat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pagesat</w:t>
      </w:r>
      <w:proofErr w:type="spellEnd"/>
      <w:r w:rsidRPr="00D97086">
        <w:rPr>
          <w:rFonts w:ascii="Times New Roman" w:hAnsi="Times New Roman" w:cs="Times New Roman"/>
        </w:rPr>
        <w:t xml:space="preserve">, duke </w:t>
      </w:r>
      <w:proofErr w:type="spellStart"/>
      <w:r w:rsidRPr="00D97086">
        <w:rPr>
          <w:rFonts w:ascii="Times New Roman" w:hAnsi="Times New Roman" w:cs="Times New Roman"/>
        </w:rPr>
        <w:t>garantuar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zbatim</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sipas</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kritereve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Ligjit</w:t>
      </w:r>
      <w:proofErr w:type="spellEnd"/>
      <w:r w:rsidRPr="00D97086">
        <w:rPr>
          <w:rFonts w:ascii="Times New Roman" w:hAnsi="Times New Roman" w:cs="Times New Roman"/>
        </w:rPr>
        <w:t xml:space="preserve"> nr. 22/2018.</w:t>
      </w:r>
    </w:p>
    <w:p w14:paraId="5BC68CF3" w14:textId="77777777" w:rsidR="00C276AD" w:rsidRPr="00D97086" w:rsidRDefault="00C276AD" w:rsidP="00C276AD">
      <w:pPr>
        <w:jc w:val="both"/>
        <w:rPr>
          <w:rFonts w:ascii="Times New Roman" w:hAnsi="Times New Roman" w:cs="Times New Roman"/>
        </w:rPr>
      </w:pPr>
      <w:proofErr w:type="spellStart"/>
      <w:r w:rsidRPr="00D97086">
        <w:rPr>
          <w:rFonts w:ascii="Times New Roman" w:hAnsi="Times New Roman" w:cs="Times New Roman"/>
        </w:rPr>
        <w:t>Raportim</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transparence: </w:t>
      </w:r>
      <w:proofErr w:type="spellStart"/>
      <w:r w:rsidRPr="00D97086">
        <w:rPr>
          <w:rFonts w:ascii="Times New Roman" w:hAnsi="Times New Roman" w:cs="Times New Roman"/>
        </w:rPr>
        <w:t>çdo</w:t>
      </w:r>
      <w:proofErr w:type="spellEnd"/>
      <w:r w:rsidRPr="00D97086">
        <w:rPr>
          <w:rFonts w:ascii="Times New Roman" w:hAnsi="Times New Roman" w:cs="Times New Roman"/>
        </w:rPr>
        <w:t xml:space="preserve"> vit do të </w:t>
      </w:r>
      <w:proofErr w:type="spellStart"/>
      <w:r w:rsidRPr="00D97086">
        <w:rPr>
          <w:rFonts w:ascii="Times New Roman" w:hAnsi="Times New Roman" w:cs="Times New Roman"/>
        </w:rPr>
        <w:t>publikohet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raporti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financiar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programeve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strehimit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ku</w:t>
      </w:r>
      <w:proofErr w:type="spellEnd"/>
      <w:r w:rsidRPr="00D97086">
        <w:rPr>
          <w:rFonts w:ascii="Times New Roman" w:hAnsi="Times New Roman" w:cs="Times New Roman"/>
        </w:rPr>
        <w:t xml:space="preserve"> do të </w:t>
      </w:r>
      <w:proofErr w:type="spellStart"/>
      <w:r w:rsidRPr="00D97086">
        <w:rPr>
          <w:rFonts w:ascii="Times New Roman" w:hAnsi="Times New Roman" w:cs="Times New Roman"/>
        </w:rPr>
        <w:t>përfshihet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numri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përfituesve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shpenzimet</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realizuara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progresi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drejt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objektivave</w:t>
      </w:r>
      <w:proofErr w:type="spellEnd"/>
      <w:r w:rsidRPr="00D97086">
        <w:rPr>
          <w:rFonts w:ascii="Times New Roman" w:hAnsi="Times New Roman" w:cs="Times New Roman"/>
        </w:rPr>
        <w:t>.</w:t>
      </w:r>
    </w:p>
    <w:p w14:paraId="6B1A2AD4" w14:textId="77777777" w:rsidR="00C276AD" w:rsidRPr="00D97086" w:rsidRDefault="00C276AD" w:rsidP="00C276AD">
      <w:pPr>
        <w:jc w:val="both"/>
        <w:rPr>
          <w:rFonts w:ascii="Times New Roman" w:hAnsi="Times New Roman" w:cs="Times New Roman"/>
        </w:rPr>
      </w:pPr>
      <w:proofErr w:type="spellStart"/>
      <w:r w:rsidRPr="00D97086">
        <w:rPr>
          <w:rFonts w:ascii="Times New Roman" w:hAnsi="Times New Roman" w:cs="Times New Roman"/>
        </w:rPr>
        <w:t>Përdorimi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fondeve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jashtme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projektet</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mbështetura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nga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partnerë</w:t>
      </w:r>
      <w:proofErr w:type="spellEnd"/>
      <w:r w:rsidRPr="00D97086">
        <w:rPr>
          <w:rFonts w:ascii="Times New Roman" w:hAnsi="Times New Roman" w:cs="Times New Roman"/>
        </w:rPr>
        <w:t xml:space="preserve"> do të </w:t>
      </w:r>
      <w:proofErr w:type="spellStart"/>
      <w:r w:rsidRPr="00D97086">
        <w:rPr>
          <w:rFonts w:ascii="Times New Roman" w:hAnsi="Times New Roman" w:cs="Times New Roman"/>
        </w:rPr>
        <w:t>pasqyrohen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linja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shtesë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financimi</w:t>
      </w:r>
      <w:proofErr w:type="spellEnd"/>
      <w:r w:rsidRPr="00D97086">
        <w:rPr>
          <w:rFonts w:ascii="Times New Roman" w:hAnsi="Times New Roman" w:cs="Times New Roman"/>
        </w:rPr>
        <w:t xml:space="preserve">, duke u </w:t>
      </w:r>
      <w:proofErr w:type="spellStart"/>
      <w:r w:rsidRPr="00D97086">
        <w:rPr>
          <w:rFonts w:ascii="Times New Roman" w:hAnsi="Times New Roman" w:cs="Times New Roman"/>
        </w:rPr>
        <w:t>fokusuar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tek</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inovacioni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eficienca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energjetike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përfshirja</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grupeve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vulnerabël</w:t>
      </w:r>
      <w:proofErr w:type="spellEnd"/>
      <w:r w:rsidRPr="00D97086">
        <w:rPr>
          <w:rFonts w:ascii="Times New Roman" w:hAnsi="Times New Roman" w:cs="Times New Roman"/>
        </w:rPr>
        <w:t>.</w:t>
      </w:r>
    </w:p>
    <w:p w14:paraId="65E9FE13" w14:textId="77777777" w:rsidR="00C276AD" w:rsidRDefault="00C276AD" w:rsidP="00C276AD">
      <w:pPr>
        <w:jc w:val="both"/>
        <w:rPr>
          <w:rFonts w:ascii="Times New Roman" w:hAnsi="Times New Roman" w:cs="Times New Roman"/>
        </w:rPr>
      </w:pPr>
      <w:proofErr w:type="spellStart"/>
      <w:r w:rsidRPr="00D97086">
        <w:rPr>
          <w:rFonts w:ascii="Times New Roman" w:hAnsi="Times New Roman" w:cs="Times New Roman"/>
        </w:rPr>
        <w:t>Korniza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financiare</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planit</w:t>
      </w:r>
      <w:proofErr w:type="spellEnd"/>
      <w:r w:rsidRPr="00D97086">
        <w:rPr>
          <w:rFonts w:ascii="Times New Roman" w:hAnsi="Times New Roman" w:cs="Times New Roman"/>
        </w:rPr>
        <w:t xml:space="preserve"> 2025–2029 </w:t>
      </w:r>
      <w:proofErr w:type="spellStart"/>
      <w:r w:rsidRPr="00D97086">
        <w:rPr>
          <w:rFonts w:ascii="Times New Roman" w:hAnsi="Times New Roman" w:cs="Times New Roman"/>
        </w:rPr>
        <w:t>garanton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që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strehimi</w:t>
      </w:r>
      <w:proofErr w:type="spellEnd"/>
      <w:r w:rsidRPr="00D97086">
        <w:rPr>
          <w:rFonts w:ascii="Times New Roman" w:hAnsi="Times New Roman" w:cs="Times New Roman"/>
        </w:rPr>
        <w:t xml:space="preserve"> social të </w:t>
      </w:r>
      <w:proofErr w:type="spellStart"/>
      <w:r w:rsidRPr="00D97086">
        <w:rPr>
          <w:rFonts w:ascii="Times New Roman" w:hAnsi="Times New Roman" w:cs="Times New Roman"/>
        </w:rPr>
        <w:t>mos</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mbetet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vetëm</w:t>
      </w:r>
      <w:proofErr w:type="spellEnd"/>
      <w:r w:rsidRPr="00D97086">
        <w:rPr>
          <w:rFonts w:ascii="Times New Roman" w:hAnsi="Times New Roman" w:cs="Times New Roman"/>
        </w:rPr>
        <w:t xml:space="preserve"> një </w:t>
      </w:r>
      <w:proofErr w:type="spellStart"/>
      <w:r w:rsidRPr="00D97086">
        <w:rPr>
          <w:rFonts w:ascii="Times New Roman" w:hAnsi="Times New Roman" w:cs="Times New Roman"/>
        </w:rPr>
        <w:t>objektiv</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politik</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por</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shndërrohet</w:t>
      </w:r>
      <w:proofErr w:type="spellEnd"/>
      <w:r w:rsidRPr="00D97086">
        <w:rPr>
          <w:rFonts w:ascii="Times New Roman" w:hAnsi="Times New Roman" w:cs="Times New Roman"/>
        </w:rPr>
        <w:t xml:space="preserve"> në një </w:t>
      </w:r>
      <w:proofErr w:type="spellStart"/>
      <w:r w:rsidRPr="00D97086">
        <w:rPr>
          <w:rFonts w:ascii="Times New Roman" w:hAnsi="Times New Roman" w:cs="Times New Roman"/>
        </w:rPr>
        <w:t>realitet</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prekshëm</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familjet</w:t>
      </w:r>
      <w:proofErr w:type="spellEnd"/>
      <w:r w:rsidRPr="00D97086">
        <w:rPr>
          <w:rFonts w:ascii="Times New Roman" w:hAnsi="Times New Roman" w:cs="Times New Roman"/>
        </w:rPr>
        <w:t xml:space="preserve"> në </w:t>
      </w:r>
      <w:proofErr w:type="spellStart"/>
      <w:r w:rsidRPr="00D97086">
        <w:rPr>
          <w:rFonts w:ascii="Times New Roman" w:hAnsi="Times New Roman" w:cs="Times New Roman"/>
        </w:rPr>
        <w:t>nevojë</w:t>
      </w:r>
      <w:proofErr w:type="spellEnd"/>
      <w:r w:rsidRPr="00D97086">
        <w:rPr>
          <w:rFonts w:ascii="Times New Roman" w:hAnsi="Times New Roman" w:cs="Times New Roman"/>
        </w:rPr>
        <w:t xml:space="preserve">. Duke </w:t>
      </w:r>
      <w:proofErr w:type="spellStart"/>
      <w:r w:rsidRPr="00D97086">
        <w:rPr>
          <w:rFonts w:ascii="Times New Roman" w:hAnsi="Times New Roman" w:cs="Times New Roman"/>
        </w:rPr>
        <w:t>kombinuar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burimet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vendore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qendrore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partnere</w:t>
      </w:r>
      <w:proofErr w:type="spellEnd"/>
      <w:r w:rsidRPr="00D97086">
        <w:rPr>
          <w:rFonts w:ascii="Times New Roman" w:hAnsi="Times New Roman" w:cs="Times New Roman"/>
        </w:rPr>
        <w:t xml:space="preserve">, Bashkia </w:t>
      </w:r>
      <w:proofErr w:type="spellStart"/>
      <w:r w:rsidRPr="00D97086">
        <w:rPr>
          <w:rFonts w:ascii="Times New Roman" w:hAnsi="Times New Roman" w:cs="Times New Roman"/>
        </w:rPr>
        <w:t>Prrenjas</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krijon</w:t>
      </w:r>
      <w:proofErr w:type="spellEnd"/>
      <w:r w:rsidRPr="00D97086">
        <w:rPr>
          <w:rFonts w:ascii="Times New Roman" w:hAnsi="Times New Roman" w:cs="Times New Roman"/>
        </w:rPr>
        <w:t xml:space="preserve"> një </w:t>
      </w:r>
      <w:proofErr w:type="spellStart"/>
      <w:r w:rsidRPr="00D97086">
        <w:rPr>
          <w:rFonts w:ascii="Times New Roman" w:hAnsi="Times New Roman" w:cs="Times New Roman"/>
        </w:rPr>
        <w:t>mekanizëm</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qëndrueshëm</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financiar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cili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përgjigjet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sfidave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emergjente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ndërton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baza</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forta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ndërhyrje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afatgjata</w:t>
      </w:r>
      <w:proofErr w:type="spellEnd"/>
      <w:r w:rsidRPr="00D97086">
        <w:rPr>
          <w:rFonts w:ascii="Times New Roman" w:hAnsi="Times New Roman" w:cs="Times New Roman"/>
        </w:rPr>
        <w:t>.</w:t>
      </w:r>
    </w:p>
    <w:p w14:paraId="5CC510DE" w14:textId="77777777" w:rsidR="00A269A9" w:rsidRPr="00D97086" w:rsidRDefault="00A269A9" w:rsidP="00C276AD">
      <w:pPr>
        <w:jc w:val="both"/>
        <w:rPr>
          <w:rFonts w:ascii="Times New Roman" w:hAnsi="Times New Roman" w:cs="Times New Roman"/>
        </w:rPr>
      </w:pPr>
    </w:p>
    <w:p w14:paraId="0F24F90E" w14:textId="77777777" w:rsidR="00C95401" w:rsidRPr="00D97086" w:rsidRDefault="00F653AC" w:rsidP="0020237D">
      <w:pPr>
        <w:pStyle w:val="Heading1"/>
        <w:numPr>
          <w:ilvl w:val="0"/>
          <w:numId w:val="22"/>
        </w:numPr>
        <w:rPr>
          <w:rFonts w:ascii="Times New Roman" w:hAnsi="Times New Roman" w:cs="Times New Roman"/>
        </w:rPr>
      </w:pPr>
      <w:bookmarkStart w:id="15" w:name="_Toc209703442"/>
      <w:proofErr w:type="spellStart"/>
      <w:r w:rsidRPr="00D97086">
        <w:rPr>
          <w:rFonts w:ascii="Times New Roman" w:hAnsi="Times New Roman" w:cs="Times New Roman"/>
        </w:rPr>
        <w:t>Qeverisja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zbatimi</w:t>
      </w:r>
      <w:bookmarkEnd w:id="15"/>
      <w:proofErr w:type="spellEnd"/>
      <w:r w:rsidR="002A3AC9" w:rsidRPr="00D97086">
        <w:rPr>
          <w:rFonts w:ascii="Times New Roman" w:hAnsi="Times New Roman" w:cs="Times New Roman"/>
        </w:rPr>
        <w:t xml:space="preserve"> </w:t>
      </w:r>
    </w:p>
    <w:p w14:paraId="187350DA" w14:textId="77777777" w:rsidR="00A269A9" w:rsidRDefault="00A269A9" w:rsidP="00AF416E">
      <w:pPr>
        <w:jc w:val="both"/>
        <w:rPr>
          <w:rFonts w:ascii="Times New Roman" w:hAnsi="Times New Roman" w:cs="Times New Roman"/>
          <w:sz w:val="24"/>
          <w:szCs w:val="24"/>
        </w:rPr>
      </w:pPr>
    </w:p>
    <w:p w14:paraId="1AF1689B" w14:textId="77777777" w:rsidR="00AF416E" w:rsidRPr="00D97086" w:rsidRDefault="00AF416E" w:rsidP="00AF416E">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Zbatimi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Planit Vendor të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Bashkinë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bazohet</w:t>
      </w:r>
      <w:proofErr w:type="spellEnd"/>
      <w:r w:rsidRPr="00D97086">
        <w:rPr>
          <w:rFonts w:ascii="Times New Roman" w:hAnsi="Times New Roman" w:cs="Times New Roman"/>
          <w:sz w:val="24"/>
          <w:szCs w:val="24"/>
        </w:rPr>
        <w:t xml:space="preserve"> në një </w:t>
      </w:r>
      <w:proofErr w:type="spellStart"/>
      <w:r w:rsidRPr="00D97086">
        <w:rPr>
          <w:rFonts w:ascii="Times New Roman" w:hAnsi="Times New Roman" w:cs="Times New Roman"/>
          <w:sz w:val="24"/>
          <w:szCs w:val="24"/>
        </w:rPr>
        <w:t>strukturë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qartë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qeverisjeje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mekanizma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standardizuar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koordinimi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Përgjegjësia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kryesore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takon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lastRenderedPageBreak/>
        <w:t>Sektorit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Shërbimeve</w:t>
      </w:r>
      <w:proofErr w:type="spellEnd"/>
      <w:r w:rsidRPr="00D97086">
        <w:rPr>
          <w:rFonts w:ascii="Times New Roman" w:hAnsi="Times New Roman" w:cs="Times New Roman"/>
          <w:sz w:val="24"/>
          <w:szCs w:val="24"/>
        </w:rPr>
        <w:t xml:space="preserve"> Sociale </w:t>
      </w:r>
      <w:proofErr w:type="spellStart"/>
      <w:r w:rsidRPr="00D97086">
        <w:rPr>
          <w:rFonts w:ascii="Times New Roman" w:hAnsi="Times New Roman" w:cs="Times New Roman"/>
          <w:sz w:val="24"/>
          <w:szCs w:val="24"/>
        </w:rPr>
        <w:t>pranë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bashkisë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cili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udhëheq</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procesin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monitoron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zbatimin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raporton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periodikisht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ecurinë</w:t>
      </w:r>
      <w:proofErr w:type="spellEnd"/>
      <w:r w:rsidRPr="00D97086">
        <w:rPr>
          <w:rFonts w:ascii="Times New Roman" w:hAnsi="Times New Roman" w:cs="Times New Roman"/>
          <w:sz w:val="24"/>
          <w:szCs w:val="24"/>
        </w:rPr>
        <w:t xml:space="preserve">. Ky </w:t>
      </w:r>
      <w:proofErr w:type="spellStart"/>
      <w:r w:rsidRPr="00D97086">
        <w:rPr>
          <w:rFonts w:ascii="Times New Roman" w:hAnsi="Times New Roman" w:cs="Times New Roman"/>
          <w:sz w:val="24"/>
          <w:szCs w:val="24"/>
        </w:rPr>
        <w:t>sektor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bashkëpunon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ngushtë</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njësitë</w:t>
      </w:r>
      <w:proofErr w:type="spellEnd"/>
      <w:r w:rsidRPr="00D97086">
        <w:rPr>
          <w:rFonts w:ascii="Times New Roman" w:hAnsi="Times New Roman" w:cs="Times New Roman"/>
          <w:sz w:val="24"/>
          <w:szCs w:val="24"/>
        </w:rPr>
        <w:t xml:space="preserve"> administrative,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sigurojnë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mbledhjen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aplikimeve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verifikimin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fillestar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kritereve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kontaktin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vazhdueshëm</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qytetarët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mënyrë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integruar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përfshihen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partnerët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lokalë</w:t>
      </w:r>
      <w:proofErr w:type="spellEnd"/>
      <w:r w:rsidRPr="00D97086">
        <w:rPr>
          <w:rFonts w:ascii="Times New Roman" w:hAnsi="Times New Roman" w:cs="Times New Roman"/>
          <w:sz w:val="24"/>
          <w:szCs w:val="24"/>
        </w:rPr>
        <w:t xml:space="preserve"> – </w:t>
      </w:r>
      <w:proofErr w:type="spellStart"/>
      <w:r w:rsidRPr="00D97086">
        <w:rPr>
          <w:rFonts w:ascii="Times New Roman" w:hAnsi="Times New Roman" w:cs="Times New Roman"/>
          <w:sz w:val="24"/>
          <w:szCs w:val="24"/>
        </w:rPr>
        <w:t>organizata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joqeveritare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institucione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financiare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aktorë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privatë</w:t>
      </w:r>
      <w:proofErr w:type="spellEnd"/>
      <w:r w:rsidRPr="00D97086">
        <w:rPr>
          <w:rFonts w:ascii="Times New Roman" w:hAnsi="Times New Roman" w:cs="Times New Roman"/>
          <w:sz w:val="24"/>
          <w:szCs w:val="24"/>
        </w:rPr>
        <w:t xml:space="preserve"> – duke </w:t>
      </w:r>
      <w:proofErr w:type="spellStart"/>
      <w:r w:rsidRPr="00D97086">
        <w:rPr>
          <w:rFonts w:ascii="Times New Roman" w:hAnsi="Times New Roman" w:cs="Times New Roman"/>
          <w:sz w:val="24"/>
          <w:szCs w:val="24"/>
        </w:rPr>
        <w:t>rritur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kapacitetin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zbatimit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mbështetjen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nevojë</w:t>
      </w:r>
      <w:proofErr w:type="spellEnd"/>
      <w:r w:rsidRPr="00D97086">
        <w:rPr>
          <w:rFonts w:ascii="Times New Roman" w:hAnsi="Times New Roman" w:cs="Times New Roman"/>
          <w:sz w:val="24"/>
          <w:szCs w:val="24"/>
        </w:rPr>
        <w:t>.</w:t>
      </w:r>
    </w:p>
    <w:p w14:paraId="3A46B8A2" w14:textId="77777777" w:rsidR="00AF416E" w:rsidRPr="00D97086" w:rsidRDefault="00AF416E" w:rsidP="00AF416E">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Menaxhimi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listës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pritjes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realizohet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bazë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kritereve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ligjore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vendimeve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Këshillit</w:t>
      </w:r>
      <w:proofErr w:type="spellEnd"/>
      <w:r w:rsidRPr="00D97086">
        <w:rPr>
          <w:rFonts w:ascii="Times New Roman" w:hAnsi="Times New Roman" w:cs="Times New Roman"/>
          <w:sz w:val="24"/>
          <w:szCs w:val="24"/>
        </w:rPr>
        <w:t xml:space="preserve"> Bashkiak, duke </w:t>
      </w:r>
      <w:proofErr w:type="spellStart"/>
      <w:r w:rsidRPr="00D97086">
        <w:rPr>
          <w:rFonts w:ascii="Times New Roman" w:hAnsi="Times New Roman" w:cs="Times New Roman"/>
          <w:sz w:val="24"/>
          <w:szCs w:val="24"/>
        </w:rPr>
        <w:t>garantuar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çdo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aplikant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trajtohet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mënyrë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njëtrajtshme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Verifikimi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drejtës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përfitimit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kryhet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përmes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dokumentacionit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zyrtar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vizitave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terren</w:t>
      </w:r>
      <w:proofErr w:type="spellEnd"/>
      <w:r w:rsidRPr="00D97086">
        <w:rPr>
          <w:rFonts w:ascii="Times New Roman" w:hAnsi="Times New Roman" w:cs="Times New Roman"/>
          <w:sz w:val="24"/>
          <w:szCs w:val="24"/>
        </w:rPr>
        <w:t xml:space="preserve">, duke </w:t>
      </w:r>
      <w:proofErr w:type="spellStart"/>
      <w:r w:rsidRPr="00D97086">
        <w:rPr>
          <w:rFonts w:ascii="Times New Roman" w:hAnsi="Times New Roman" w:cs="Times New Roman"/>
          <w:sz w:val="24"/>
          <w:szCs w:val="24"/>
        </w:rPr>
        <w:t>reduktuar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hapësirat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subjektivizëm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abuzim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Akordimi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mbështetjes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nevojë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bëhet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mënyrë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transparente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sipas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radhës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përcaktuar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lista</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pritjes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peshës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kritereve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sociale</w:t>
      </w:r>
      <w:proofErr w:type="spellEnd"/>
      <w:r w:rsidRPr="00D97086">
        <w:rPr>
          <w:rFonts w:ascii="Times New Roman" w:hAnsi="Times New Roman" w:cs="Times New Roman"/>
          <w:sz w:val="24"/>
          <w:szCs w:val="24"/>
        </w:rPr>
        <w:t>.</w:t>
      </w:r>
    </w:p>
    <w:p w14:paraId="4625ECC7" w14:textId="77777777" w:rsidR="00AF416E" w:rsidRPr="00D97086" w:rsidRDefault="00AF416E" w:rsidP="00AF416E">
      <w:pPr>
        <w:jc w:val="both"/>
        <w:rPr>
          <w:rFonts w:ascii="Times New Roman" w:hAnsi="Times New Roman" w:cs="Times New Roman"/>
          <w:sz w:val="24"/>
          <w:szCs w:val="24"/>
        </w:rPr>
      </w:pPr>
      <w:r w:rsidRPr="00D97086">
        <w:rPr>
          <w:rFonts w:ascii="Times New Roman" w:hAnsi="Times New Roman" w:cs="Times New Roman"/>
          <w:sz w:val="24"/>
          <w:szCs w:val="24"/>
        </w:rPr>
        <w:t xml:space="preserve">Një element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rëndësishëm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është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mekanizmi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ankesave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transparencës</w:t>
      </w:r>
      <w:proofErr w:type="spellEnd"/>
      <w:r w:rsidRPr="00D97086">
        <w:rPr>
          <w:rFonts w:ascii="Times New Roman" w:hAnsi="Times New Roman" w:cs="Times New Roman"/>
          <w:sz w:val="24"/>
          <w:szCs w:val="24"/>
        </w:rPr>
        <w:t xml:space="preserve">. Bashkia </w:t>
      </w:r>
      <w:proofErr w:type="spellStart"/>
      <w:r w:rsidRPr="00D97086">
        <w:rPr>
          <w:rFonts w:ascii="Times New Roman" w:hAnsi="Times New Roman" w:cs="Times New Roman"/>
          <w:sz w:val="24"/>
          <w:szCs w:val="24"/>
        </w:rPr>
        <w:t>garanton</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pikë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vetme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kontakti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qytetarët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ku</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çdo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aplikant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mund</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marrë</w:t>
      </w:r>
      <w:proofErr w:type="spellEnd"/>
      <w:r w:rsidRPr="00D97086">
        <w:rPr>
          <w:rFonts w:ascii="Times New Roman" w:hAnsi="Times New Roman" w:cs="Times New Roman"/>
          <w:sz w:val="24"/>
          <w:szCs w:val="24"/>
        </w:rPr>
        <w:t xml:space="preserve"> informacion, të </w:t>
      </w:r>
      <w:proofErr w:type="spellStart"/>
      <w:r w:rsidRPr="00D97086">
        <w:rPr>
          <w:rFonts w:ascii="Times New Roman" w:hAnsi="Times New Roman" w:cs="Times New Roman"/>
          <w:sz w:val="24"/>
          <w:szCs w:val="24"/>
        </w:rPr>
        <w:t>dorëzojë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ankesa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ndjekë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statusin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aplikimit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Informacioni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fondet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përfituesit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rezultatet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programeve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publikohet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periodikisht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faqen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zyrtare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bashkisë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hapësira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tjera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publike</w:t>
      </w:r>
      <w:proofErr w:type="spellEnd"/>
      <w:r w:rsidRPr="00D97086">
        <w:rPr>
          <w:rFonts w:ascii="Times New Roman" w:hAnsi="Times New Roman" w:cs="Times New Roman"/>
          <w:sz w:val="24"/>
          <w:szCs w:val="24"/>
        </w:rPr>
        <w:t xml:space="preserve">, duke </w:t>
      </w:r>
      <w:proofErr w:type="spellStart"/>
      <w:r w:rsidRPr="00D97086">
        <w:rPr>
          <w:rFonts w:ascii="Times New Roman" w:hAnsi="Times New Roman" w:cs="Times New Roman"/>
          <w:sz w:val="24"/>
          <w:szCs w:val="24"/>
        </w:rPr>
        <w:t>krijuar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besim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llogaridhënie</w:t>
      </w:r>
      <w:proofErr w:type="spellEnd"/>
      <w:r w:rsidRPr="00D97086">
        <w:rPr>
          <w:rFonts w:ascii="Times New Roman" w:hAnsi="Times New Roman" w:cs="Times New Roman"/>
          <w:sz w:val="24"/>
          <w:szCs w:val="24"/>
        </w:rPr>
        <w:t>.</w:t>
      </w:r>
    </w:p>
    <w:p w14:paraId="37F96489" w14:textId="77777777" w:rsidR="00AF416E" w:rsidRPr="00D97086" w:rsidRDefault="00AF416E" w:rsidP="00AF416E">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Mbrojtja</w:t>
      </w:r>
      <w:proofErr w:type="spellEnd"/>
      <w:r w:rsidRPr="00D97086">
        <w:rPr>
          <w:rFonts w:ascii="Times New Roman" w:hAnsi="Times New Roman" w:cs="Times New Roman"/>
          <w:sz w:val="24"/>
          <w:szCs w:val="24"/>
        </w:rPr>
        <w:t xml:space="preserve"> e të </w:t>
      </w:r>
      <w:proofErr w:type="spellStart"/>
      <w:r w:rsidRPr="00D97086">
        <w:rPr>
          <w:rFonts w:ascii="Times New Roman" w:hAnsi="Times New Roman" w:cs="Times New Roman"/>
          <w:sz w:val="24"/>
          <w:szCs w:val="24"/>
        </w:rPr>
        <w:t>dhënave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personale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është</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parim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thelbësor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gjitha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informacionet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lidhen</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qytetarët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trajtohen</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përputhje</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kuadrin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ligjor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kombëtar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mbrojtjen</w:t>
      </w:r>
      <w:proofErr w:type="spellEnd"/>
      <w:r w:rsidRPr="00D97086">
        <w:rPr>
          <w:rFonts w:ascii="Times New Roman" w:hAnsi="Times New Roman" w:cs="Times New Roman"/>
          <w:sz w:val="24"/>
          <w:szCs w:val="24"/>
        </w:rPr>
        <w:t xml:space="preserve"> e të </w:t>
      </w:r>
      <w:proofErr w:type="spellStart"/>
      <w:r w:rsidRPr="00D97086">
        <w:rPr>
          <w:rFonts w:ascii="Times New Roman" w:hAnsi="Times New Roman" w:cs="Times New Roman"/>
          <w:sz w:val="24"/>
          <w:szCs w:val="24"/>
        </w:rPr>
        <w:t>dhënave</w:t>
      </w:r>
      <w:proofErr w:type="spellEnd"/>
      <w:r w:rsidRPr="00D97086">
        <w:rPr>
          <w:rFonts w:ascii="Times New Roman" w:hAnsi="Times New Roman" w:cs="Times New Roman"/>
          <w:sz w:val="24"/>
          <w:szCs w:val="24"/>
        </w:rPr>
        <w:t xml:space="preserve">, duke </w:t>
      </w:r>
      <w:proofErr w:type="spellStart"/>
      <w:r w:rsidRPr="00D97086">
        <w:rPr>
          <w:rFonts w:ascii="Times New Roman" w:hAnsi="Times New Roman" w:cs="Times New Roman"/>
          <w:sz w:val="24"/>
          <w:szCs w:val="24"/>
        </w:rPr>
        <w:t>respektuar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privatësinë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dinjitetin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individit</w:t>
      </w:r>
      <w:proofErr w:type="spellEnd"/>
      <w:r w:rsidRPr="00D97086">
        <w:rPr>
          <w:rFonts w:ascii="Times New Roman" w:hAnsi="Times New Roman" w:cs="Times New Roman"/>
          <w:sz w:val="24"/>
          <w:szCs w:val="24"/>
        </w:rPr>
        <w:t xml:space="preserve">. Ky standard </w:t>
      </w:r>
      <w:proofErr w:type="spellStart"/>
      <w:r w:rsidRPr="00D97086">
        <w:rPr>
          <w:rFonts w:ascii="Times New Roman" w:hAnsi="Times New Roman" w:cs="Times New Roman"/>
          <w:sz w:val="24"/>
          <w:szCs w:val="24"/>
        </w:rPr>
        <w:t>siguron</w:t>
      </w:r>
      <w:proofErr w:type="spellEnd"/>
      <w:r w:rsidRPr="00D97086">
        <w:rPr>
          <w:rFonts w:ascii="Times New Roman" w:hAnsi="Times New Roman" w:cs="Times New Roman"/>
          <w:sz w:val="24"/>
          <w:szCs w:val="24"/>
        </w:rPr>
        <w:t xml:space="preserve"> jo </w:t>
      </w:r>
      <w:proofErr w:type="spellStart"/>
      <w:r w:rsidRPr="00D97086">
        <w:rPr>
          <w:rFonts w:ascii="Times New Roman" w:hAnsi="Times New Roman" w:cs="Times New Roman"/>
          <w:sz w:val="24"/>
          <w:szCs w:val="24"/>
        </w:rPr>
        <w:t>vetëm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respektim</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ligjit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ndërtimin</w:t>
      </w:r>
      <w:proofErr w:type="spellEnd"/>
      <w:r w:rsidRPr="00D97086">
        <w:rPr>
          <w:rFonts w:ascii="Times New Roman" w:hAnsi="Times New Roman" w:cs="Times New Roman"/>
          <w:sz w:val="24"/>
          <w:szCs w:val="24"/>
        </w:rPr>
        <w:t xml:space="preserve"> e një </w:t>
      </w:r>
      <w:proofErr w:type="spellStart"/>
      <w:r w:rsidRPr="00D97086">
        <w:rPr>
          <w:rFonts w:ascii="Times New Roman" w:hAnsi="Times New Roman" w:cs="Times New Roman"/>
          <w:sz w:val="24"/>
          <w:szCs w:val="24"/>
        </w:rPr>
        <w:t>marrëdhënieje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besimi</w:t>
      </w:r>
      <w:proofErr w:type="spellEnd"/>
      <w:r w:rsidRPr="00D97086">
        <w:rPr>
          <w:rFonts w:ascii="Times New Roman" w:hAnsi="Times New Roman" w:cs="Times New Roman"/>
          <w:sz w:val="24"/>
          <w:szCs w:val="24"/>
        </w:rPr>
        <w:t xml:space="preserve"> midis </w:t>
      </w:r>
      <w:proofErr w:type="spellStart"/>
      <w:r w:rsidRPr="00D97086">
        <w:rPr>
          <w:rFonts w:ascii="Times New Roman" w:hAnsi="Times New Roman" w:cs="Times New Roman"/>
          <w:sz w:val="24"/>
          <w:szCs w:val="24"/>
        </w:rPr>
        <w:t>qytetarëve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institucioneve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vendore</w:t>
      </w:r>
      <w:proofErr w:type="spellEnd"/>
      <w:r w:rsidRPr="00D97086">
        <w:rPr>
          <w:rFonts w:ascii="Times New Roman" w:hAnsi="Times New Roman" w:cs="Times New Roman"/>
          <w:sz w:val="24"/>
          <w:szCs w:val="24"/>
        </w:rPr>
        <w:t>.</w:t>
      </w:r>
    </w:p>
    <w:p w14:paraId="7592B83A" w14:textId="77777777" w:rsidR="00AF416E" w:rsidRPr="00D97086" w:rsidRDefault="00AF416E" w:rsidP="00AF416E">
      <w:pPr>
        <w:jc w:val="both"/>
        <w:rPr>
          <w:rFonts w:ascii="Times New Roman" w:hAnsi="Times New Roman" w:cs="Times New Roman"/>
          <w:sz w:val="24"/>
          <w:szCs w:val="24"/>
        </w:rPr>
      </w:pPr>
      <w:r w:rsidRPr="00D97086">
        <w:rPr>
          <w:rFonts w:ascii="Times New Roman" w:hAnsi="Times New Roman" w:cs="Times New Roman"/>
          <w:sz w:val="24"/>
          <w:szCs w:val="24"/>
        </w:rPr>
        <w:t xml:space="preserve">Në </w:t>
      </w:r>
      <w:proofErr w:type="spellStart"/>
      <w:r w:rsidRPr="00D97086">
        <w:rPr>
          <w:rFonts w:ascii="Times New Roman" w:hAnsi="Times New Roman" w:cs="Times New Roman"/>
          <w:sz w:val="24"/>
          <w:szCs w:val="24"/>
        </w:rPr>
        <w:t>përfundim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qeverisja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zbatimi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Planit Vendor të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Bashkinë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synojnë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ndërthurin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efikasitetin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institucional</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transparencën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publike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mbrojtjen</w:t>
      </w:r>
      <w:proofErr w:type="spellEnd"/>
      <w:r w:rsidRPr="00D97086">
        <w:rPr>
          <w:rFonts w:ascii="Times New Roman" w:hAnsi="Times New Roman" w:cs="Times New Roman"/>
          <w:sz w:val="24"/>
          <w:szCs w:val="24"/>
        </w:rPr>
        <w:t xml:space="preserve"> e të </w:t>
      </w:r>
      <w:proofErr w:type="spellStart"/>
      <w:r w:rsidRPr="00D97086">
        <w:rPr>
          <w:rFonts w:ascii="Times New Roman" w:hAnsi="Times New Roman" w:cs="Times New Roman"/>
          <w:sz w:val="24"/>
          <w:szCs w:val="24"/>
        </w:rPr>
        <w:t>drejtave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qytetarëve</w:t>
      </w:r>
      <w:proofErr w:type="spellEnd"/>
      <w:r w:rsidRPr="00D97086">
        <w:rPr>
          <w:rFonts w:ascii="Times New Roman" w:hAnsi="Times New Roman" w:cs="Times New Roman"/>
          <w:sz w:val="24"/>
          <w:szCs w:val="24"/>
        </w:rPr>
        <w:t xml:space="preserve">. Vetëm </w:t>
      </w:r>
      <w:proofErr w:type="spellStart"/>
      <w:r w:rsidRPr="00D97086">
        <w:rPr>
          <w:rFonts w:ascii="Times New Roman" w:hAnsi="Times New Roman" w:cs="Times New Roman"/>
          <w:sz w:val="24"/>
          <w:szCs w:val="24"/>
        </w:rPr>
        <w:t>përmes</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koordinimi</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fortë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rregullash</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qarta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pjesëmarrjes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gjitha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palëve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w:t>
      </w:r>
      <w:proofErr w:type="spellEnd"/>
      <w:r w:rsidRPr="00D97086">
        <w:rPr>
          <w:rFonts w:ascii="Times New Roman" w:hAnsi="Times New Roman" w:cs="Times New Roman"/>
          <w:sz w:val="24"/>
          <w:szCs w:val="24"/>
        </w:rPr>
        <w:t xml:space="preserve"> social </w:t>
      </w:r>
      <w:proofErr w:type="spellStart"/>
      <w:r w:rsidRPr="00D97086">
        <w:rPr>
          <w:rFonts w:ascii="Times New Roman" w:hAnsi="Times New Roman" w:cs="Times New Roman"/>
          <w:sz w:val="24"/>
          <w:szCs w:val="24"/>
        </w:rPr>
        <w:t>mund</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kthehet</w:t>
      </w:r>
      <w:proofErr w:type="spellEnd"/>
      <w:r w:rsidRPr="00D97086">
        <w:rPr>
          <w:rFonts w:ascii="Times New Roman" w:hAnsi="Times New Roman" w:cs="Times New Roman"/>
          <w:sz w:val="24"/>
          <w:szCs w:val="24"/>
        </w:rPr>
        <w:t xml:space="preserve"> në një </w:t>
      </w:r>
      <w:proofErr w:type="spellStart"/>
      <w:r w:rsidRPr="00D97086">
        <w:rPr>
          <w:rFonts w:ascii="Times New Roman" w:hAnsi="Times New Roman" w:cs="Times New Roman"/>
          <w:sz w:val="24"/>
          <w:szCs w:val="24"/>
        </w:rPr>
        <w:t>politikë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qëndrueshme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gjithëpërfshirëse</w:t>
      </w:r>
      <w:proofErr w:type="spellEnd"/>
      <w:r w:rsidRPr="00D97086">
        <w:rPr>
          <w:rFonts w:ascii="Times New Roman" w:hAnsi="Times New Roman" w:cs="Times New Roman"/>
          <w:sz w:val="24"/>
          <w:szCs w:val="24"/>
        </w:rPr>
        <w:t>.</w:t>
      </w:r>
    </w:p>
    <w:p w14:paraId="18B28ED2" w14:textId="77777777" w:rsidR="00AF416E" w:rsidRPr="00D97086" w:rsidRDefault="00D1048F" w:rsidP="00AF416E">
      <w:pPr>
        <w:rPr>
          <w:rFonts w:ascii="Times New Roman" w:hAnsi="Times New Roman" w:cs="Times New Roman"/>
          <w:sz w:val="24"/>
          <w:szCs w:val="24"/>
        </w:rPr>
      </w:pPr>
      <w:proofErr w:type="spellStart"/>
      <w:r w:rsidRPr="00D97086">
        <w:rPr>
          <w:rFonts w:ascii="Times New Roman" w:hAnsi="Times New Roman" w:cs="Times New Roman"/>
          <w:sz w:val="24"/>
          <w:szCs w:val="24"/>
        </w:rPr>
        <w:t>Figura</w:t>
      </w:r>
      <w:proofErr w:type="spellEnd"/>
      <w:r w:rsidR="00961384" w:rsidRPr="00D97086">
        <w:rPr>
          <w:rFonts w:ascii="Times New Roman" w:hAnsi="Times New Roman" w:cs="Times New Roman"/>
          <w:sz w:val="24"/>
          <w:szCs w:val="24"/>
        </w:rPr>
        <w:t xml:space="preserve"> </w:t>
      </w:r>
      <w:r w:rsidR="0011047D" w:rsidRPr="00D97086">
        <w:rPr>
          <w:rFonts w:ascii="Times New Roman" w:hAnsi="Times New Roman" w:cs="Times New Roman"/>
          <w:sz w:val="24"/>
          <w:szCs w:val="24"/>
        </w:rPr>
        <w:t>18</w:t>
      </w:r>
      <w:r w:rsidRPr="00D97086">
        <w:rPr>
          <w:rFonts w:ascii="Times New Roman" w:hAnsi="Times New Roman" w:cs="Times New Roman"/>
          <w:sz w:val="24"/>
          <w:szCs w:val="24"/>
        </w:rPr>
        <w:t xml:space="preserve">: </w:t>
      </w:r>
      <w:r w:rsidR="00961384" w:rsidRPr="00D97086">
        <w:rPr>
          <w:rFonts w:ascii="Times New Roman" w:hAnsi="Times New Roman" w:cs="Times New Roman"/>
          <w:sz w:val="24"/>
          <w:szCs w:val="24"/>
        </w:rPr>
        <w:t xml:space="preserve"> </w:t>
      </w:r>
      <w:proofErr w:type="spellStart"/>
      <w:r w:rsidR="00961384" w:rsidRPr="00D97086">
        <w:rPr>
          <w:rFonts w:ascii="Times New Roman" w:hAnsi="Times New Roman" w:cs="Times New Roman"/>
          <w:sz w:val="24"/>
          <w:szCs w:val="24"/>
        </w:rPr>
        <w:t>Aktorët</w:t>
      </w:r>
      <w:proofErr w:type="spellEnd"/>
      <w:r w:rsidR="00961384" w:rsidRPr="00D97086">
        <w:rPr>
          <w:rFonts w:ascii="Times New Roman" w:hAnsi="Times New Roman" w:cs="Times New Roman"/>
          <w:sz w:val="24"/>
          <w:szCs w:val="24"/>
        </w:rPr>
        <w:t xml:space="preserve"> </w:t>
      </w:r>
      <w:proofErr w:type="spellStart"/>
      <w:r w:rsidR="00961384" w:rsidRPr="00D97086">
        <w:rPr>
          <w:rFonts w:ascii="Times New Roman" w:hAnsi="Times New Roman" w:cs="Times New Roman"/>
          <w:sz w:val="24"/>
          <w:szCs w:val="24"/>
        </w:rPr>
        <w:t>dhe</w:t>
      </w:r>
      <w:proofErr w:type="spellEnd"/>
      <w:r w:rsidR="00961384" w:rsidRPr="00D97086">
        <w:rPr>
          <w:rFonts w:ascii="Times New Roman" w:hAnsi="Times New Roman" w:cs="Times New Roman"/>
          <w:sz w:val="24"/>
          <w:szCs w:val="24"/>
        </w:rPr>
        <w:t xml:space="preserve"> </w:t>
      </w:r>
      <w:proofErr w:type="spellStart"/>
      <w:r w:rsidR="00961384" w:rsidRPr="00D97086">
        <w:rPr>
          <w:rFonts w:ascii="Times New Roman" w:hAnsi="Times New Roman" w:cs="Times New Roman"/>
          <w:sz w:val="24"/>
          <w:szCs w:val="24"/>
        </w:rPr>
        <w:t>roli</w:t>
      </w:r>
      <w:proofErr w:type="spellEnd"/>
      <w:r w:rsidR="00961384" w:rsidRPr="00D97086">
        <w:rPr>
          <w:rFonts w:ascii="Times New Roman" w:hAnsi="Times New Roman" w:cs="Times New Roman"/>
          <w:sz w:val="24"/>
          <w:szCs w:val="24"/>
        </w:rPr>
        <w:t xml:space="preserve"> </w:t>
      </w:r>
      <w:proofErr w:type="spellStart"/>
      <w:r w:rsidR="00961384" w:rsidRPr="00D97086">
        <w:rPr>
          <w:rFonts w:ascii="Times New Roman" w:hAnsi="Times New Roman" w:cs="Times New Roman"/>
          <w:sz w:val="24"/>
          <w:szCs w:val="24"/>
        </w:rPr>
        <w:t>i</w:t>
      </w:r>
      <w:proofErr w:type="spellEnd"/>
      <w:r w:rsidR="00961384" w:rsidRPr="00D97086">
        <w:rPr>
          <w:rFonts w:ascii="Times New Roman" w:hAnsi="Times New Roman" w:cs="Times New Roman"/>
          <w:sz w:val="24"/>
          <w:szCs w:val="24"/>
        </w:rPr>
        <w:t xml:space="preserve"> </w:t>
      </w:r>
      <w:proofErr w:type="spellStart"/>
      <w:r w:rsidR="00961384" w:rsidRPr="00D97086">
        <w:rPr>
          <w:rFonts w:ascii="Times New Roman" w:hAnsi="Times New Roman" w:cs="Times New Roman"/>
          <w:sz w:val="24"/>
          <w:szCs w:val="24"/>
        </w:rPr>
        <w:t>tyrë</w:t>
      </w:r>
      <w:proofErr w:type="spellEnd"/>
      <w:r w:rsidR="00961384" w:rsidRPr="00D97086">
        <w:rPr>
          <w:rFonts w:ascii="Times New Roman" w:hAnsi="Times New Roman" w:cs="Times New Roman"/>
          <w:sz w:val="24"/>
          <w:szCs w:val="24"/>
        </w:rPr>
        <w:t xml:space="preserve"> në </w:t>
      </w:r>
      <w:proofErr w:type="spellStart"/>
      <w:r w:rsidR="00AF416E" w:rsidRPr="00D97086">
        <w:rPr>
          <w:rFonts w:ascii="Times New Roman" w:hAnsi="Times New Roman" w:cs="Times New Roman"/>
          <w:sz w:val="24"/>
          <w:szCs w:val="24"/>
        </w:rPr>
        <w:t>zbatimin</w:t>
      </w:r>
      <w:proofErr w:type="spellEnd"/>
      <w:r w:rsidR="00AF416E" w:rsidRPr="00D97086">
        <w:rPr>
          <w:rFonts w:ascii="Times New Roman" w:hAnsi="Times New Roman" w:cs="Times New Roman"/>
          <w:sz w:val="24"/>
          <w:szCs w:val="24"/>
        </w:rPr>
        <w:t xml:space="preserve"> e </w:t>
      </w:r>
      <w:proofErr w:type="spellStart"/>
      <w:r w:rsidR="00AF416E" w:rsidRPr="00D97086">
        <w:rPr>
          <w:rFonts w:ascii="Times New Roman" w:hAnsi="Times New Roman" w:cs="Times New Roman"/>
          <w:sz w:val="24"/>
          <w:szCs w:val="24"/>
        </w:rPr>
        <w:t>planit</w:t>
      </w:r>
      <w:proofErr w:type="spellEnd"/>
      <w:r w:rsidR="00961384" w:rsidRPr="00D97086">
        <w:rPr>
          <w:rFonts w:ascii="Times New Roman" w:hAnsi="Times New Roman" w:cs="Times New Roman"/>
          <w:sz w:val="24"/>
          <w:szCs w:val="24"/>
        </w:rPr>
        <w:t xml:space="preserve"> të </w:t>
      </w:r>
      <w:proofErr w:type="spellStart"/>
      <w:r w:rsidR="00961384" w:rsidRPr="00D97086">
        <w:rPr>
          <w:rFonts w:ascii="Times New Roman" w:hAnsi="Times New Roman" w:cs="Times New Roman"/>
          <w:sz w:val="24"/>
          <w:szCs w:val="24"/>
        </w:rPr>
        <w:t>strehimit</w:t>
      </w:r>
      <w:proofErr w:type="spellEnd"/>
    </w:p>
    <w:tbl>
      <w:tblPr>
        <w:tblStyle w:val="Light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3255"/>
        <w:gridCol w:w="5375"/>
      </w:tblGrid>
      <w:tr w:rsidR="00AF416E" w:rsidRPr="00D97086" w14:paraId="68DC1C5A" w14:textId="77777777" w:rsidTr="00BC52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8"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151DCA9C" w14:textId="77777777" w:rsidR="00AF416E" w:rsidRPr="00D97086" w:rsidRDefault="00AF416E" w:rsidP="00BC52BC">
            <w:pPr>
              <w:jc w:val="center"/>
              <w:rPr>
                <w:rFonts w:ascii="Times New Roman" w:hAnsi="Times New Roman" w:cs="Times New Roman"/>
                <w:sz w:val="28"/>
                <w:szCs w:val="28"/>
              </w:rPr>
            </w:pPr>
            <w:proofErr w:type="spellStart"/>
            <w:r w:rsidRPr="00D97086">
              <w:rPr>
                <w:rFonts w:ascii="Times New Roman" w:hAnsi="Times New Roman" w:cs="Times New Roman"/>
                <w:sz w:val="28"/>
                <w:szCs w:val="28"/>
              </w:rPr>
              <w:t>Aktorët</w:t>
            </w:r>
            <w:proofErr w:type="spellEnd"/>
          </w:p>
        </w:tc>
        <w:tc>
          <w:tcPr>
            <w:tcW w:w="5382"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32F27E9E" w14:textId="77777777" w:rsidR="00AF416E" w:rsidRPr="00D97086" w:rsidRDefault="00AF416E" w:rsidP="00BC52B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D97086">
              <w:rPr>
                <w:rFonts w:ascii="Times New Roman" w:hAnsi="Times New Roman" w:cs="Times New Roman"/>
                <w:sz w:val="28"/>
                <w:szCs w:val="28"/>
              </w:rPr>
              <w:t>Roli</w:t>
            </w:r>
          </w:p>
          <w:p w14:paraId="1BF032DD" w14:textId="77777777" w:rsidR="00BC52BC" w:rsidRPr="00D97086" w:rsidRDefault="00BC52BC" w:rsidP="00BC52B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
        </w:tc>
      </w:tr>
      <w:tr w:rsidR="00AF416E" w:rsidRPr="00D97086" w14:paraId="7F8EC69C" w14:textId="77777777" w:rsidTr="00712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8" w:type="dxa"/>
            <w:tcBorders>
              <w:top w:val="none" w:sz="0" w:space="0" w:color="auto"/>
              <w:left w:val="none" w:sz="0" w:space="0" w:color="auto"/>
              <w:bottom w:val="none" w:sz="0" w:space="0" w:color="auto"/>
              <w:right w:val="none" w:sz="0" w:space="0" w:color="auto"/>
            </w:tcBorders>
            <w:shd w:val="clear" w:color="auto" w:fill="FFFFFF" w:themeFill="background1"/>
          </w:tcPr>
          <w:p w14:paraId="5F38A141" w14:textId="77777777" w:rsidR="00AF416E" w:rsidRPr="005B1542" w:rsidRDefault="00AF416E" w:rsidP="00712ECB">
            <w:pPr>
              <w:rPr>
                <w:rFonts w:ascii="Times New Roman" w:hAnsi="Times New Roman" w:cs="Times New Roman"/>
                <w:sz w:val="24"/>
                <w:szCs w:val="24"/>
                <w:lang w:val="it-IT"/>
              </w:rPr>
            </w:pPr>
            <w:r w:rsidRPr="005B1542">
              <w:rPr>
                <w:rFonts w:ascii="Times New Roman" w:hAnsi="Times New Roman" w:cs="Times New Roman"/>
                <w:sz w:val="24"/>
                <w:szCs w:val="24"/>
                <w:lang w:val="it-IT"/>
              </w:rPr>
              <w:t>Bashkia (Sektori i Strehimit dhe Shërbimeve Sociale)</w:t>
            </w:r>
          </w:p>
        </w:tc>
        <w:tc>
          <w:tcPr>
            <w:tcW w:w="5382" w:type="dxa"/>
            <w:tcBorders>
              <w:top w:val="none" w:sz="0" w:space="0" w:color="auto"/>
              <w:left w:val="none" w:sz="0" w:space="0" w:color="auto"/>
              <w:bottom w:val="none" w:sz="0" w:space="0" w:color="auto"/>
              <w:right w:val="none" w:sz="0" w:space="0" w:color="auto"/>
            </w:tcBorders>
            <w:shd w:val="clear" w:color="auto" w:fill="FFFFFF" w:themeFill="background1"/>
          </w:tcPr>
          <w:p w14:paraId="1A8F1E6C" w14:textId="77777777" w:rsidR="00AF416E" w:rsidRPr="00D97086" w:rsidRDefault="00AF416E" w:rsidP="00712EC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Koordinon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zbatimin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planit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administron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listën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pritjes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verifikon</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drejtën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përfitimit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raporton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progresin</w:t>
            </w:r>
            <w:proofErr w:type="spellEnd"/>
            <w:r w:rsidRPr="00D97086">
              <w:rPr>
                <w:rFonts w:ascii="Times New Roman" w:hAnsi="Times New Roman" w:cs="Times New Roman"/>
                <w:sz w:val="24"/>
                <w:szCs w:val="24"/>
              </w:rPr>
              <w:t>.</w:t>
            </w:r>
          </w:p>
        </w:tc>
      </w:tr>
      <w:tr w:rsidR="00AF416E" w:rsidRPr="00D97086" w14:paraId="7A745137" w14:textId="77777777" w:rsidTr="00712EC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8" w:type="dxa"/>
            <w:tcBorders>
              <w:top w:val="none" w:sz="0" w:space="0" w:color="auto"/>
              <w:left w:val="none" w:sz="0" w:space="0" w:color="auto"/>
              <w:bottom w:val="none" w:sz="0" w:space="0" w:color="auto"/>
              <w:right w:val="none" w:sz="0" w:space="0" w:color="auto"/>
            </w:tcBorders>
            <w:shd w:val="clear" w:color="auto" w:fill="FFFFFF" w:themeFill="background1"/>
          </w:tcPr>
          <w:p w14:paraId="2366436A" w14:textId="77777777" w:rsidR="00AF416E" w:rsidRPr="00D97086" w:rsidRDefault="00AF416E" w:rsidP="00712ECB">
            <w:pPr>
              <w:rPr>
                <w:rFonts w:ascii="Times New Roman" w:hAnsi="Times New Roman" w:cs="Times New Roman"/>
                <w:sz w:val="24"/>
                <w:szCs w:val="24"/>
              </w:rPr>
            </w:pPr>
            <w:proofErr w:type="spellStart"/>
            <w:r w:rsidRPr="00D97086">
              <w:rPr>
                <w:rFonts w:ascii="Times New Roman" w:hAnsi="Times New Roman" w:cs="Times New Roman"/>
                <w:sz w:val="24"/>
                <w:szCs w:val="24"/>
              </w:rPr>
              <w:t>Njësitë</w:t>
            </w:r>
            <w:proofErr w:type="spellEnd"/>
            <w:r w:rsidRPr="00D97086">
              <w:rPr>
                <w:rFonts w:ascii="Times New Roman" w:hAnsi="Times New Roman" w:cs="Times New Roman"/>
                <w:sz w:val="24"/>
                <w:szCs w:val="24"/>
              </w:rPr>
              <w:t xml:space="preserve"> Administrative</w:t>
            </w:r>
          </w:p>
        </w:tc>
        <w:tc>
          <w:tcPr>
            <w:tcW w:w="5382" w:type="dxa"/>
            <w:tcBorders>
              <w:top w:val="none" w:sz="0" w:space="0" w:color="auto"/>
              <w:left w:val="none" w:sz="0" w:space="0" w:color="auto"/>
              <w:bottom w:val="none" w:sz="0" w:space="0" w:color="auto"/>
              <w:right w:val="none" w:sz="0" w:space="0" w:color="auto"/>
            </w:tcBorders>
            <w:shd w:val="clear" w:color="auto" w:fill="FFFFFF" w:themeFill="background1"/>
          </w:tcPr>
          <w:p w14:paraId="2534ECFC" w14:textId="77777777" w:rsidR="00AF416E" w:rsidRPr="00D97086" w:rsidRDefault="00AF416E" w:rsidP="00712ECB">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Mblidhen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aplikimet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kryejnë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verifikime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terren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shërbejnë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w:t>
            </w:r>
            <w:proofErr w:type="spellEnd"/>
            <w:r w:rsidRPr="00D97086">
              <w:rPr>
                <w:rFonts w:ascii="Times New Roman" w:hAnsi="Times New Roman" w:cs="Times New Roman"/>
                <w:sz w:val="24"/>
                <w:szCs w:val="24"/>
              </w:rPr>
              <w:t xml:space="preserve"> pika </w:t>
            </w:r>
            <w:proofErr w:type="spellStart"/>
            <w:r w:rsidRPr="00D97086">
              <w:rPr>
                <w:rFonts w:ascii="Times New Roman" w:hAnsi="Times New Roman" w:cs="Times New Roman"/>
                <w:sz w:val="24"/>
                <w:szCs w:val="24"/>
              </w:rPr>
              <w:t>kontakti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qytetarët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nivel</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lokal</w:t>
            </w:r>
            <w:proofErr w:type="spellEnd"/>
            <w:r w:rsidRPr="00D97086">
              <w:rPr>
                <w:rFonts w:ascii="Times New Roman" w:hAnsi="Times New Roman" w:cs="Times New Roman"/>
                <w:sz w:val="24"/>
                <w:szCs w:val="24"/>
              </w:rPr>
              <w:t>.</w:t>
            </w:r>
          </w:p>
        </w:tc>
      </w:tr>
      <w:tr w:rsidR="00AF416E" w:rsidRPr="00D97086" w14:paraId="09660C4E" w14:textId="77777777" w:rsidTr="00712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8" w:type="dxa"/>
            <w:tcBorders>
              <w:top w:val="none" w:sz="0" w:space="0" w:color="auto"/>
              <w:left w:val="none" w:sz="0" w:space="0" w:color="auto"/>
              <w:bottom w:val="none" w:sz="0" w:space="0" w:color="auto"/>
              <w:right w:val="none" w:sz="0" w:space="0" w:color="auto"/>
            </w:tcBorders>
            <w:shd w:val="clear" w:color="auto" w:fill="FFFFFF" w:themeFill="background1"/>
          </w:tcPr>
          <w:p w14:paraId="5B5CAABB" w14:textId="77777777" w:rsidR="00AF416E" w:rsidRPr="00D97086" w:rsidRDefault="00AF416E" w:rsidP="00712ECB">
            <w:pPr>
              <w:rPr>
                <w:rFonts w:ascii="Times New Roman" w:hAnsi="Times New Roman" w:cs="Times New Roman"/>
                <w:sz w:val="24"/>
                <w:szCs w:val="24"/>
              </w:rPr>
            </w:pPr>
            <w:proofErr w:type="spellStart"/>
            <w:r w:rsidRPr="00D97086">
              <w:rPr>
                <w:rFonts w:ascii="Times New Roman" w:hAnsi="Times New Roman" w:cs="Times New Roman"/>
                <w:sz w:val="24"/>
                <w:szCs w:val="24"/>
              </w:rPr>
              <w:lastRenderedPageBreak/>
              <w:t>Partnerët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lokalë</w:t>
            </w:r>
            <w:proofErr w:type="spellEnd"/>
            <w:r w:rsidRPr="00D97086">
              <w:rPr>
                <w:rFonts w:ascii="Times New Roman" w:hAnsi="Times New Roman" w:cs="Times New Roman"/>
                <w:sz w:val="24"/>
                <w:szCs w:val="24"/>
              </w:rPr>
              <w:t xml:space="preserve"> (OJQ, </w:t>
            </w:r>
            <w:proofErr w:type="spellStart"/>
            <w:r w:rsidRPr="00D97086">
              <w:rPr>
                <w:rFonts w:ascii="Times New Roman" w:hAnsi="Times New Roman" w:cs="Times New Roman"/>
                <w:sz w:val="24"/>
                <w:szCs w:val="24"/>
              </w:rPr>
              <w:t>donatorë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aktorë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privatë</w:t>
            </w:r>
            <w:proofErr w:type="spellEnd"/>
            <w:r w:rsidRPr="00D97086">
              <w:rPr>
                <w:rFonts w:ascii="Times New Roman" w:hAnsi="Times New Roman" w:cs="Times New Roman"/>
                <w:sz w:val="24"/>
                <w:szCs w:val="24"/>
              </w:rPr>
              <w:t>)</w:t>
            </w:r>
          </w:p>
        </w:tc>
        <w:tc>
          <w:tcPr>
            <w:tcW w:w="5382" w:type="dxa"/>
            <w:tcBorders>
              <w:top w:val="none" w:sz="0" w:space="0" w:color="auto"/>
              <w:left w:val="none" w:sz="0" w:space="0" w:color="auto"/>
              <w:bottom w:val="none" w:sz="0" w:space="0" w:color="auto"/>
              <w:right w:val="none" w:sz="0" w:space="0" w:color="auto"/>
            </w:tcBorders>
            <w:shd w:val="clear" w:color="auto" w:fill="FFFFFF" w:themeFill="background1"/>
          </w:tcPr>
          <w:p w14:paraId="0D0EBC9A" w14:textId="77777777" w:rsidR="00AF416E" w:rsidRPr="00D97086" w:rsidRDefault="00AF416E" w:rsidP="00712ECB">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Mbështesin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zbatimin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përmes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fondeve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ekspertizës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teknike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shërbimeve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plotësuese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familjet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nevojë</w:t>
            </w:r>
            <w:proofErr w:type="spellEnd"/>
            <w:r w:rsidRPr="00D97086">
              <w:rPr>
                <w:rFonts w:ascii="Times New Roman" w:hAnsi="Times New Roman" w:cs="Times New Roman"/>
                <w:sz w:val="24"/>
                <w:szCs w:val="24"/>
              </w:rPr>
              <w:t>.</w:t>
            </w:r>
          </w:p>
        </w:tc>
      </w:tr>
      <w:tr w:rsidR="00AF416E" w:rsidRPr="00D97086" w14:paraId="1D0A3973" w14:textId="77777777" w:rsidTr="00712EC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8" w:type="dxa"/>
            <w:tcBorders>
              <w:top w:val="none" w:sz="0" w:space="0" w:color="auto"/>
              <w:left w:val="none" w:sz="0" w:space="0" w:color="auto"/>
              <w:bottom w:val="none" w:sz="0" w:space="0" w:color="auto"/>
              <w:right w:val="none" w:sz="0" w:space="0" w:color="auto"/>
            </w:tcBorders>
            <w:shd w:val="clear" w:color="auto" w:fill="FFFFFF" w:themeFill="background1"/>
          </w:tcPr>
          <w:p w14:paraId="2AF2D432" w14:textId="77777777" w:rsidR="00AF416E" w:rsidRPr="00D97086" w:rsidRDefault="00AF416E" w:rsidP="00712ECB">
            <w:pPr>
              <w:rPr>
                <w:rFonts w:ascii="Times New Roman" w:hAnsi="Times New Roman" w:cs="Times New Roman"/>
                <w:sz w:val="24"/>
                <w:szCs w:val="24"/>
              </w:rPr>
            </w:pPr>
            <w:proofErr w:type="spellStart"/>
            <w:r w:rsidRPr="00D97086">
              <w:rPr>
                <w:rFonts w:ascii="Times New Roman" w:hAnsi="Times New Roman" w:cs="Times New Roman"/>
                <w:sz w:val="24"/>
                <w:szCs w:val="24"/>
              </w:rPr>
              <w:t>Qytetarët</w:t>
            </w:r>
            <w:proofErr w:type="spellEnd"/>
            <w:r w:rsidRPr="00D97086">
              <w:rPr>
                <w:rFonts w:ascii="Times New Roman" w:hAnsi="Times New Roman" w:cs="Times New Roman"/>
                <w:sz w:val="24"/>
                <w:szCs w:val="24"/>
              </w:rPr>
              <w:t xml:space="preserve"> / </w:t>
            </w:r>
            <w:proofErr w:type="spellStart"/>
            <w:r w:rsidRPr="00D97086">
              <w:rPr>
                <w:rFonts w:ascii="Times New Roman" w:hAnsi="Times New Roman" w:cs="Times New Roman"/>
                <w:sz w:val="24"/>
                <w:szCs w:val="24"/>
              </w:rPr>
              <w:t>Përfituesit</w:t>
            </w:r>
            <w:proofErr w:type="spellEnd"/>
          </w:p>
        </w:tc>
        <w:tc>
          <w:tcPr>
            <w:tcW w:w="5382" w:type="dxa"/>
            <w:tcBorders>
              <w:top w:val="none" w:sz="0" w:space="0" w:color="auto"/>
              <w:left w:val="none" w:sz="0" w:space="0" w:color="auto"/>
              <w:bottom w:val="none" w:sz="0" w:space="0" w:color="auto"/>
              <w:right w:val="none" w:sz="0" w:space="0" w:color="auto"/>
            </w:tcBorders>
            <w:shd w:val="clear" w:color="auto" w:fill="FFFFFF" w:themeFill="background1"/>
          </w:tcPr>
          <w:p w14:paraId="40C33D0F" w14:textId="77777777" w:rsidR="00AF416E" w:rsidRPr="00D97086" w:rsidRDefault="00AF416E" w:rsidP="00712ECB">
            <w:pP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Aplikojnë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sipas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kritereve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ndjekin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procesin</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mënyrë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transparente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përdorin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mekanizmat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ankesave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kur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është</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nevojshme</w:t>
            </w:r>
            <w:proofErr w:type="spellEnd"/>
            <w:r w:rsidRPr="00D97086">
              <w:rPr>
                <w:rFonts w:ascii="Times New Roman" w:hAnsi="Times New Roman" w:cs="Times New Roman"/>
                <w:sz w:val="24"/>
                <w:szCs w:val="24"/>
              </w:rPr>
              <w:t>.</w:t>
            </w:r>
          </w:p>
        </w:tc>
      </w:tr>
    </w:tbl>
    <w:p w14:paraId="2C4AB1D1" w14:textId="77777777" w:rsidR="00AF416E" w:rsidRPr="00D97086" w:rsidRDefault="00AF416E" w:rsidP="00AF416E">
      <w:pPr>
        <w:jc w:val="both"/>
        <w:rPr>
          <w:rFonts w:ascii="Times New Roman" w:hAnsi="Times New Roman" w:cs="Times New Roman"/>
          <w:sz w:val="24"/>
          <w:szCs w:val="24"/>
        </w:rPr>
      </w:pPr>
    </w:p>
    <w:p w14:paraId="48946BE0" w14:textId="77777777" w:rsidR="00C95401" w:rsidRPr="005B1542" w:rsidRDefault="00F653AC" w:rsidP="0020237D">
      <w:pPr>
        <w:pStyle w:val="Heading1"/>
        <w:numPr>
          <w:ilvl w:val="0"/>
          <w:numId w:val="22"/>
        </w:numPr>
        <w:rPr>
          <w:rFonts w:ascii="Times New Roman" w:hAnsi="Times New Roman" w:cs="Times New Roman"/>
          <w:lang w:val="it-IT"/>
        </w:rPr>
      </w:pPr>
      <w:bookmarkStart w:id="16" w:name="_Toc209703443"/>
      <w:r w:rsidRPr="005B1542">
        <w:rPr>
          <w:rFonts w:ascii="Times New Roman" w:hAnsi="Times New Roman" w:cs="Times New Roman"/>
          <w:lang w:val="it-IT"/>
        </w:rPr>
        <w:t>Monitorimi, vlerësimi dhe mësimi (MVM)</w:t>
      </w:r>
      <w:bookmarkEnd w:id="16"/>
      <w:r w:rsidR="002A3AC9" w:rsidRPr="005B1542">
        <w:rPr>
          <w:rFonts w:ascii="Times New Roman" w:hAnsi="Times New Roman" w:cs="Times New Roman"/>
          <w:lang w:val="it-IT"/>
        </w:rPr>
        <w:t xml:space="preserve"> </w:t>
      </w:r>
    </w:p>
    <w:p w14:paraId="00FB5F20" w14:textId="77777777" w:rsidR="00A269A9" w:rsidRPr="005B1542" w:rsidRDefault="00A269A9" w:rsidP="00AF416E">
      <w:pPr>
        <w:jc w:val="both"/>
        <w:rPr>
          <w:rFonts w:ascii="Times New Roman" w:hAnsi="Times New Roman" w:cs="Times New Roman"/>
          <w:sz w:val="24"/>
          <w:szCs w:val="24"/>
          <w:lang w:val="it-IT"/>
        </w:rPr>
      </w:pPr>
    </w:p>
    <w:p w14:paraId="467CED92" w14:textId="77777777" w:rsidR="00AF416E" w:rsidRPr="005B1542" w:rsidRDefault="00AF416E" w:rsidP="00AF416E">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M</w:t>
      </w:r>
      <w:r w:rsidR="00F17AAD" w:rsidRPr="005B1542">
        <w:rPr>
          <w:rFonts w:ascii="Times New Roman" w:hAnsi="Times New Roman" w:cs="Times New Roman"/>
          <w:sz w:val="24"/>
          <w:szCs w:val="24"/>
          <w:lang w:val="it-IT"/>
        </w:rPr>
        <w:t xml:space="preserve">onitorimi, vlerësimi dhe mësimet e mësuara </w:t>
      </w:r>
      <w:r w:rsidRPr="005B1542">
        <w:rPr>
          <w:rFonts w:ascii="Times New Roman" w:hAnsi="Times New Roman" w:cs="Times New Roman"/>
          <w:sz w:val="24"/>
          <w:szCs w:val="24"/>
          <w:lang w:val="it-IT"/>
        </w:rPr>
        <w:t>(MVM) përbëjnë një shtyllë themelore për zbatimin e Planit Vendor të Strehimit 2025–2029 në Bashkinë Prrenjas. Qasja e zgjedhur bazohet mbi transparencën, llogaridhënien dhe përmirësimin e vazhdueshëm të ndërhyrjeve, duke e kthyer procesin e strehimit social në një politikë të matshme, të ndjekshme dhe të qëndrueshme.</w:t>
      </w:r>
    </w:p>
    <w:p w14:paraId="41B2D48E" w14:textId="77777777" w:rsidR="00AF416E" w:rsidRPr="005B1542" w:rsidRDefault="00AF416E" w:rsidP="00AF416E">
      <w:pPr>
        <w:jc w:val="both"/>
        <w:rPr>
          <w:rFonts w:ascii="Times New Roman" w:hAnsi="Times New Roman" w:cs="Times New Roman"/>
          <w:b/>
          <w:sz w:val="24"/>
          <w:szCs w:val="24"/>
          <w:lang w:val="it-IT"/>
        </w:rPr>
      </w:pPr>
      <w:r w:rsidRPr="005B1542">
        <w:rPr>
          <w:rFonts w:ascii="Times New Roman" w:hAnsi="Times New Roman" w:cs="Times New Roman"/>
          <w:b/>
          <w:sz w:val="24"/>
          <w:szCs w:val="24"/>
          <w:lang w:val="it-IT"/>
        </w:rPr>
        <w:t>Monitorimi</w:t>
      </w:r>
    </w:p>
    <w:p w14:paraId="04911AB7" w14:textId="77777777" w:rsidR="00AF416E" w:rsidRPr="005B1542" w:rsidRDefault="00AF416E" w:rsidP="00AF416E">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Monitorimi kryhet në baza tremujore dhe vjetore, përmes mbledhjes sistematike të të dhënave mbi numrin e familjeve përfituese nga programet, shpërndarjen sipas njësive administrative, përparimin në ndërtimin e banesave sociale, si dhe performancën e skemave të subvencionimit të qirasë dhe përmirësimit të kushteve të banimit. Për këtë qëllim, Drejtoria e Shërbimeve Sociale dhe Strehimit do të mbajë një regjistër elektronik të përditësuar, i cili do të integrohet me bazat e të dhënave të gjendjes civile dhe të ndihmës ekonomike.</w:t>
      </w:r>
    </w:p>
    <w:p w14:paraId="4DBA8AC3" w14:textId="77777777" w:rsidR="00AF416E" w:rsidRPr="00D97086" w:rsidRDefault="00AF416E" w:rsidP="00AF416E">
      <w:pPr>
        <w:jc w:val="both"/>
        <w:rPr>
          <w:rFonts w:ascii="Times New Roman" w:hAnsi="Times New Roman" w:cs="Times New Roman"/>
          <w:b/>
          <w:sz w:val="24"/>
          <w:szCs w:val="24"/>
        </w:rPr>
      </w:pPr>
      <w:proofErr w:type="spellStart"/>
      <w:r w:rsidRPr="00D97086">
        <w:rPr>
          <w:rFonts w:ascii="Times New Roman" w:hAnsi="Times New Roman" w:cs="Times New Roman"/>
          <w:b/>
          <w:sz w:val="24"/>
          <w:szCs w:val="24"/>
        </w:rPr>
        <w:t>Vlerësimi</w:t>
      </w:r>
      <w:proofErr w:type="spellEnd"/>
    </w:p>
    <w:p w14:paraId="086A4218" w14:textId="77777777" w:rsidR="00AF416E" w:rsidRPr="00D97086" w:rsidRDefault="00AF416E" w:rsidP="00AF416E">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Vlerësimi</w:t>
      </w:r>
      <w:proofErr w:type="spellEnd"/>
      <w:r w:rsidRPr="00D97086">
        <w:rPr>
          <w:rFonts w:ascii="Times New Roman" w:hAnsi="Times New Roman" w:cs="Times New Roman"/>
          <w:sz w:val="24"/>
          <w:szCs w:val="24"/>
        </w:rPr>
        <w:t xml:space="preserve"> do të </w:t>
      </w:r>
      <w:proofErr w:type="spellStart"/>
      <w:r w:rsidRPr="00D97086">
        <w:rPr>
          <w:rFonts w:ascii="Times New Roman" w:hAnsi="Times New Roman" w:cs="Times New Roman"/>
          <w:sz w:val="24"/>
          <w:szCs w:val="24"/>
        </w:rPr>
        <w:t>realizohet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dy</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nivele</w:t>
      </w:r>
      <w:proofErr w:type="spellEnd"/>
      <w:r w:rsidRPr="00D97086">
        <w:rPr>
          <w:rFonts w:ascii="Times New Roman" w:hAnsi="Times New Roman" w:cs="Times New Roman"/>
          <w:sz w:val="24"/>
          <w:szCs w:val="24"/>
        </w:rPr>
        <w:t>: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raportim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përvitshëm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arritjet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sfidat</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publikim</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hapur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qytetarët</w:t>
      </w:r>
      <w:proofErr w:type="spellEnd"/>
      <w:r w:rsidRPr="00D97086">
        <w:rPr>
          <w:rFonts w:ascii="Times New Roman" w:hAnsi="Times New Roman" w:cs="Times New Roman"/>
          <w:sz w:val="24"/>
          <w:szCs w:val="24"/>
        </w:rPr>
        <w:t xml:space="preserve">; (ii) </w:t>
      </w:r>
      <w:proofErr w:type="spellStart"/>
      <w:r w:rsidRPr="00D97086">
        <w:rPr>
          <w:rFonts w:ascii="Times New Roman" w:hAnsi="Times New Roman" w:cs="Times New Roman"/>
          <w:sz w:val="24"/>
          <w:szCs w:val="24"/>
        </w:rPr>
        <w:t>rishikim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mesëm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termit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vitin</w:t>
      </w:r>
      <w:proofErr w:type="spellEnd"/>
      <w:r w:rsidRPr="00D97086">
        <w:rPr>
          <w:rFonts w:ascii="Times New Roman" w:hAnsi="Times New Roman" w:cs="Times New Roman"/>
          <w:sz w:val="24"/>
          <w:szCs w:val="24"/>
        </w:rPr>
        <w:t xml:space="preserve"> 2027, </w:t>
      </w:r>
      <w:proofErr w:type="spellStart"/>
      <w:r w:rsidRPr="00D97086">
        <w:rPr>
          <w:rFonts w:ascii="Times New Roman" w:hAnsi="Times New Roman" w:cs="Times New Roman"/>
          <w:sz w:val="24"/>
          <w:szCs w:val="24"/>
        </w:rPr>
        <w:t>ku</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targetet</w:t>
      </w:r>
      <w:proofErr w:type="spellEnd"/>
      <w:r w:rsidRPr="00D97086">
        <w:rPr>
          <w:rFonts w:ascii="Times New Roman" w:hAnsi="Times New Roman" w:cs="Times New Roman"/>
          <w:sz w:val="24"/>
          <w:szCs w:val="24"/>
        </w:rPr>
        <w:t xml:space="preserve"> do të </w:t>
      </w:r>
      <w:proofErr w:type="spellStart"/>
      <w:r w:rsidRPr="00D97086">
        <w:rPr>
          <w:rFonts w:ascii="Times New Roman" w:hAnsi="Times New Roman" w:cs="Times New Roman"/>
          <w:sz w:val="24"/>
          <w:szCs w:val="24"/>
        </w:rPr>
        <w:t>rivlerësohen</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bazë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performancës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buxhetit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disponueshëm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nevojave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reale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identifikuara</w:t>
      </w:r>
      <w:proofErr w:type="spellEnd"/>
      <w:r w:rsidRPr="00D97086">
        <w:rPr>
          <w:rFonts w:ascii="Times New Roman" w:hAnsi="Times New Roman" w:cs="Times New Roman"/>
          <w:sz w:val="24"/>
          <w:szCs w:val="24"/>
        </w:rPr>
        <w:t xml:space="preserve">. Ky </w:t>
      </w:r>
      <w:proofErr w:type="spellStart"/>
      <w:r w:rsidRPr="00D97086">
        <w:rPr>
          <w:rFonts w:ascii="Times New Roman" w:hAnsi="Times New Roman" w:cs="Times New Roman"/>
          <w:sz w:val="24"/>
          <w:szCs w:val="24"/>
        </w:rPr>
        <w:t>rishikim</w:t>
      </w:r>
      <w:proofErr w:type="spellEnd"/>
      <w:r w:rsidRPr="00D97086">
        <w:rPr>
          <w:rFonts w:ascii="Times New Roman" w:hAnsi="Times New Roman" w:cs="Times New Roman"/>
          <w:sz w:val="24"/>
          <w:szCs w:val="24"/>
        </w:rPr>
        <w:t xml:space="preserve"> do të </w:t>
      </w:r>
      <w:proofErr w:type="spellStart"/>
      <w:r w:rsidRPr="00D97086">
        <w:rPr>
          <w:rFonts w:ascii="Times New Roman" w:hAnsi="Times New Roman" w:cs="Times New Roman"/>
          <w:sz w:val="24"/>
          <w:szCs w:val="24"/>
        </w:rPr>
        <w:t>bëhet</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bashkëpunim</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Ministrinë</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Shëndetësisë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Mbrojtjes</w:t>
      </w:r>
      <w:proofErr w:type="spellEnd"/>
      <w:r w:rsidRPr="00D97086">
        <w:rPr>
          <w:rFonts w:ascii="Times New Roman" w:hAnsi="Times New Roman" w:cs="Times New Roman"/>
          <w:sz w:val="24"/>
          <w:szCs w:val="24"/>
        </w:rPr>
        <w:t xml:space="preserve"> Sociale, </w:t>
      </w:r>
      <w:proofErr w:type="spellStart"/>
      <w:r w:rsidRPr="00D97086">
        <w:rPr>
          <w:rFonts w:ascii="Times New Roman" w:hAnsi="Times New Roman" w:cs="Times New Roman"/>
          <w:sz w:val="24"/>
          <w:szCs w:val="24"/>
        </w:rPr>
        <w:t>si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partnerët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lokalë</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donatorët</w:t>
      </w:r>
      <w:proofErr w:type="spellEnd"/>
      <w:r w:rsidRPr="00D97086">
        <w:rPr>
          <w:rFonts w:ascii="Times New Roman" w:hAnsi="Times New Roman" w:cs="Times New Roman"/>
          <w:sz w:val="24"/>
          <w:szCs w:val="24"/>
        </w:rPr>
        <w:t>.</w:t>
      </w:r>
    </w:p>
    <w:p w14:paraId="6F7651BB" w14:textId="77777777" w:rsidR="00AF416E" w:rsidRPr="00D97086" w:rsidRDefault="00F17AAD" w:rsidP="00AF416E">
      <w:pPr>
        <w:jc w:val="both"/>
        <w:rPr>
          <w:rFonts w:ascii="Times New Roman" w:hAnsi="Times New Roman" w:cs="Times New Roman"/>
          <w:b/>
          <w:sz w:val="24"/>
          <w:szCs w:val="24"/>
        </w:rPr>
      </w:pPr>
      <w:r w:rsidRPr="00D97086">
        <w:rPr>
          <w:rFonts w:ascii="Times New Roman" w:hAnsi="Times New Roman" w:cs="Times New Roman"/>
          <w:b/>
          <w:sz w:val="24"/>
          <w:szCs w:val="24"/>
        </w:rPr>
        <w:t xml:space="preserve">Mësimet e </w:t>
      </w:r>
      <w:proofErr w:type="spellStart"/>
      <w:r w:rsidRPr="00D97086">
        <w:rPr>
          <w:rFonts w:ascii="Times New Roman" w:hAnsi="Times New Roman" w:cs="Times New Roman"/>
          <w:b/>
          <w:sz w:val="24"/>
          <w:szCs w:val="24"/>
        </w:rPr>
        <w:t>mësuara</w:t>
      </w:r>
      <w:proofErr w:type="spellEnd"/>
    </w:p>
    <w:p w14:paraId="292A69EC" w14:textId="77777777" w:rsidR="00AF416E" w:rsidRPr="00D97086" w:rsidRDefault="00AF416E" w:rsidP="00AF416E">
      <w:pPr>
        <w:jc w:val="both"/>
        <w:rPr>
          <w:rFonts w:ascii="Times New Roman" w:hAnsi="Times New Roman" w:cs="Times New Roman"/>
          <w:sz w:val="24"/>
          <w:szCs w:val="24"/>
        </w:rPr>
      </w:pPr>
      <w:r w:rsidRPr="00D97086">
        <w:rPr>
          <w:rFonts w:ascii="Times New Roman" w:hAnsi="Times New Roman" w:cs="Times New Roman"/>
          <w:sz w:val="24"/>
          <w:szCs w:val="24"/>
        </w:rPr>
        <w:t>Mësim</w:t>
      </w:r>
      <w:r w:rsidR="00F17AAD" w:rsidRPr="00D97086">
        <w:rPr>
          <w:rFonts w:ascii="Times New Roman" w:hAnsi="Times New Roman" w:cs="Times New Roman"/>
          <w:sz w:val="24"/>
          <w:szCs w:val="24"/>
        </w:rPr>
        <w:t xml:space="preserve">et </w:t>
      </w:r>
      <w:proofErr w:type="spellStart"/>
      <w:r w:rsidR="00F17AAD" w:rsidRPr="00D97086">
        <w:rPr>
          <w:rFonts w:ascii="Times New Roman" w:hAnsi="Times New Roman" w:cs="Times New Roman"/>
          <w:sz w:val="24"/>
          <w:szCs w:val="24"/>
        </w:rPr>
        <w:t>synojnë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përvoja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praktikat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fituara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gjatë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zbatimit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përdoren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përmirësuar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vazhdimisht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planin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këtë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arsye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çdo</w:t>
      </w:r>
      <w:proofErr w:type="spellEnd"/>
      <w:r w:rsidRPr="00D97086">
        <w:rPr>
          <w:rFonts w:ascii="Times New Roman" w:hAnsi="Times New Roman" w:cs="Times New Roman"/>
          <w:sz w:val="24"/>
          <w:szCs w:val="24"/>
        </w:rPr>
        <w:t xml:space="preserve"> vit do të </w:t>
      </w:r>
      <w:proofErr w:type="spellStart"/>
      <w:r w:rsidRPr="00D97086">
        <w:rPr>
          <w:rFonts w:ascii="Times New Roman" w:hAnsi="Times New Roman" w:cs="Times New Roman"/>
          <w:sz w:val="24"/>
          <w:szCs w:val="24"/>
        </w:rPr>
        <w:t>organizohen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takime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reflektuese</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Njësitë</w:t>
      </w:r>
      <w:proofErr w:type="spellEnd"/>
      <w:r w:rsidRPr="00D97086">
        <w:rPr>
          <w:rFonts w:ascii="Times New Roman" w:hAnsi="Times New Roman" w:cs="Times New Roman"/>
          <w:sz w:val="24"/>
          <w:szCs w:val="24"/>
        </w:rPr>
        <w:t xml:space="preserve"> Administrative, </w:t>
      </w:r>
      <w:proofErr w:type="spellStart"/>
      <w:r w:rsidRPr="00D97086">
        <w:rPr>
          <w:rFonts w:ascii="Times New Roman" w:hAnsi="Times New Roman" w:cs="Times New Roman"/>
          <w:sz w:val="24"/>
          <w:szCs w:val="24"/>
        </w:rPr>
        <w:t>përfaqësuesit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komuniteteve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vulnerabël</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organizatat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shoqërisë</w:t>
      </w:r>
      <w:proofErr w:type="spellEnd"/>
      <w:r w:rsidRPr="00D97086">
        <w:rPr>
          <w:rFonts w:ascii="Times New Roman" w:hAnsi="Times New Roman" w:cs="Times New Roman"/>
          <w:sz w:val="24"/>
          <w:szCs w:val="24"/>
        </w:rPr>
        <w:t xml:space="preserve"> civile, duke </w:t>
      </w:r>
      <w:proofErr w:type="spellStart"/>
      <w:r w:rsidRPr="00D97086">
        <w:rPr>
          <w:rFonts w:ascii="Times New Roman" w:hAnsi="Times New Roman" w:cs="Times New Roman"/>
          <w:sz w:val="24"/>
          <w:szCs w:val="24"/>
        </w:rPr>
        <w:t>siguruar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mësimet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integrohen</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rishikimin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masave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planifikimin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vitit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pasardhës</w:t>
      </w:r>
      <w:proofErr w:type="spellEnd"/>
      <w:r w:rsidRPr="00D97086">
        <w:rPr>
          <w:rFonts w:ascii="Times New Roman" w:hAnsi="Times New Roman" w:cs="Times New Roman"/>
          <w:sz w:val="24"/>
          <w:szCs w:val="24"/>
        </w:rPr>
        <w:t>.</w:t>
      </w:r>
    </w:p>
    <w:p w14:paraId="5B2E474B" w14:textId="77777777" w:rsidR="00AF416E" w:rsidRPr="005B1542" w:rsidRDefault="0011047D" w:rsidP="00AF416E">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lastRenderedPageBreak/>
        <w:t>Figura 19</w:t>
      </w:r>
      <w:r w:rsidR="00961384" w:rsidRPr="005B1542">
        <w:rPr>
          <w:rFonts w:ascii="Times New Roman" w:hAnsi="Times New Roman" w:cs="Times New Roman"/>
          <w:sz w:val="24"/>
          <w:szCs w:val="24"/>
          <w:lang w:val="it-IT"/>
        </w:rPr>
        <w:t>:</w:t>
      </w:r>
      <w:r w:rsidR="00AF416E" w:rsidRPr="005B1542">
        <w:rPr>
          <w:rFonts w:ascii="Times New Roman" w:hAnsi="Times New Roman" w:cs="Times New Roman"/>
          <w:sz w:val="24"/>
          <w:szCs w:val="24"/>
          <w:lang w:val="it-IT"/>
        </w:rPr>
        <w:t xml:space="preserve"> Indikatorët kryesorë të Monitorimit dhe Vlerësimit</w:t>
      </w:r>
    </w:p>
    <w:tbl>
      <w:tblPr>
        <w:tblStyle w:val="LightList-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2877"/>
        <w:gridCol w:w="2876"/>
        <w:gridCol w:w="2877"/>
      </w:tblGrid>
      <w:tr w:rsidR="00AF416E" w:rsidRPr="00D97086" w14:paraId="40BB63AA" w14:textId="77777777" w:rsidTr="00BC52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shd w:val="clear" w:color="auto" w:fill="EAF1DD" w:themeFill="accent3" w:themeFillTint="33"/>
          </w:tcPr>
          <w:p w14:paraId="1971E9CE" w14:textId="77777777" w:rsidR="00AF416E" w:rsidRPr="00D97086" w:rsidRDefault="00AF416E" w:rsidP="00BC52BC">
            <w:pPr>
              <w:jc w:val="center"/>
              <w:rPr>
                <w:rFonts w:ascii="Times New Roman" w:hAnsi="Times New Roman" w:cs="Times New Roman"/>
                <w:color w:val="auto"/>
                <w:sz w:val="28"/>
                <w:szCs w:val="28"/>
              </w:rPr>
            </w:pPr>
            <w:proofErr w:type="spellStart"/>
            <w:r w:rsidRPr="00D97086">
              <w:rPr>
                <w:rFonts w:ascii="Times New Roman" w:hAnsi="Times New Roman" w:cs="Times New Roman"/>
                <w:color w:val="auto"/>
                <w:sz w:val="28"/>
                <w:szCs w:val="28"/>
              </w:rPr>
              <w:t>Indikatori</w:t>
            </w:r>
            <w:proofErr w:type="spellEnd"/>
          </w:p>
          <w:p w14:paraId="42234A58" w14:textId="77777777" w:rsidR="00AF416E" w:rsidRPr="00D97086" w:rsidRDefault="00AF416E" w:rsidP="00BC52BC">
            <w:pPr>
              <w:jc w:val="center"/>
              <w:rPr>
                <w:rFonts w:ascii="Times New Roman" w:hAnsi="Times New Roman" w:cs="Times New Roman"/>
                <w:color w:val="auto"/>
                <w:sz w:val="28"/>
                <w:szCs w:val="28"/>
              </w:rPr>
            </w:pPr>
          </w:p>
        </w:tc>
        <w:tc>
          <w:tcPr>
            <w:tcW w:w="2880" w:type="dxa"/>
            <w:shd w:val="clear" w:color="auto" w:fill="EAF1DD" w:themeFill="accent3" w:themeFillTint="33"/>
          </w:tcPr>
          <w:p w14:paraId="5EE7E8E2" w14:textId="77777777" w:rsidR="00AF416E" w:rsidRPr="00D97086" w:rsidRDefault="00AF416E" w:rsidP="00BC52B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8"/>
                <w:szCs w:val="28"/>
              </w:rPr>
            </w:pPr>
            <w:proofErr w:type="spellStart"/>
            <w:r w:rsidRPr="00D97086">
              <w:rPr>
                <w:rFonts w:ascii="Times New Roman" w:hAnsi="Times New Roman" w:cs="Times New Roman"/>
                <w:color w:val="auto"/>
                <w:sz w:val="28"/>
                <w:szCs w:val="28"/>
              </w:rPr>
              <w:t>Burimi</w:t>
            </w:r>
            <w:proofErr w:type="spellEnd"/>
            <w:r w:rsidRPr="00D97086">
              <w:rPr>
                <w:rFonts w:ascii="Times New Roman" w:hAnsi="Times New Roman" w:cs="Times New Roman"/>
                <w:color w:val="auto"/>
                <w:sz w:val="28"/>
                <w:szCs w:val="28"/>
              </w:rPr>
              <w:t xml:space="preserve"> </w:t>
            </w:r>
            <w:proofErr w:type="spellStart"/>
            <w:r w:rsidRPr="00D97086">
              <w:rPr>
                <w:rFonts w:ascii="Times New Roman" w:hAnsi="Times New Roman" w:cs="Times New Roman"/>
                <w:color w:val="auto"/>
                <w:sz w:val="28"/>
                <w:szCs w:val="28"/>
              </w:rPr>
              <w:t>i</w:t>
            </w:r>
            <w:proofErr w:type="spellEnd"/>
            <w:r w:rsidRPr="00D97086">
              <w:rPr>
                <w:rFonts w:ascii="Times New Roman" w:hAnsi="Times New Roman" w:cs="Times New Roman"/>
                <w:color w:val="auto"/>
                <w:sz w:val="28"/>
                <w:szCs w:val="28"/>
              </w:rPr>
              <w:t xml:space="preserve"> të </w:t>
            </w:r>
            <w:proofErr w:type="spellStart"/>
            <w:r w:rsidRPr="00D97086">
              <w:rPr>
                <w:rFonts w:ascii="Times New Roman" w:hAnsi="Times New Roman" w:cs="Times New Roman"/>
                <w:color w:val="auto"/>
                <w:sz w:val="28"/>
                <w:szCs w:val="28"/>
              </w:rPr>
              <w:t>dhënave</w:t>
            </w:r>
            <w:proofErr w:type="spellEnd"/>
          </w:p>
        </w:tc>
        <w:tc>
          <w:tcPr>
            <w:tcW w:w="2880" w:type="dxa"/>
            <w:shd w:val="clear" w:color="auto" w:fill="EAF1DD" w:themeFill="accent3" w:themeFillTint="33"/>
          </w:tcPr>
          <w:p w14:paraId="01DE1AEB" w14:textId="77777777" w:rsidR="00AF416E" w:rsidRPr="00D97086" w:rsidRDefault="00AF416E" w:rsidP="00BC52B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8"/>
                <w:szCs w:val="28"/>
              </w:rPr>
            </w:pPr>
            <w:proofErr w:type="spellStart"/>
            <w:r w:rsidRPr="00D97086">
              <w:rPr>
                <w:rFonts w:ascii="Times New Roman" w:hAnsi="Times New Roman" w:cs="Times New Roman"/>
                <w:color w:val="auto"/>
                <w:sz w:val="28"/>
                <w:szCs w:val="28"/>
              </w:rPr>
              <w:t>Frekuenca</w:t>
            </w:r>
            <w:proofErr w:type="spellEnd"/>
            <w:r w:rsidRPr="00D97086">
              <w:rPr>
                <w:rFonts w:ascii="Times New Roman" w:hAnsi="Times New Roman" w:cs="Times New Roman"/>
                <w:color w:val="auto"/>
                <w:sz w:val="28"/>
                <w:szCs w:val="28"/>
              </w:rPr>
              <w:t xml:space="preserve"> e </w:t>
            </w:r>
            <w:proofErr w:type="spellStart"/>
            <w:r w:rsidRPr="00D97086">
              <w:rPr>
                <w:rFonts w:ascii="Times New Roman" w:hAnsi="Times New Roman" w:cs="Times New Roman"/>
                <w:color w:val="auto"/>
                <w:sz w:val="28"/>
                <w:szCs w:val="28"/>
              </w:rPr>
              <w:t>raportimit</w:t>
            </w:r>
            <w:proofErr w:type="spellEnd"/>
          </w:p>
        </w:tc>
      </w:tr>
      <w:tr w:rsidR="00AF416E" w:rsidRPr="00D97086" w14:paraId="54E6D5BD" w14:textId="77777777" w:rsidTr="00BC52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Borders>
              <w:top w:val="none" w:sz="0" w:space="0" w:color="auto"/>
              <w:left w:val="none" w:sz="0" w:space="0" w:color="auto"/>
              <w:bottom w:val="none" w:sz="0" w:space="0" w:color="auto"/>
            </w:tcBorders>
            <w:shd w:val="clear" w:color="auto" w:fill="FFFFFF" w:themeFill="background1"/>
          </w:tcPr>
          <w:p w14:paraId="6FEB56BC" w14:textId="77777777" w:rsidR="00AF416E" w:rsidRPr="005B1542" w:rsidRDefault="00AF416E" w:rsidP="00BC52BC">
            <w:pPr>
              <w:rPr>
                <w:rFonts w:ascii="Times New Roman" w:hAnsi="Times New Roman" w:cs="Times New Roman"/>
                <w:sz w:val="24"/>
                <w:szCs w:val="24"/>
                <w:lang w:val="it-IT"/>
              </w:rPr>
            </w:pPr>
            <w:r w:rsidRPr="005B1542">
              <w:rPr>
                <w:rFonts w:ascii="Times New Roman" w:hAnsi="Times New Roman" w:cs="Times New Roman"/>
                <w:sz w:val="24"/>
                <w:szCs w:val="24"/>
                <w:lang w:val="it-IT"/>
              </w:rPr>
              <w:t>Numri i familjeve përfituese nga subvencioni i qirasë</w:t>
            </w:r>
          </w:p>
        </w:tc>
        <w:tc>
          <w:tcPr>
            <w:tcW w:w="2880" w:type="dxa"/>
            <w:tcBorders>
              <w:top w:val="none" w:sz="0" w:space="0" w:color="auto"/>
              <w:bottom w:val="none" w:sz="0" w:space="0" w:color="auto"/>
            </w:tcBorders>
            <w:shd w:val="clear" w:color="auto" w:fill="FFFFFF" w:themeFill="background1"/>
          </w:tcPr>
          <w:p w14:paraId="326B634F" w14:textId="77777777" w:rsidR="00AF416E" w:rsidRPr="00D97086" w:rsidRDefault="00AF416E" w:rsidP="00072A6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Regjistri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 </w:t>
            </w:r>
            <w:proofErr w:type="spellStart"/>
            <w:r w:rsidRPr="00D97086">
              <w:rPr>
                <w:rFonts w:ascii="Times New Roman" w:hAnsi="Times New Roman" w:cs="Times New Roman"/>
                <w:sz w:val="24"/>
                <w:szCs w:val="24"/>
              </w:rPr>
              <w:t>Drejtoria</w:t>
            </w:r>
            <w:proofErr w:type="spellEnd"/>
            <w:r w:rsidRPr="00D97086">
              <w:rPr>
                <w:rFonts w:ascii="Times New Roman" w:hAnsi="Times New Roman" w:cs="Times New Roman"/>
                <w:sz w:val="24"/>
                <w:szCs w:val="24"/>
              </w:rPr>
              <w:t xml:space="preserve"> </w:t>
            </w:r>
            <w:r w:rsidR="00072A6E" w:rsidRPr="00D97086">
              <w:rPr>
                <w:rFonts w:ascii="Times New Roman" w:hAnsi="Times New Roman" w:cs="Times New Roman"/>
                <w:sz w:val="24"/>
                <w:szCs w:val="24"/>
              </w:rPr>
              <w:t xml:space="preserve">e </w:t>
            </w:r>
            <w:proofErr w:type="spellStart"/>
            <w:r w:rsidR="00072A6E" w:rsidRPr="00D97086">
              <w:rPr>
                <w:rFonts w:ascii="Times New Roman" w:hAnsi="Times New Roman" w:cs="Times New Roman"/>
                <w:sz w:val="24"/>
                <w:szCs w:val="24"/>
              </w:rPr>
              <w:t>Planifikim</w:t>
            </w:r>
            <w:proofErr w:type="spellEnd"/>
            <w:r w:rsidR="00072A6E" w:rsidRPr="00D97086">
              <w:rPr>
                <w:rFonts w:ascii="Times New Roman" w:hAnsi="Times New Roman" w:cs="Times New Roman"/>
                <w:sz w:val="24"/>
                <w:szCs w:val="24"/>
              </w:rPr>
              <w:t xml:space="preserve"> </w:t>
            </w:r>
            <w:proofErr w:type="spellStart"/>
            <w:r w:rsidR="00072A6E" w:rsidRPr="00D97086">
              <w:rPr>
                <w:rFonts w:ascii="Times New Roman" w:hAnsi="Times New Roman" w:cs="Times New Roman"/>
                <w:sz w:val="24"/>
                <w:szCs w:val="24"/>
              </w:rPr>
              <w:t>Menaxhimit</w:t>
            </w:r>
            <w:proofErr w:type="spellEnd"/>
            <w:r w:rsidR="00072A6E" w:rsidRPr="00D97086">
              <w:rPr>
                <w:rFonts w:ascii="Times New Roman" w:hAnsi="Times New Roman" w:cs="Times New Roman"/>
                <w:sz w:val="24"/>
                <w:szCs w:val="24"/>
              </w:rPr>
              <w:t xml:space="preserve"> </w:t>
            </w:r>
            <w:proofErr w:type="spellStart"/>
            <w:r w:rsidR="00072A6E" w:rsidRPr="00D97086">
              <w:rPr>
                <w:rFonts w:ascii="Times New Roman" w:hAnsi="Times New Roman" w:cs="Times New Roman"/>
                <w:sz w:val="24"/>
                <w:szCs w:val="24"/>
              </w:rPr>
              <w:t>Financiar</w:t>
            </w:r>
            <w:proofErr w:type="spellEnd"/>
            <w:r w:rsidR="00072A6E" w:rsidRPr="00D97086">
              <w:rPr>
                <w:rFonts w:ascii="Times New Roman" w:hAnsi="Times New Roman" w:cs="Times New Roman"/>
                <w:sz w:val="24"/>
                <w:szCs w:val="24"/>
              </w:rPr>
              <w:t xml:space="preserve"> </w:t>
            </w:r>
            <w:proofErr w:type="spellStart"/>
            <w:r w:rsidR="00072A6E" w:rsidRPr="00D97086">
              <w:rPr>
                <w:rFonts w:ascii="Times New Roman" w:hAnsi="Times New Roman" w:cs="Times New Roman"/>
                <w:sz w:val="24"/>
                <w:szCs w:val="24"/>
              </w:rPr>
              <w:t>dhe</w:t>
            </w:r>
            <w:proofErr w:type="spellEnd"/>
            <w:r w:rsidR="00072A6E" w:rsidRPr="00D97086">
              <w:rPr>
                <w:rFonts w:ascii="Times New Roman" w:hAnsi="Times New Roman" w:cs="Times New Roman"/>
                <w:sz w:val="24"/>
                <w:szCs w:val="24"/>
              </w:rPr>
              <w:t xml:space="preserve"> </w:t>
            </w:r>
            <w:proofErr w:type="spellStart"/>
            <w:r w:rsidR="00072A6E" w:rsidRPr="00D97086">
              <w:rPr>
                <w:rFonts w:ascii="Times New Roman" w:hAnsi="Times New Roman" w:cs="Times New Roman"/>
                <w:sz w:val="24"/>
                <w:szCs w:val="24"/>
              </w:rPr>
              <w:t>Sherbimit</w:t>
            </w:r>
            <w:proofErr w:type="spellEnd"/>
            <w:r w:rsidR="00072A6E" w:rsidRPr="00D97086">
              <w:rPr>
                <w:rFonts w:ascii="Times New Roman" w:hAnsi="Times New Roman" w:cs="Times New Roman"/>
                <w:sz w:val="24"/>
                <w:szCs w:val="24"/>
              </w:rPr>
              <w:t xml:space="preserve"> Social</w:t>
            </w:r>
          </w:p>
        </w:tc>
        <w:tc>
          <w:tcPr>
            <w:tcW w:w="2880" w:type="dxa"/>
            <w:tcBorders>
              <w:top w:val="none" w:sz="0" w:space="0" w:color="auto"/>
              <w:bottom w:val="none" w:sz="0" w:space="0" w:color="auto"/>
              <w:right w:val="none" w:sz="0" w:space="0" w:color="auto"/>
            </w:tcBorders>
            <w:shd w:val="clear" w:color="auto" w:fill="FFFFFF" w:themeFill="background1"/>
          </w:tcPr>
          <w:p w14:paraId="5CCD8EA9" w14:textId="77777777" w:rsidR="00AF416E" w:rsidRPr="00D97086" w:rsidRDefault="00AF416E" w:rsidP="00712EC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Vjetore</w:t>
            </w:r>
            <w:proofErr w:type="spellEnd"/>
          </w:p>
        </w:tc>
      </w:tr>
      <w:tr w:rsidR="00AF416E" w:rsidRPr="00D97086" w14:paraId="53F6A2D3" w14:textId="77777777" w:rsidTr="00712ECB">
        <w:tc>
          <w:tcPr>
            <w:cnfStyle w:val="001000000000" w:firstRow="0" w:lastRow="0" w:firstColumn="1" w:lastColumn="0" w:oddVBand="0" w:evenVBand="0" w:oddHBand="0" w:evenHBand="0" w:firstRowFirstColumn="0" w:firstRowLastColumn="0" w:lastRowFirstColumn="0" w:lastRowLastColumn="0"/>
            <w:tcW w:w="2880" w:type="dxa"/>
            <w:shd w:val="clear" w:color="auto" w:fill="FFFFFF" w:themeFill="background1"/>
          </w:tcPr>
          <w:p w14:paraId="36A2A687" w14:textId="77777777" w:rsidR="00AF416E" w:rsidRPr="005B1542" w:rsidRDefault="00AF416E" w:rsidP="00BC52BC">
            <w:pPr>
              <w:rPr>
                <w:rFonts w:ascii="Times New Roman" w:hAnsi="Times New Roman" w:cs="Times New Roman"/>
                <w:sz w:val="24"/>
                <w:szCs w:val="24"/>
                <w:lang w:val="it-IT"/>
              </w:rPr>
            </w:pPr>
            <w:r w:rsidRPr="005B1542">
              <w:rPr>
                <w:rFonts w:ascii="Times New Roman" w:hAnsi="Times New Roman" w:cs="Times New Roman"/>
                <w:sz w:val="24"/>
                <w:szCs w:val="24"/>
                <w:lang w:val="it-IT"/>
              </w:rPr>
              <w:t>Numri i banesave të rehabilituara</w:t>
            </w:r>
          </w:p>
        </w:tc>
        <w:tc>
          <w:tcPr>
            <w:tcW w:w="2880" w:type="dxa"/>
            <w:shd w:val="clear" w:color="auto" w:fill="FFFFFF" w:themeFill="background1"/>
          </w:tcPr>
          <w:p w14:paraId="18DB4DFB" w14:textId="77777777" w:rsidR="00AF416E" w:rsidRPr="005B1542" w:rsidRDefault="00AF416E" w:rsidP="00712EC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it-IT"/>
              </w:rPr>
            </w:pPr>
            <w:r w:rsidRPr="005B1542">
              <w:rPr>
                <w:rFonts w:ascii="Times New Roman" w:hAnsi="Times New Roman" w:cs="Times New Roman"/>
                <w:sz w:val="24"/>
                <w:szCs w:val="24"/>
                <w:lang w:val="it-IT"/>
              </w:rPr>
              <w:t>Raportet e Bashkisë / Inspektime në terren</w:t>
            </w:r>
          </w:p>
        </w:tc>
        <w:tc>
          <w:tcPr>
            <w:tcW w:w="2880" w:type="dxa"/>
            <w:shd w:val="clear" w:color="auto" w:fill="FFFFFF" w:themeFill="background1"/>
          </w:tcPr>
          <w:p w14:paraId="304B4DDB" w14:textId="77777777" w:rsidR="00AF416E" w:rsidRPr="00D97086" w:rsidRDefault="00AF416E" w:rsidP="00712EC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Vjetore</w:t>
            </w:r>
            <w:proofErr w:type="spellEnd"/>
          </w:p>
        </w:tc>
      </w:tr>
      <w:tr w:rsidR="00AF416E" w:rsidRPr="00D97086" w14:paraId="2D63E54C" w14:textId="77777777" w:rsidTr="00BC52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Borders>
              <w:top w:val="none" w:sz="0" w:space="0" w:color="auto"/>
              <w:left w:val="none" w:sz="0" w:space="0" w:color="auto"/>
              <w:bottom w:val="none" w:sz="0" w:space="0" w:color="auto"/>
            </w:tcBorders>
            <w:shd w:val="clear" w:color="auto" w:fill="FFFFFF" w:themeFill="background1"/>
          </w:tcPr>
          <w:p w14:paraId="37D15171" w14:textId="77777777" w:rsidR="00AF416E" w:rsidRPr="005B1542" w:rsidRDefault="00AF416E" w:rsidP="00BC52BC">
            <w:pPr>
              <w:rPr>
                <w:rFonts w:ascii="Times New Roman" w:hAnsi="Times New Roman" w:cs="Times New Roman"/>
                <w:sz w:val="24"/>
                <w:szCs w:val="24"/>
                <w:lang w:val="it-IT"/>
              </w:rPr>
            </w:pPr>
            <w:r w:rsidRPr="005B1542">
              <w:rPr>
                <w:rFonts w:ascii="Times New Roman" w:hAnsi="Times New Roman" w:cs="Times New Roman"/>
                <w:sz w:val="24"/>
                <w:szCs w:val="24"/>
                <w:lang w:val="it-IT"/>
              </w:rPr>
              <w:t>% e kontratave të noterizuara të qirasë</w:t>
            </w:r>
          </w:p>
        </w:tc>
        <w:tc>
          <w:tcPr>
            <w:tcW w:w="2880" w:type="dxa"/>
            <w:tcBorders>
              <w:top w:val="none" w:sz="0" w:space="0" w:color="auto"/>
              <w:bottom w:val="none" w:sz="0" w:space="0" w:color="auto"/>
            </w:tcBorders>
            <w:shd w:val="clear" w:color="auto" w:fill="FFFFFF" w:themeFill="background1"/>
          </w:tcPr>
          <w:p w14:paraId="742E3F41" w14:textId="77777777" w:rsidR="00AF416E" w:rsidRPr="00D97086" w:rsidRDefault="00AF416E" w:rsidP="00712EC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 xml:space="preserve">Zyra e </w:t>
            </w:r>
            <w:proofErr w:type="spellStart"/>
            <w:r w:rsidRPr="00D97086">
              <w:rPr>
                <w:rFonts w:ascii="Times New Roman" w:hAnsi="Times New Roman" w:cs="Times New Roman"/>
                <w:sz w:val="24"/>
                <w:szCs w:val="24"/>
              </w:rPr>
              <w:t>Noterëve</w:t>
            </w:r>
            <w:proofErr w:type="spellEnd"/>
            <w:r w:rsidRPr="00D97086">
              <w:rPr>
                <w:rFonts w:ascii="Times New Roman" w:hAnsi="Times New Roman" w:cs="Times New Roman"/>
                <w:sz w:val="24"/>
                <w:szCs w:val="24"/>
              </w:rPr>
              <w:t xml:space="preserve"> / Bashkia</w:t>
            </w:r>
          </w:p>
        </w:tc>
        <w:tc>
          <w:tcPr>
            <w:tcW w:w="2880" w:type="dxa"/>
            <w:tcBorders>
              <w:top w:val="none" w:sz="0" w:space="0" w:color="auto"/>
              <w:bottom w:val="none" w:sz="0" w:space="0" w:color="auto"/>
              <w:right w:val="none" w:sz="0" w:space="0" w:color="auto"/>
            </w:tcBorders>
            <w:shd w:val="clear" w:color="auto" w:fill="FFFFFF" w:themeFill="background1"/>
          </w:tcPr>
          <w:p w14:paraId="2D3D8D56" w14:textId="77777777" w:rsidR="00AF416E" w:rsidRPr="00D97086" w:rsidRDefault="00AF416E" w:rsidP="00521B8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Gj</w:t>
            </w:r>
            <w:r w:rsidR="00521B81" w:rsidRPr="00D97086">
              <w:rPr>
                <w:rFonts w:ascii="Times New Roman" w:hAnsi="Times New Roman" w:cs="Times New Roman"/>
                <w:sz w:val="24"/>
                <w:szCs w:val="24"/>
              </w:rPr>
              <w:t>ashtëmuj</w:t>
            </w:r>
            <w:r w:rsidRPr="00D97086">
              <w:rPr>
                <w:rFonts w:ascii="Times New Roman" w:hAnsi="Times New Roman" w:cs="Times New Roman"/>
                <w:sz w:val="24"/>
                <w:szCs w:val="24"/>
              </w:rPr>
              <w:t>ore</w:t>
            </w:r>
            <w:proofErr w:type="spellEnd"/>
          </w:p>
        </w:tc>
      </w:tr>
      <w:tr w:rsidR="00AF416E" w:rsidRPr="00D97086" w14:paraId="5F59160E" w14:textId="77777777" w:rsidTr="00712ECB">
        <w:tc>
          <w:tcPr>
            <w:cnfStyle w:val="001000000000" w:firstRow="0" w:lastRow="0" w:firstColumn="1" w:lastColumn="0" w:oddVBand="0" w:evenVBand="0" w:oddHBand="0" w:evenHBand="0" w:firstRowFirstColumn="0" w:firstRowLastColumn="0" w:lastRowFirstColumn="0" w:lastRowLastColumn="0"/>
            <w:tcW w:w="2880" w:type="dxa"/>
            <w:shd w:val="clear" w:color="auto" w:fill="FFFFFF" w:themeFill="background1"/>
          </w:tcPr>
          <w:p w14:paraId="6C607244" w14:textId="77777777" w:rsidR="00AF416E" w:rsidRPr="005B1542" w:rsidRDefault="00AF416E" w:rsidP="00BC52BC">
            <w:pPr>
              <w:rPr>
                <w:rFonts w:ascii="Times New Roman" w:hAnsi="Times New Roman" w:cs="Times New Roman"/>
                <w:sz w:val="24"/>
                <w:szCs w:val="24"/>
                <w:lang w:val="it-IT"/>
              </w:rPr>
            </w:pPr>
            <w:r w:rsidRPr="005B1542">
              <w:rPr>
                <w:rFonts w:ascii="Times New Roman" w:hAnsi="Times New Roman" w:cs="Times New Roman"/>
                <w:sz w:val="24"/>
                <w:szCs w:val="24"/>
                <w:lang w:val="it-IT"/>
              </w:rPr>
              <w:t>Numri i apartamenteve sociale të ndërtuara</w:t>
            </w:r>
          </w:p>
        </w:tc>
        <w:tc>
          <w:tcPr>
            <w:tcW w:w="2880" w:type="dxa"/>
            <w:shd w:val="clear" w:color="auto" w:fill="FFFFFF" w:themeFill="background1"/>
          </w:tcPr>
          <w:p w14:paraId="4B0C9CDA" w14:textId="77777777" w:rsidR="00AF416E" w:rsidRPr="00D97086" w:rsidRDefault="00AF416E" w:rsidP="00712EC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Raportet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teknike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financiare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projekteve</w:t>
            </w:r>
            <w:proofErr w:type="spellEnd"/>
          </w:p>
        </w:tc>
        <w:tc>
          <w:tcPr>
            <w:tcW w:w="2880" w:type="dxa"/>
            <w:shd w:val="clear" w:color="auto" w:fill="FFFFFF" w:themeFill="background1"/>
          </w:tcPr>
          <w:p w14:paraId="3DEA44AA" w14:textId="77777777" w:rsidR="00AF416E" w:rsidRPr="00D97086" w:rsidRDefault="00AF416E" w:rsidP="00712ECB">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Vjetore</w:t>
            </w:r>
            <w:proofErr w:type="spellEnd"/>
          </w:p>
        </w:tc>
      </w:tr>
      <w:tr w:rsidR="00AF416E" w:rsidRPr="00D97086" w14:paraId="60FA2F90" w14:textId="77777777" w:rsidTr="00BC52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Borders>
              <w:top w:val="none" w:sz="0" w:space="0" w:color="auto"/>
              <w:left w:val="none" w:sz="0" w:space="0" w:color="auto"/>
              <w:bottom w:val="none" w:sz="0" w:space="0" w:color="auto"/>
            </w:tcBorders>
            <w:shd w:val="clear" w:color="auto" w:fill="FFFFFF" w:themeFill="background1"/>
          </w:tcPr>
          <w:p w14:paraId="77B0114A" w14:textId="77777777" w:rsidR="00AF416E" w:rsidRPr="00D97086" w:rsidRDefault="00AF416E" w:rsidP="00BC52BC">
            <w:pPr>
              <w:rPr>
                <w:rFonts w:ascii="Times New Roman" w:hAnsi="Times New Roman" w:cs="Times New Roman"/>
                <w:sz w:val="24"/>
                <w:szCs w:val="24"/>
              </w:rPr>
            </w:pPr>
            <w:proofErr w:type="spellStart"/>
            <w:r w:rsidRPr="00D97086">
              <w:rPr>
                <w:rFonts w:ascii="Times New Roman" w:hAnsi="Times New Roman" w:cs="Times New Roman"/>
                <w:sz w:val="24"/>
                <w:szCs w:val="24"/>
              </w:rPr>
              <w:t>Mbulimi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gjeografik</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programeve</w:t>
            </w:r>
            <w:proofErr w:type="spellEnd"/>
          </w:p>
        </w:tc>
        <w:tc>
          <w:tcPr>
            <w:tcW w:w="2880" w:type="dxa"/>
            <w:tcBorders>
              <w:top w:val="none" w:sz="0" w:space="0" w:color="auto"/>
              <w:bottom w:val="none" w:sz="0" w:space="0" w:color="auto"/>
            </w:tcBorders>
            <w:shd w:val="clear" w:color="auto" w:fill="FFFFFF" w:themeFill="background1"/>
          </w:tcPr>
          <w:p w14:paraId="38944DE7" w14:textId="77777777" w:rsidR="00AF416E" w:rsidRPr="00D97086" w:rsidRDefault="00AF416E" w:rsidP="00712EC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 xml:space="preserve">Të </w:t>
            </w:r>
            <w:proofErr w:type="spellStart"/>
            <w:r w:rsidRPr="00D97086">
              <w:rPr>
                <w:rFonts w:ascii="Times New Roman" w:hAnsi="Times New Roman" w:cs="Times New Roman"/>
                <w:sz w:val="24"/>
                <w:szCs w:val="24"/>
              </w:rPr>
              <w:t>dhënat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sipas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NjA</w:t>
            </w:r>
            <w:proofErr w:type="spellEnd"/>
            <w:r w:rsidRPr="00D97086">
              <w:rPr>
                <w:rFonts w:ascii="Times New Roman" w:hAnsi="Times New Roman" w:cs="Times New Roman"/>
                <w:sz w:val="24"/>
                <w:szCs w:val="24"/>
              </w:rPr>
              <w:t xml:space="preserve"> / Bashkia</w:t>
            </w:r>
          </w:p>
        </w:tc>
        <w:tc>
          <w:tcPr>
            <w:tcW w:w="2880" w:type="dxa"/>
            <w:tcBorders>
              <w:top w:val="none" w:sz="0" w:space="0" w:color="auto"/>
              <w:bottom w:val="none" w:sz="0" w:space="0" w:color="auto"/>
              <w:right w:val="none" w:sz="0" w:space="0" w:color="auto"/>
            </w:tcBorders>
            <w:shd w:val="clear" w:color="auto" w:fill="FFFFFF" w:themeFill="background1"/>
          </w:tcPr>
          <w:p w14:paraId="2C7D60E0" w14:textId="77777777" w:rsidR="00AF416E" w:rsidRPr="00D97086" w:rsidRDefault="00AF416E" w:rsidP="00712EC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Vjetore</w:t>
            </w:r>
            <w:proofErr w:type="spellEnd"/>
          </w:p>
        </w:tc>
      </w:tr>
    </w:tbl>
    <w:p w14:paraId="78FF9E5F" w14:textId="77777777" w:rsidR="00AF416E" w:rsidRPr="00D97086" w:rsidRDefault="00AF416E" w:rsidP="00AF416E">
      <w:pPr>
        <w:jc w:val="both"/>
        <w:rPr>
          <w:rFonts w:ascii="Times New Roman" w:hAnsi="Times New Roman" w:cs="Times New Roman"/>
          <w:sz w:val="24"/>
          <w:szCs w:val="24"/>
        </w:rPr>
      </w:pPr>
    </w:p>
    <w:p w14:paraId="016B9468" w14:textId="77777777" w:rsidR="00AF416E" w:rsidRDefault="00AF416E" w:rsidP="00AF416E">
      <w:pPr>
        <w:jc w:val="both"/>
        <w:rPr>
          <w:rFonts w:ascii="Times New Roman" w:hAnsi="Times New Roman" w:cs="Times New Roman"/>
          <w:sz w:val="24"/>
          <w:szCs w:val="24"/>
        </w:rPr>
      </w:pPr>
      <w:r w:rsidRPr="00D97086">
        <w:rPr>
          <w:rFonts w:ascii="Times New Roman" w:hAnsi="Times New Roman" w:cs="Times New Roman"/>
          <w:sz w:val="24"/>
          <w:szCs w:val="24"/>
        </w:rPr>
        <w:t xml:space="preserve">Në </w:t>
      </w:r>
      <w:proofErr w:type="spellStart"/>
      <w:r w:rsidRPr="00D97086">
        <w:rPr>
          <w:rFonts w:ascii="Times New Roman" w:hAnsi="Times New Roman" w:cs="Times New Roman"/>
          <w:sz w:val="24"/>
          <w:szCs w:val="24"/>
        </w:rPr>
        <w:t>përfundim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mekanizmi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MVM-it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ofron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Bashkisë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një instrument të </w:t>
      </w:r>
      <w:proofErr w:type="spellStart"/>
      <w:r w:rsidRPr="00D97086">
        <w:rPr>
          <w:rFonts w:ascii="Times New Roman" w:hAnsi="Times New Roman" w:cs="Times New Roman"/>
          <w:sz w:val="24"/>
          <w:szCs w:val="24"/>
        </w:rPr>
        <w:t>fuqishëm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siguruar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efektivitet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transparencë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përmirësim</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vazhdueshëm</w:t>
      </w:r>
      <w:proofErr w:type="spellEnd"/>
      <w:r w:rsidRPr="00D97086">
        <w:rPr>
          <w:rFonts w:ascii="Times New Roman" w:hAnsi="Times New Roman" w:cs="Times New Roman"/>
          <w:sz w:val="24"/>
          <w:szCs w:val="24"/>
        </w:rPr>
        <w:t xml:space="preserve">, duke e </w:t>
      </w:r>
      <w:proofErr w:type="spellStart"/>
      <w:r w:rsidRPr="00D97086">
        <w:rPr>
          <w:rFonts w:ascii="Times New Roman" w:hAnsi="Times New Roman" w:cs="Times New Roman"/>
          <w:sz w:val="24"/>
          <w:szCs w:val="24"/>
        </w:rPr>
        <w:t>lidhur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strehimin</w:t>
      </w:r>
      <w:proofErr w:type="spellEnd"/>
      <w:r w:rsidRPr="00D97086">
        <w:rPr>
          <w:rFonts w:ascii="Times New Roman" w:hAnsi="Times New Roman" w:cs="Times New Roman"/>
          <w:sz w:val="24"/>
          <w:szCs w:val="24"/>
        </w:rPr>
        <w:t xml:space="preserve"> social me </w:t>
      </w:r>
      <w:proofErr w:type="spellStart"/>
      <w:r w:rsidRPr="00D97086">
        <w:rPr>
          <w:rFonts w:ascii="Times New Roman" w:hAnsi="Times New Roman" w:cs="Times New Roman"/>
          <w:sz w:val="24"/>
          <w:szCs w:val="24"/>
        </w:rPr>
        <w:t>objektivat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zhvillimit</w:t>
      </w:r>
      <w:proofErr w:type="spellEnd"/>
      <w:r w:rsidRPr="00D97086">
        <w:rPr>
          <w:rFonts w:ascii="Times New Roman" w:hAnsi="Times New Roman" w:cs="Times New Roman"/>
          <w:sz w:val="24"/>
          <w:szCs w:val="24"/>
        </w:rPr>
        <w:t xml:space="preserve"> vendor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kombëtar</w:t>
      </w:r>
      <w:proofErr w:type="spellEnd"/>
      <w:r w:rsidRPr="00D97086">
        <w:rPr>
          <w:rFonts w:ascii="Times New Roman" w:hAnsi="Times New Roman" w:cs="Times New Roman"/>
          <w:sz w:val="24"/>
          <w:szCs w:val="24"/>
        </w:rPr>
        <w:t xml:space="preserve">. Ky </w:t>
      </w:r>
      <w:proofErr w:type="spellStart"/>
      <w:r w:rsidRPr="00D97086">
        <w:rPr>
          <w:rFonts w:ascii="Times New Roman" w:hAnsi="Times New Roman" w:cs="Times New Roman"/>
          <w:sz w:val="24"/>
          <w:szCs w:val="24"/>
        </w:rPr>
        <w:t>sistem</w:t>
      </w:r>
      <w:proofErr w:type="spellEnd"/>
      <w:r w:rsidRPr="00D97086">
        <w:rPr>
          <w:rFonts w:ascii="Times New Roman" w:hAnsi="Times New Roman" w:cs="Times New Roman"/>
          <w:sz w:val="24"/>
          <w:szCs w:val="24"/>
        </w:rPr>
        <w:t xml:space="preserve"> do të </w:t>
      </w:r>
      <w:proofErr w:type="spellStart"/>
      <w:r w:rsidRPr="00D97086">
        <w:rPr>
          <w:rFonts w:ascii="Times New Roman" w:hAnsi="Times New Roman" w:cs="Times New Roman"/>
          <w:sz w:val="24"/>
          <w:szCs w:val="24"/>
        </w:rPr>
        <w:t>garantojë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çdo</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investim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bërë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ketë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impakt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matshëm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jetë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orientuar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drejt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rezultateve</w:t>
      </w:r>
      <w:proofErr w:type="spellEnd"/>
      <w:r w:rsidRPr="00D97086">
        <w:rPr>
          <w:rFonts w:ascii="Times New Roman" w:hAnsi="Times New Roman" w:cs="Times New Roman"/>
          <w:sz w:val="24"/>
          <w:szCs w:val="24"/>
        </w:rPr>
        <w:t xml:space="preserve">, duke </w:t>
      </w:r>
      <w:proofErr w:type="spellStart"/>
      <w:r w:rsidRPr="00D97086">
        <w:rPr>
          <w:rFonts w:ascii="Times New Roman" w:hAnsi="Times New Roman" w:cs="Times New Roman"/>
          <w:sz w:val="24"/>
          <w:szCs w:val="24"/>
        </w:rPr>
        <w:t>kthyer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planin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në një </w:t>
      </w:r>
      <w:proofErr w:type="spellStart"/>
      <w:r w:rsidRPr="00D97086">
        <w:rPr>
          <w:rFonts w:ascii="Times New Roman" w:hAnsi="Times New Roman" w:cs="Times New Roman"/>
          <w:sz w:val="24"/>
          <w:szCs w:val="24"/>
        </w:rPr>
        <w:t>praktikë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mirëqeverisjes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vendore</w:t>
      </w:r>
      <w:proofErr w:type="spellEnd"/>
      <w:r w:rsidRPr="00D97086">
        <w:rPr>
          <w:rFonts w:ascii="Times New Roman" w:hAnsi="Times New Roman" w:cs="Times New Roman"/>
          <w:sz w:val="24"/>
          <w:szCs w:val="24"/>
        </w:rPr>
        <w:t>.</w:t>
      </w:r>
    </w:p>
    <w:p w14:paraId="172910DB" w14:textId="77777777" w:rsidR="00A269A9" w:rsidRPr="00D97086" w:rsidRDefault="00A269A9" w:rsidP="00AF416E">
      <w:pPr>
        <w:jc w:val="both"/>
        <w:rPr>
          <w:rFonts w:ascii="Times New Roman" w:hAnsi="Times New Roman" w:cs="Times New Roman"/>
          <w:sz w:val="24"/>
          <w:szCs w:val="24"/>
        </w:rPr>
      </w:pPr>
    </w:p>
    <w:p w14:paraId="1D786872" w14:textId="77777777" w:rsidR="00C95401" w:rsidRPr="00D97086" w:rsidRDefault="002E7233" w:rsidP="0020237D">
      <w:pPr>
        <w:pStyle w:val="Heading1"/>
        <w:numPr>
          <w:ilvl w:val="0"/>
          <w:numId w:val="22"/>
        </w:numPr>
        <w:rPr>
          <w:rFonts w:ascii="Times New Roman" w:hAnsi="Times New Roman" w:cs="Times New Roman"/>
        </w:rPr>
      </w:pPr>
      <w:bookmarkStart w:id="17" w:name="_Toc209703444"/>
      <w:proofErr w:type="spellStart"/>
      <w:r w:rsidRPr="00D97086">
        <w:rPr>
          <w:rFonts w:ascii="Times New Roman" w:hAnsi="Times New Roman" w:cs="Times New Roman"/>
        </w:rPr>
        <w:t>Plani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punës</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afatet</w:t>
      </w:r>
      <w:bookmarkEnd w:id="17"/>
      <w:proofErr w:type="spellEnd"/>
      <w:r w:rsidRPr="00D97086">
        <w:rPr>
          <w:rFonts w:ascii="Times New Roman" w:hAnsi="Times New Roman" w:cs="Times New Roman"/>
        </w:rPr>
        <w:t xml:space="preserve"> </w:t>
      </w:r>
    </w:p>
    <w:p w14:paraId="2F4B95F3" w14:textId="77777777" w:rsidR="00A269A9" w:rsidRDefault="00A269A9" w:rsidP="001B2F85">
      <w:pPr>
        <w:rPr>
          <w:rFonts w:ascii="Times New Roman" w:hAnsi="Times New Roman" w:cs="Times New Roman"/>
        </w:rPr>
      </w:pPr>
    </w:p>
    <w:p w14:paraId="01C453C6" w14:textId="77777777" w:rsidR="001B2F85" w:rsidRPr="00D97086" w:rsidRDefault="001B2F85" w:rsidP="001B2F85">
      <w:pPr>
        <w:rPr>
          <w:rFonts w:ascii="Times New Roman" w:hAnsi="Times New Roman" w:cs="Times New Roman"/>
        </w:rPr>
      </w:pPr>
      <w:r w:rsidRPr="00D97086">
        <w:rPr>
          <w:rFonts w:ascii="Times New Roman" w:hAnsi="Times New Roman" w:cs="Times New Roman"/>
        </w:rPr>
        <w:t xml:space="preserve">Në </w:t>
      </w:r>
      <w:proofErr w:type="spellStart"/>
      <w:r w:rsidRPr="00D97086">
        <w:rPr>
          <w:rFonts w:ascii="Times New Roman" w:hAnsi="Times New Roman" w:cs="Times New Roman"/>
        </w:rPr>
        <w:t>vijim</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paraqitet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tabela</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planit</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punës</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afateve</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cila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tregon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periudhat</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zbatimit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secilin</w:t>
      </w:r>
      <w:proofErr w:type="spellEnd"/>
      <w:r w:rsidRPr="00D97086">
        <w:rPr>
          <w:rFonts w:ascii="Times New Roman" w:hAnsi="Times New Roman" w:cs="Times New Roman"/>
        </w:rPr>
        <w:t xml:space="preserve"> program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masë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kryesore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gjatë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viteve</w:t>
      </w:r>
      <w:proofErr w:type="spellEnd"/>
      <w:r w:rsidRPr="00D97086">
        <w:rPr>
          <w:rFonts w:ascii="Times New Roman" w:hAnsi="Times New Roman" w:cs="Times New Roman"/>
        </w:rPr>
        <w:t xml:space="preserve"> 2025–2029.</w:t>
      </w:r>
    </w:p>
    <w:p w14:paraId="63CE8F82" w14:textId="77777777" w:rsidR="00CB5D2C" w:rsidRPr="00D97086" w:rsidRDefault="00CB5D2C" w:rsidP="00CB5D2C">
      <w:pPr>
        <w:jc w:val="both"/>
        <w:rPr>
          <w:rFonts w:ascii="Times New Roman" w:hAnsi="Times New Roman" w:cs="Times New Roman"/>
        </w:rPr>
      </w:pPr>
      <w:proofErr w:type="spellStart"/>
      <w:r w:rsidRPr="00D97086">
        <w:rPr>
          <w:rFonts w:ascii="Times New Roman" w:hAnsi="Times New Roman" w:cs="Times New Roman"/>
        </w:rPr>
        <w:t>Zbatimi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Planit Vendor të </w:t>
      </w:r>
      <w:proofErr w:type="spellStart"/>
      <w:r w:rsidRPr="00D97086">
        <w:rPr>
          <w:rFonts w:ascii="Times New Roman" w:hAnsi="Times New Roman" w:cs="Times New Roman"/>
        </w:rPr>
        <w:t>Strehimit</w:t>
      </w:r>
      <w:proofErr w:type="spellEnd"/>
      <w:r w:rsidRPr="00D97086">
        <w:rPr>
          <w:rFonts w:ascii="Times New Roman" w:hAnsi="Times New Roman" w:cs="Times New Roman"/>
        </w:rPr>
        <w:t xml:space="preserve"> 2025–2029 </w:t>
      </w:r>
      <w:proofErr w:type="spellStart"/>
      <w:r w:rsidRPr="00D97086">
        <w:rPr>
          <w:rFonts w:ascii="Times New Roman" w:hAnsi="Times New Roman" w:cs="Times New Roman"/>
        </w:rPr>
        <w:t>kërkon</w:t>
      </w:r>
      <w:proofErr w:type="spellEnd"/>
      <w:r w:rsidRPr="00D97086">
        <w:rPr>
          <w:rFonts w:ascii="Times New Roman" w:hAnsi="Times New Roman" w:cs="Times New Roman"/>
        </w:rPr>
        <w:t xml:space="preserve"> një plan </w:t>
      </w:r>
      <w:proofErr w:type="spellStart"/>
      <w:r w:rsidRPr="00D97086">
        <w:rPr>
          <w:rFonts w:ascii="Times New Roman" w:hAnsi="Times New Roman" w:cs="Times New Roman"/>
        </w:rPr>
        <w:t>pune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qartë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strukturuar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cili</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shërbejë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udhërrëfyes</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bashkinë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partnerët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lokalë</w:t>
      </w:r>
      <w:proofErr w:type="spellEnd"/>
      <w:r w:rsidRPr="00D97086">
        <w:rPr>
          <w:rFonts w:ascii="Times New Roman" w:hAnsi="Times New Roman" w:cs="Times New Roman"/>
        </w:rPr>
        <w:t xml:space="preserve"> në </w:t>
      </w:r>
      <w:proofErr w:type="spellStart"/>
      <w:r w:rsidRPr="00D97086">
        <w:rPr>
          <w:rFonts w:ascii="Times New Roman" w:hAnsi="Times New Roman" w:cs="Times New Roman"/>
        </w:rPr>
        <w:t>realizimin</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objektivave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strategjike</w:t>
      </w:r>
      <w:proofErr w:type="spellEnd"/>
      <w:r w:rsidRPr="00D97086">
        <w:rPr>
          <w:rFonts w:ascii="Times New Roman" w:hAnsi="Times New Roman" w:cs="Times New Roman"/>
        </w:rPr>
        <w:t xml:space="preserve">. Ndarja e </w:t>
      </w:r>
      <w:proofErr w:type="spellStart"/>
      <w:r w:rsidRPr="00D97086">
        <w:rPr>
          <w:rFonts w:ascii="Times New Roman" w:hAnsi="Times New Roman" w:cs="Times New Roman"/>
        </w:rPr>
        <w:t>afateve</w:t>
      </w:r>
      <w:proofErr w:type="spellEnd"/>
      <w:r w:rsidRPr="00D97086">
        <w:rPr>
          <w:rFonts w:ascii="Times New Roman" w:hAnsi="Times New Roman" w:cs="Times New Roman"/>
        </w:rPr>
        <w:t xml:space="preserve"> në </w:t>
      </w:r>
      <w:proofErr w:type="spellStart"/>
      <w:r w:rsidRPr="00D97086">
        <w:rPr>
          <w:rFonts w:ascii="Times New Roman" w:hAnsi="Times New Roman" w:cs="Times New Roman"/>
        </w:rPr>
        <w:t>vite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lejon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ndjekjen</w:t>
      </w:r>
      <w:proofErr w:type="spellEnd"/>
      <w:r w:rsidRPr="00D97086">
        <w:rPr>
          <w:rFonts w:ascii="Times New Roman" w:hAnsi="Times New Roman" w:cs="Times New Roman"/>
        </w:rPr>
        <w:t xml:space="preserve"> hap pas </w:t>
      </w:r>
      <w:proofErr w:type="spellStart"/>
      <w:r w:rsidRPr="00D97086">
        <w:rPr>
          <w:rFonts w:ascii="Times New Roman" w:hAnsi="Times New Roman" w:cs="Times New Roman"/>
        </w:rPr>
        <w:t>hapi</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programeve</w:t>
      </w:r>
      <w:proofErr w:type="spellEnd"/>
      <w:r w:rsidRPr="00D97086">
        <w:rPr>
          <w:rFonts w:ascii="Times New Roman" w:hAnsi="Times New Roman" w:cs="Times New Roman"/>
        </w:rPr>
        <w:t xml:space="preserve">, duke </w:t>
      </w:r>
      <w:proofErr w:type="spellStart"/>
      <w:r w:rsidRPr="00D97086">
        <w:rPr>
          <w:rFonts w:ascii="Times New Roman" w:hAnsi="Times New Roman" w:cs="Times New Roman"/>
        </w:rPr>
        <w:t>garantuar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që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masat</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menjëhershme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afatmesme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afatgjata</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ndërthuren</w:t>
      </w:r>
      <w:proofErr w:type="spellEnd"/>
      <w:r w:rsidRPr="00D97086">
        <w:rPr>
          <w:rFonts w:ascii="Times New Roman" w:hAnsi="Times New Roman" w:cs="Times New Roman"/>
        </w:rPr>
        <w:t xml:space="preserve"> në një </w:t>
      </w:r>
      <w:proofErr w:type="spellStart"/>
      <w:r w:rsidRPr="00D97086">
        <w:rPr>
          <w:rFonts w:ascii="Times New Roman" w:hAnsi="Times New Roman" w:cs="Times New Roman"/>
        </w:rPr>
        <w:t>mënyrë</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koordinuar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efektive</w:t>
      </w:r>
      <w:proofErr w:type="spellEnd"/>
      <w:r w:rsidRPr="00D97086">
        <w:rPr>
          <w:rFonts w:ascii="Times New Roman" w:hAnsi="Times New Roman" w:cs="Times New Roman"/>
        </w:rPr>
        <w:t>.</w:t>
      </w:r>
    </w:p>
    <w:p w14:paraId="066455BF" w14:textId="77777777" w:rsidR="00961384" w:rsidRPr="00D97086" w:rsidRDefault="0011047D" w:rsidP="00CB5D2C">
      <w:pPr>
        <w:jc w:val="both"/>
        <w:rPr>
          <w:rFonts w:ascii="Times New Roman" w:hAnsi="Times New Roman" w:cs="Times New Roman"/>
        </w:rPr>
      </w:pPr>
      <w:proofErr w:type="spellStart"/>
      <w:r w:rsidRPr="00D97086">
        <w:rPr>
          <w:rFonts w:ascii="Times New Roman" w:hAnsi="Times New Roman" w:cs="Times New Roman"/>
        </w:rPr>
        <w:t>Figura</w:t>
      </w:r>
      <w:proofErr w:type="spellEnd"/>
      <w:r w:rsidRPr="00D97086">
        <w:rPr>
          <w:rFonts w:ascii="Times New Roman" w:hAnsi="Times New Roman" w:cs="Times New Roman"/>
        </w:rPr>
        <w:t xml:space="preserve"> 20</w:t>
      </w:r>
      <w:r w:rsidR="00C703F6" w:rsidRPr="00D97086">
        <w:rPr>
          <w:rFonts w:ascii="Times New Roman" w:hAnsi="Times New Roman" w:cs="Times New Roman"/>
        </w:rPr>
        <w:t xml:space="preserve">: </w:t>
      </w:r>
      <w:proofErr w:type="spellStart"/>
      <w:r w:rsidR="00C703F6" w:rsidRPr="00D97086">
        <w:rPr>
          <w:rFonts w:ascii="Times New Roman" w:hAnsi="Times New Roman" w:cs="Times New Roman"/>
        </w:rPr>
        <w:t>Kalendari</w:t>
      </w:r>
      <w:proofErr w:type="spellEnd"/>
      <w:r w:rsidR="00C703F6" w:rsidRPr="00D97086">
        <w:rPr>
          <w:rFonts w:ascii="Times New Roman" w:hAnsi="Times New Roman" w:cs="Times New Roman"/>
        </w:rPr>
        <w:t xml:space="preserve"> </w:t>
      </w:r>
      <w:proofErr w:type="spellStart"/>
      <w:r w:rsidR="00C703F6" w:rsidRPr="00D97086">
        <w:rPr>
          <w:rFonts w:ascii="Times New Roman" w:hAnsi="Times New Roman" w:cs="Times New Roman"/>
        </w:rPr>
        <w:t>vjetor</w:t>
      </w:r>
      <w:proofErr w:type="spellEnd"/>
      <w:r w:rsidR="00C703F6" w:rsidRPr="00D97086">
        <w:rPr>
          <w:rFonts w:ascii="Times New Roman" w:hAnsi="Times New Roman" w:cs="Times New Roman"/>
        </w:rPr>
        <w:t xml:space="preserve"> </w:t>
      </w:r>
      <w:proofErr w:type="spellStart"/>
      <w:r w:rsidR="00C703F6" w:rsidRPr="00D97086">
        <w:rPr>
          <w:rFonts w:ascii="Times New Roman" w:hAnsi="Times New Roman" w:cs="Times New Roman"/>
        </w:rPr>
        <w:t>i</w:t>
      </w:r>
      <w:proofErr w:type="spellEnd"/>
      <w:r w:rsidR="00C703F6" w:rsidRPr="00D97086">
        <w:rPr>
          <w:rFonts w:ascii="Times New Roman" w:hAnsi="Times New Roman" w:cs="Times New Roman"/>
        </w:rPr>
        <w:t xml:space="preserve"> </w:t>
      </w:r>
      <w:proofErr w:type="spellStart"/>
      <w:r w:rsidR="00C703F6" w:rsidRPr="00D97086">
        <w:rPr>
          <w:rFonts w:ascii="Times New Roman" w:hAnsi="Times New Roman" w:cs="Times New Roman"/>
        </w:rPr>
        <w:t>Strehimit</w:t>
      </w:r>
      <w:proofErr w:type="spellEnd"/>
      <w:r w:rsidR="00C703F6" w:rsidRPr="00D97086">
        <w:rPr>
          <w:rFonts w:ascii="Times New Roman" w:hAnsi="Times New Roman" w:cs="Times New Roman"/>
        </w:rPr>
        <w:t xml:space="preserve"> 2025-2029</w:t>
      </w:r>
    </w:p>
    <w:tbl>
      <w:tblPr>
        <w:tblStyle w:val="TableGrid"/>
        <w:tblW w:w="0" w:type="auto"/>
        <w:tblLook w:val="04A0" w:firstRow="1" w:lastRow="0" w:firstColumn="1" w:lastColumn="0" w:noHBand="0" w:noVBand="1"/>
      </w:tblPr>
      <w:tblGrid>
        <w:gridCol w:w="1519"/>
        <w:gridCol w:w="1423"/>
        <w:gridCol w:w="1422"/>
        <w:gridCol w:w="1422"/>
        <w:gridCol w:w="1422"/>
        <w:gridCol w:w="1422"/>
      </w:tblGrid>
      <w:tr w:rsidR="00CB5D2C" w:rsidRPr="00D97086" w14:paraId="32EC2B9C" w14:textId="77777777" w:rsidTr="00BC52BC">
        <w:tc>
          <w:tcPr>
            <w:tcW w:w="1519" w:type="dxa"/>
            <w:shd w:val="clear" w:color="auto" w:fill="EAF1DD" w:themeFill="accent3" w:themeFillTint="33"/>
          </w:tcPr>
          <w:p w14:paraId="523A3536" w14:textId="77777777" w:rsidR="00CB5D2C" w:rsidRPr="00D97086" w:rsidRDefault="00CB5D2C" w:rsidP="00712ECB">
            <w:pPr>
              <w:rPr>
                <w:rFonts w:ascii="Times New Roman" w:hAnsi="Times New Roman" w:cs="Times New Roman"/>
                <w:b/>
              </w:rPr>
            </w:pPr>
            <w:proofErr w:type="spellStart"/>
            <w:r w:rsidRPr="00D97086">
              <w:rPr>
                <w:rFonts w:ascii="Times New Roman" w:hAnsi="Times New Roman" w:cs="Times New Roman"/>
                <w:b/>
              </w:rPr>
              <w:t>Programi</w:t>
            </w:r>
            <w:proofErr w:type="spellEnd"/>
            <w:r w:rsidRPr="00D97086">
              <w:rPr>
                <w:rFonts w:ascii="Times New Roman" w:hAnsi="Times New Roman" w:cs="Times New Roman"/>
                <w:b/>
              </w:rPr>
              <w:t xml:space="preserve"> / Masa </w:t>
            </w:r>
            <w:proofErr w:type="spellStart"/>
            <w:r w:rsidRPr="00D97086">
              <w:rPr>
                <w:rFonts w:ascii="Times New Roman" w:hAnsi="Times New Roman" w:cs="Times New Roman"/>
                <w:b/>
              </w:rPr>
              <w:t>Kryesore</w:t>
            </w:r>
            <w:proofErr w:type="spellEnd"/>
          </w:p>
        </w:tc>
        <w:tc>
          <w:tcPr>
            <w:tcW w:w="1423" w:type="dxa"/>
            <w:shd w:val="clear" w:color="auto" w:fill="EAF1DD" w:themeFill="accent3" w:themeFillTint="33"/>
          </w:tcPr>
          <w:p w14:paraId="1E1834A2" w14:textId="77777777" w:rsidR="00CB5D2C" w:rsidRPr="00D97086" w:rsidRDefault="00CB5D2C" w:rsidP="00712ECB">
            <w:pPr>
              <w:rPr>
                <w:rFonts w:ascii="Times New Roman" w:hAnsi="Times New Roman" w:cs="Times New Roman"/>
                <w:b/>
              </w:rPr>
            </w:pPr>
            <w:r w:rsidRPr="00D97086">
              <w:rPr>
                <w:rFonts w:ascii="Times New Roman" w:hAnsi="Times New Roman" w:cs="Times New Roman"/>
                <w:b/>
              </w:rPr>
              <w:t>2025</w:t>
            </w:r>
          </w:p>
        </w:tc>
        <w:tc>
          <w:tcPr>
            <w:tcW w:w="1422" w:type="dxa"/>
            <w:shd w:val="clear" w:color="auto" w:fill="EAF1DD" w:themeFill="accent3" w:themeFillTint="33"/>
          </w:tcPr>
          <w:p w14:paraId="21A7E06D" w14:textId="77777777" w:rsidR="00CB5D2C" w:rsidRPr="00D97086" w:rsidRDefault="00CB5D2C" w:rsidP="00712ECB">
            <w:pPr>
              <w:rPr>
                <w:rFonts w:ascii="Times New Roman" w:hAnsi="Times New Roman" w:cs="Times New Roman"/>
                <w:b/>
              </w:rPr>
            </w:pPr>
            <w:r w:rsidRPr="00D97086">
              <w:rPr>
                <w:rFonts w:ascii="Times New Roman" w:hAnsi="Times New Roman" w:cs="Times New Roman"/>
                <w:b/>
              </w:rPr>
              <w:t>2026</w:t>
            </w:r>
          </w:p>
        </w:tc>
        <w:tc>
          <w:tcPr>
            <w:tcW w:w="1422" w:type="dxa"/>
            <w:shd w:val="clear" w:color="auto" w:fill="EAF1DD" w:themeFill="accent3" w:themeFillTint="33"/>
          </w:tcPr>
          <w:p w14:paraId="40598A91" w14:textId="77777777" w:rsidR="00CB5D2C" w:rsidRPr="00D97086" w:rsidRDefault="00CB5D2C" w:rsidP="00712ECB">
            <w:pPr>
              <w:rPr>
                <w:rFonts w:ascii="Times New Roman" w:hAnsi="Times New Roman" w:cs="Times New Roman"/>
                <w:b/>
              </w:rPr>
            </w:pPr>
            <w:r w:rsidRPr="00D97086">
              <w:rPr>
                <w:rFonts w:ascii="Times New Roman" w:hAnsi="Times New Roman" w:cs="Times New Roman"/>
                <w:b/>
              </w:rPr>
              <w:t>2027</w:t>
            </w:r>
          </w:p>
        </w:tc>
        <w:tc>
          <w:tcPr>
            <w:tcW w:w="1422" w:type="dxa"/>
            <w:shd w:val="clear" w:color="auto" w:fill="EAF1DD" w:themeFill="accent3" w:themeFillTint="33"/>
          </w:tcPr>
          <w:p w14:paraId="4625B5C4" w14:textId="77777777" w:rsidR="00CB5D2C" w:rsidRPr="00D97086" w:rsidRDefault="00CB5D2C" w:rsidP="00712ECB">
            <w:pPr>
              <w:rPr>
                <w:rFonts w:ascii="Times New Roman" w:hAnsi="Times New Roman" w:cs="Times New Roman"/>
                <w:b/>
              </w:rPr>
            </w:pPr>
            <w:r w:rsidRPr="00D97086">
              <w:rPr>
                <w:rFonts w:ascii="Times New Roman" w:hAnsi="Times New Roman" w:cs="Times New Roman"/>
                <w:b/>
              </w:rPr>
              <w:t>2028</w:t>
            </w:r>
          </w:p>
        </w:tc>
        <w:tc>
          <w:tcPr>
            <w:tcW w:w="1422" w:type="dxa"/>
            <w:shd w:val="clear" w:color="auto" w:fill="EAF1DD" w:themeFill="accent3" w:themeFillTint="33"/>
          </w:tcPr>
          <w:p w14:paraId="2FBAF8EB" w14:textId="77777777" w:rsidR="00CB5D2C" w:rsidRPr="00D97086" w:rsidRDefault="00CB5D2C" w:rsidP="00712ECB">
            <w:pPr>
              <w:rPr>
                <w:rFonts w:ascii="Times New Roman" w:hAnsi="Times New Roman" w:cs="Times New Roman"/>
                <w:b/>
              </w:rPr>
            </w:pPr>
            <w:r w:rsidRPr="00D97086">
              <w:rPr>
                <w:rFonts w:ascii="Times New Roman" w:hAnsi="Times New Roman" w:cs="Times New Roman"/>
                <w:b/>
              </w:rPr>
              <w:t>2029</w:t>
            </w:r>
          </w:p>
        </w:tc>
      </w:tr>
      <w:tr w:rsidR="00CB5D2C" w:rsidRPr="00D97086" w14:paraId="0AFCD661" w14:textId="77777777" w:rsidTr="001B2F85">
        <w:tc>
          <w:tcPr>
            <w:tcW w:w="1519" w:type="dxa"/>
          </w:tcPr>
          <w:p w14:paraId="2951CA27" w14:textId="77777777" w:rsidR="00CB5D2C" w:rsidRPr="00D97086" w:rsidRDefault="00CB5D2C" w:rsidP="00712ECB">
            <w:pPr>
              <w:rPr>
                <w:rFonts w:ascii="Times New Roman" w:hAnsi="Times New Roman" w:cs="Times New Roman"/>
              </w:rPr>
            </w:pPr>
            <w:proofErr w:type="spellStart"/>
            <w:r w:rsidRPr="00D97086">
              <w:rPr>
                <w:rFonts w:ascii="Times New Roman" w:hAnsi="Times New Roman" w:cs="Times New Roman"/>
              </w:rPr>
              <w:t>Subvencion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qiraje</w:t>
            </w:r>
            <w:proofErr w:type="spellEnd"/>
            <w:r w:rsidRPr="00D97086">
              <w:rPr>
                <w:rFonts w:ascii="Times New Roman" w:hAnsi="Times New Roman" w:cs="Times New Roman"/>
              </w:rPr>
              <w:t xml:space="preserve"> &amp; </w:t>
            </w:r>
            <w:proofErr w:type="spellStart"/>
            <w:r w:rsidRPr="00D97086">
              <w:rPr>
                <w:rFonts w:ascii="Times New Roman" w:hAnsi="Times New Roman" w:cs="Times New Roman"/>
              </w:rPr>
              <w:lastRenderedPageBreak/>
              <w:t>formalizim</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kontratash</w:t>
            </w:r>
            <w:proofErr w:type="spellEnd"/>
          </w:p>
        </w:tc>
        <w:tc>
          <w:tcPr>
            <w:tcW w:w="1423" w:type="dxa"/>
          </w:tcPr>
          <w:p w14:paraId="41C502C6" w14:textId="77777777" w:rsidR="00CB5D2C" w:rsidRPr="00D97086" w:rsidRDefault="00CB5D2C" w:rsidP="00712ECB">
            <w:pPr>
              <w:rPr>
                <w:rFonts w:ascii="Times New Roman" w:hAnsi="Times New Roman" w:cs="Times New Roman"/>
              </w:rPr>
            </w:pPr>
            <w:r w:rsidRPr="00D97086">
              <w:rPr>
                <w:rFonts w:ascii="Times New Roman" w:hAnsi="Times New Roman" w:cs="Times New Roman"/>
              </w:rPr>
              <w:lastRenderedPageBreak/>
              <w:t>X</w:t>
            </w:r>
          </w:p>
        </w:tc>
        <w:tc>
          <w:tcPr>
            <w:tcW w:w="1422" w:type="dxa"/>
          </w:tcPr>
          <w:p w14:paraId="3E084025" w14:textId="77777777" w:rsidR="00CB5D2C" w:rsidRPr="00D97086" w:rsidRDefault="00CB5D2C" w:rsidP="00712ECB">
            <w:pPr>
              <w:rPr>
                <w:rFonts w:ascii="Times New Roman" w:hAnsi="Times New Roman" w:cs="Times New Roman"/>
              </w:rPr>
            </w:pPr>
            <w:r w:rsidRPr="00D97086">
              <w:rPr>
                <w:rFonts w:ascii="Times New Roman" w:hAnsi="Times New Roman" w:cs="Times New Roman"/>
              </w:rPr>
              <w:t>X</w:t>
            </w:r>
          </w:p>
        </w:tc>
        <w:tc>
          <w:tcPr>
            <w:tcW w:w="1422" w:type="dxa"/>
          </w:tcPr>
          <w:p w14:paraId="5D919997" w14:textId="77777777" w:rsidR="00CB5D2C" w:rsidRPr="00D97086" w:rsidRDefault="00CB5D2C" w:rsidP="00712ECB">
            <w:pPr>
              <w:rPr>
                <w:rFonts w:ascii="Times New Roman" w:hAnsi="Times New Roman" w:cs="Times New Roman"/>
              </w:rPr>
            </w:pPr>
            <w:r w:rsidRPr="00D97086">
              <w:rPr>
                <w:rFonts w:ascii="Times New Roman" w:hAnsi="Times New Roman" w:cs="Times New Roman"/>
              </w:rPr>
              <w:t>X</w:t>
            </w:r>
          </w:p>
        </w:tc>
        <w:tc>
          <w:tcPr>
            <w:tcW w:w="1422" w:type="dxa"/>
          </w:tcPr>
          <w:p w14:paraId="35BE2101" w14:textId="77777777" w:rsidR="00CB5D2C" w:rsidRPr="00D97086" w:rsidRDefault="00CB5D2C" w:rsidP="00712ECB">
            <w:pPr>
              <w:rPr>
                <w:rFonts w:ascii="Times New Roman" w:hAnsi="Times New Roman" w:cs="Times New Roman"/>
              </w:rPr>
            </w:pPr>
            <w:r w:rsidRPr="00D97086">
              <w:rPr>
                <w:rFonts w:ascii="Times New Roman" w:hAnsi="Times New Roman" w:cs="Times New Roman"/>
              </w:rPr>
              <w:t>X</w:t>
            </w:r>
          </w:p>
        </w:tc>
        <w:tc>
          <w:tcPr>
            <w:tcW w:w="1422" w:type="dxa"/>
          </w:tcPr>
          <w:p w14:paraId="5A04F376" w14:textId="77777777" w:rsidR="00CB5D2C" w:rsidRPr="00D97086" w:rsidRDefault="00CB5D2C" w:rsidP="00712ECB">
            <w:pPr>
              <w:rPr>
                <w:rFonts w:ascii="Times New Roman" w:hAnsi="Times New Roman" w:cs="Times New Roman"/>
              </w:rPr>
            </w:pPr>
            <w:r w:rsidRPr="00D97086">
              <w:rPr>
                <w:rFonts w:ascii="Times New Roman" w:hAnsi="Times New Roman" w:cs="Times New Roman"/>
              </w:rPr>
              <w:t>X</w:t>
            </w:r>
          </w:p>
        </w:tc>
      </w:tr>
      <w:tr w:rsidR="00CB5D2C" w:rsidRPr="00D97086" w14:paraId="380580B0" w14:textId="77777777" w:rsidTr="001B2F85">
        <w:tc>
          <w:tcPr>
            <w:tcW w:w="1519" w:type="dxa"/>
          </w:tcPr>
          <w:p w14:paraId="20B8F8EB" w14:textId="77777777" w:rsidR="00CB5D2C" w:rsidRPr="00D97086" w:rsidRDefault="00CB5D2C" w:rsidP="00712ECB">
            <w:pPr>
              <w:rPr>
                <w:rFonts w:ascii="Times New Roman" w:hAnsi="Times New Roman" w:cs="Times New Roman"/>
              </w:rPr>
            </w:pPr>
            <w:proofErr w:type="spellStart"/>
            <w:r w:rsidRPr="00D97086">
              <w:rPr>
                <w:rFonts w:ascii="Times New Roman" w:hAnsi="Times New Roman" w:cs="Times New Roman"/>
              </w:rPr>
              <w:t>Përmirësim</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kushteve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banimit</w:t>
            </w:r>
            <w:proofErr w:type="spellEnd"/>
          </w:p>
        </w:tc>
        <w:tc>
          <w:tcPr>
            <w:tcW w:w="1423" w:type="dxa"/>
          </w:tcPr>
          <w:p w14:paraId="73321341" w14:textId="77777777" w:rsidR="00CB5D2C" w:rsidRPr="00D97086" w:rsidRDefault="00CB5D2C" w:rsidP="00712ECB">
            <w:pPr>
              <w:rPr>
                <w:rFonts w:ascii="Times New Roman" w:hAnsi="Times New Roman" w:cs="Times New Roman"/>
              </w:rPr>
            </w:pPr>
          </w:p>
        </w:tc>
        <w:tc>
          <w:tcPr>
            <w:tcW w:w="1422" w:type="dxa"/>
          </w:tcPr>
          <w:p w14:paraId="6319942E" w14:textId="77777777" w:rsidR="00CB5D2C" w:rsidRPr="00D97086" w:rsidRDefault="00CB5D2C" w:rsidP="00712ECB">
            <w:pPr>
              <w:rPr>
                <w:rFonts w:ascii="Times New Roman" w:hAnsi="Times New Roman" w:cs="Times New Roman"/>
              </w:rPr>
            </w:pPr>
            <w:r w:rsidRPr="00D97086">
              <w:rPr>
                <w:rFonts w:ascii="Times New Roman" w:hAnsi="Times New Roman" w:cs="Times New Roman"/>
              </w:rPr>
              <w:t>X</w:t>
            </w:r>
          </w:p>
        </w:tc>
        <w:tc>
          <w:tcPr>
            <w:tcW w:w="1422" w:type="dxa"/>
          </w:tcPr>
          <w:p w14:paraId="67569461" w14:textId="77777777" w:rsidR="00CB5D2C" w:rsidRPr="00D97086" w:rsidRDefault="00CB5D2C" w:rsidP="00712ECB">
            <w:pPr>
              <w:rPr>
                <w:rFonts w:ascii="Times New Roman" w:hAnsi="Times New Roman" w:cs="Times New Roman"/>
              </w:rPr>
            </w:pPr>
            <w:r w:rsidRPr="00D97086">
              <w:rPr>
                <w:rFonts w:ascii="Times New Roman" w:hAnsi="Times New Roman" w:cs="Times New Roman"/>
              </w:rPr>
              <w:t>X</w:t>
            </w:r>
          </w:p>
        </w:tc>
        <w:tc>
          <w:tcPr>
            <w:tcW w:w="1422" w:type="dxa"/>
          </w:tcPr>
          <w:p w14:paraId="7F874E1D" w14:textId="77777777" w:rsidR="00CB5D2C" w:rsidRPr="00D97086" w:rsidRDefault="00CB5D2C" w:rsidP="00712ECB">
            <w:pPr>
              <w:rPr>
                <w:rFonts w:ascii="Times New Roman" w:hAnsi="Times New Roman" w:cs="Times New Roman"/>
              </w:rPr>
            </w:pPr>
            <w:r w:rsidRPr="00D97086">
              <w:rPr>
                <w:rFonts w:ascii="Times New Roman" w:hAnsi="Times New Roman" w:cs="Times New Roman"/>
              </w:rPr>
              <w:t>X</w:t>
            </w:r>
          </w:p>
        </w:tc>
        <w:tc>
          <w:tcPr>
            <w:tcW w:w="1422" w:type="dxa"/>
          </w:tcPr>
          <w:p w14:paraId="04CC9890" w14:textId="77777777" w:rsidR="00CB5D2C" w:rsidRPr="00D97086" w:rsidRDefault="00CB5D2C" w:rsidP="00712ECB">
            <w:pPr>
              <w:rPr>
                <w:rFonts w:ascii="Times New Roman" w:hAnsi="Times New Roman" w:cs="Times New Roman"/>
              </w:rPr>
            </w:pPr>
            <w:r w:rsidRPr="00D97086">
              <w:rPr>
                <w:rFonts w:ascii="Times New Roman" w:hAnsi="Times New Roman" w:cs="Times New Roman"/>
              </w:rPr>
              <w:t>X</w:t>
            </w:r>
          </w:p>
        </w:tc>
      </w:tr>
      <w:tr w:rsidR="00CB5D2C" w:rsidRPr="00D97086" w14:paraId="688F1A0D" w14:textId="77777777" w:rsidTr="001B2F85">
        <w:tc>
          <w:tcPr>
            <w:tcW w:w="1519" w:type="dxa"/>
          </w:tcPr>
          <w:p w14:paraId="4626B881" w14:textId="77777777" w:rsidR="00CB5D2C" w:rsidRPr="00D97086" w:rsidRDefault="00CB5D2C" w:rsidP="00712ECB">
            <w:pPr>
              <w:rPr>
                <w:rFonts w:ascii="Times New Roman" w:hAnsi="Times New Roman" w:cs="Times New Roman"/>
              </w:rPr>
            </w:pPr>
            <w:r w:rsidRPr="00D97086">
              <w:rPr>
                <w:rFonts w:ascii="Times New Roman" w:hAnsi="Times New Roman" w:cs="Times New Roman"/>
              </w:rPr>
              <w:t xml:space="preserve">Banesa </w:t>
            </w:r>
            <w:proofErr w:type="spellStart"/>
            <w:r w:rsidRPr="00D97086">
              <w:rPr>
                <w:rFonts w:ascii="Times New Roman" w:hAnsi="Times New Roman" w:cs="Times New Roman"/>
              </w:rPr>
              <w:t>sociale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trualli</w:t>
            </w:r>
            <w:proofErr w:type="spellEnd"/>
            <w:r w:rsidRPr="00D97086">
              <w:rPr>
                <w:rFonts w:ascii="Times New Roman" w:hAnsi="Times New Roman" w:cs="Times New Roman"/>
              </w:rPr>
              <w:t xml:space="preserve"> 3.64 ha)</w:t>
            </w:r>
          </w:p>
        </w:tc>
        <w:tc>
          <w:tcPr>
            <w:tcW w:w="1423" w:type="dxa"/>
          </w:tcPr>
          <w:p w14:paraId="5680FB2A" w14:textId="77777777" w:rsidR="00CB5D2C" w:rsidRPr="00D97086" w:rsidRDefault="00CB5D2C" w:rsidP="00712ECB">
            <w:pPr>
              <w:rPr>
                <w:rFonts w:ascii="Times New Roman" w:hAnsi="Times New Roman" w:cs="Times New Roman"/>
              </w:rPr>
            </w:pPr>
          </w:p>
        </w:tc>
        <w:tc>
          <w:tcPr>
            <w:tcW w:w="1422" w:type="dxa"/>
          </w:tcPr>
          <w:p w14:paraId="2D304CFB" w14:textId="77777777" w:rsidR="00CB5D2C" w:rsidRPr="00D97086" w:rsidRDefault="00CB5D2C" w:rsidP="00712ECB">
            <w:pPr>
              <w:rPr>
                <w:rFonts w:ascii="Times New Roman" w:hAnsi="Times New Roman" w:cs="Times New Roman"/>
              </w:rPr>
            </w:pPr>
          </w:p>
        </w:tc>
        <w:tc>
          <w:tcPr>
            <w:tcW w:w="1422" w:type="dxa"/>
          </w:tcPr>
          <w:p w14:paraId="3106010B" w14:textId="77777777" w:rsidR="00CB5D2C" w:rsidRPr="00D97086" w:rsidRDefault="00CB5D2C" w:rsidP="00712ECB">
            <w:pPr>
              <w:rPr>
                <w:rFonts w:ascii="Times New Roman" w:hAnsi="Times New Roman" w:cs="Times New Roman"/>
              </w:rPr>
            </w:pPr>
            <w:r w:rsidRPr="00D97086">
              <w:rPr>
                <w:rFonts w:ascii="Times New Roman" w:hAnsi="Times New Roman" w:cs="Times New Roman"/>
              </w:rPr>
              <w:t>X</w:t>
            </w:r>
          </w:p>
        </w:tc>
        <w:tc>
          <w:tcPr>
            <w:tcW w:w="1422" w:type="dxa"/>
          </w:tcPr>
          <w:p w14:paraId="4E62BDE4" w14:textId="77777777" w:rsidR="00CB5D2C" w:rsidRPr="00D97086" w:rsidRDefault="00CB5D2C" w:rsidP="00712ECB">
            <w:pPr>
              <w:rPr>
                <w:rFonts w:ascii="Times New Roman" w:hAnsi="Times New Roman" w:cs="Times New Roman"/>
              </w:rPr>
            </w:pPr>
            <w:r w:rsidRPr="00D97086">
              <w:rPr>
                <w:rFonts w:ascii="Times New Roman" w:hAnsi="Times New Roman" w:cs="Times New Roman"/>
              </w:rPr>
              <w:t>X</w:t>
            </w:r>
          </w:p>
        </w:tc>
        <w:tc>
          <w:tcPr>
            <w:tcW w:w="1422" w:type="dxa"/>
          </w:tcPr>
          <w:p w14:paraId="3D1BA4D3" w14:textId="77777777" w:rsidR="00CB5D2C" w:rsidRPr="00D97086" w:rsidRDefault="00CB5D2C" w:rsidP="00712ECB">
            <w:pPr>
              <w:rPr>
                <w:rFonts w:ascii="Times New Roman" w:hAnsi="Times New Roman" w:cs="Times New Roman"/>
              </w:rPr>
            </w:pPr>
            <w:r w:rsidRPr="00D97086">
              <w:rPr>
                <w:rFonts w:ascii="Times New Roman" w:hAnsi="Times New Roman" w:cs="Times New Roman"/>
              </w:rPr>
              <w:t>X</w:t>
            </w:r>
          </w:p>
        </w:tc>
      </w:tr>
      <w:tr w:rsidR="00CB5D2C" w:rsidRPr="00D97086" w14:paraId="119C58D4" w14:textId="77777777" w:rsidTr="001B2F85">
        <w:tc>
          <w:tcPr>
            <w:tcW w:w="1519" w:type="dxa"/>
          </w:tcPr>
          <w:p w14:paraId="54E75809" w14:textId="77777777" w:rsidR="00CB5D2C" w:rsidRPr="00D97086" w:rsidRDefault="00CB5D2C" w:rsidP="00712ECB">
            <w:pPr>
              <w:rPr>
                <w:rFonts w:ascii="Times New Roman" w:hAnsi="Times New Roman" w:cs="Times New Roman"/>
              </w:rPr>
            </w:pPr>
            <w:proofErr w:type="spellStart"/>
            <w:r w:rsidRPr="00D97086">
              <w:rPr>
                <w:rFonts w:ascii="Times New Roman" w:hAnsi="Times New Roman" w:cs="Times New Roman"/>
              </w:rPr>
              <w:t>Strehim</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emergjent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protokollet</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krizës</w:t>
            </w:r>
            <w:proofErr w:type="spellEnd"/>
          </w:p>
        </w:tc>
        <w:tc>
          <w:tcPr>
            <w:tcW w:w="1423" w:type="dxa"/>
          </w:tcPr>
          <w:p w14:paraId="4A294003" w14:textId="77777777" w:rsidR="00CB5D2C" w:rsidRPr="00D97086" w:rsidRDefault="00CB5D2C" w:rsidP="00712ECB">
            <w:pPr>
              <w:rPr>
                <w:rFonts w:ascii="Times New Roman" w:hAnsi="Times New Roman" w:cs="Times New Roman"/>
              </w:rPr>
            </w:pPr>
            <w:r w:rsidRPr="00D97086">
              <w:rPr>
                <w:rFonts w:ascii="Times New Roman" w:hAnsi="Times New Roman" w:cs="Times New Roman"/>
              </w:rPr>
              <w:t>X</w:t>
            </w:r>
          </w:p>
        </w:tc>
        <w:tc>
          <w:tcPr>
            <w:tcW w:w="1422" w:type="dxa"/>
          </w:tcPr>
          <w:p w14:paraId="2B899EC3" w14:textId="77777777" w:rsidR="00CB5D2C" w:rsidRPr="00D97086" w:rsidRDefault="00CB5D2C" w:rsidP="00712ECB">
            <w:pPr>
              <w:rPr>
                <w:rFonts w:ascii="Times New Roman" w:hAnsi="Times New Roman" w:cs="Times New Roman"/>
              </w:rPr>
            </w:pPr>
            <w:r w:rsidRPr="00D97086">
              <w:rPr>
                <w:rFonts w:ascii="Times New Roman" w:hAnsi="Times New Roman" w:cs="Times New Roman"/>
              </w:rPr>
              <w:t>X</w:t>
            </w:r>
          </w:p>
        </w:tc>
        <w:tc>
          <w:tcPr>
            <w:tcW w:w="1422" w:type="dxa"/>
          </w:tcPr>
          <w:p w14:paraId="599C795A" w14:textId="77777777" w:rsidR="00CB5D2C" w:rsidRPr="00D97086" w:rsidRDefault="00CB5D2C" w:rsidP="00712ECB">
            <w:pPr>
              <w:rPr>
                <w:rFonts w:ascii="Times New Roman" w:hAnsi="Times New Roman" w:cs="Times New Roman"/>
              </w:rPr>
            </w:pPr>
          </w:p>
        </w:tc>
        <w:tc>
          <w:tcPr>
            <w:tcW w:w="1422" w:type="dxa"/>
          </w:tcPr>
          <w:p w14:paraId="62E85BB8" w14:textId="77777777" w:rsidR="00CB5D2C" w:rsidRPr="00D97086" w:rsidRDefault="00CB5D2C" w:rsidP="00712ECB">
            <w:pPr>
              <w:rPr>
                <w:rFonts w:ascii="Times New Roman" w:hAnsi="Times New Roman" w:cs="Times New Roman"/>
              </w:rPr>
            </w:pPr>
          </w:p>
        </w:tc>
        <w:tc>
          <w:tcPr>
            <w:tcW w:w="1422" w:type="dxa"/>
          </w:tcPr>
          <w:p w14:paraId="07137C83" w14:textId="77777777" w:rsidR="00CB5D2C" w:rsidRPr="00D97086" w:rsidRDefault="00CB5D2C" w:rsidP="00712ECB">
            <w:pPr>
              <w:rPr>
                <w:rFonts w:ascii="Times New Roman" w:hAnsi="Times New Roman" w:cs="Times New Roman"/>
              </w:rPr>
            </w:pPr>
          </w:p>
        </w:tc>
      </w:tr>
      <w:tr w:rsidR="00CB5D2C" w:rsidRPr="00D97086" w14:paraId="1514B5AB" w14:textId="77777777" w:rsidTr="001B2F85">
        <w:tc>
          <w:tcPr>
            <w:tcW w:w="1519" w:type="dxa"/>
          </w:tcPr>
          <w:p w14:paraId="36086913" w14:textId="77777777" w:rsidR="00CB5D2C" w:rsidRPr="00D97086" w:rsidRDefault="00CB5D2C" w:rsidP="00712ECB">
            <w:pPr>
              <w:rPr>
                <w:rFonts w:ascii="Times New Roman" w:hAnsi="Times New Roman" w:cs="Times New Roman"/>
              </w:rPr>
            </w:pPr>
            <w:proofErr w:type="spellStart"/>
            <w:r w:rsidRPr="00D97086">
              <w:rPr>
                <w:rFonts w:ascii="Times New Roman" w:hAnsi="Times New Roman" w:cs="Times New Roman"/>
              </w:rPr>
              <w:t>Transparencë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databazë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strehimi</w:t>
            </w:r>
            <w:proofErr w:type="spellEnd"/>
          </w:p>
        </w:tc>
        <w:tc>
          <w:tcPr>
            <w:tcW w:w="1423" w:type="dxa"/>
          </w:tcPr>
          <w:p w14:paraId="7BB3D03F" w14:textId="77777777" w:rsidR="00CB5D2C" w:rsidRPr="00D97086" w:rsidRDefault="00CB5D2C" w:rsidP="00712ECB">
            <w:pPr>
              <w:rPr>
                <w:rFonts w:ascii="Times New Roman" w:hAnsi="Times New Roman" w:cs="Times New Roman"/>
              </w:rPr>
            </w:pPr>
            <w:r w:rsidRPr="00D97086">
              <w:rPr>
                <w:rFonts w:ascii="Times New Roman" w:hAnsi="Times New Roman" w:cs="Times New Roman"/>
              </w:rPr>
              <w:t>X</w:t>
            </w:r>
          </w:p>
        </w:tc>
        <w:tc>
          <w:tcPr>
            <w:tcW w:w="1422" w:type="dxa"/>
          </w:tcPr>
          <w:p w14:paraId="3C48F2A1" w14:textId="77777777" w:rsidR="00CB5D2C" w:rsidRPr="00D97086" w:rsidRDefault="00CB5D2C" w:rsidP="00712ECB">
            <w:pPr>
              <w:rPr>
                <w:rFonts w:ascii="Times New Roman" w:hAnsi="Times New Roman" w:cs="Times New Roman"/>
              </w:rPr>
            </w:pPr>
            <w:r w:rsidRPr="00D97086">
              <w:rPr>
                <w:rFonts w:ascii="Times New Roman" w:hAnsi="Times New Roman" w:cs="Times New Roman"/>
              </w:rPr>
              <w:t>X</w:t>
            </w:r>
          </w:p>
        </w:tc>
        <w:tc>
          <w:tcPr>
            <w:tcW w:w="1422" w:type="dxa"/>
          </w:tcPr>
          <w:p w14:paraId="5590DA23" w14:textId="77777777" w:rsidR="00CB5D2C" w:rsidRPr="00D97086" w:rsidRDefault="00CB5D2C" w:rsidP="00712ECB">
            <w:pPr>
              <w:rPr>
                <w:rFonts w:ascii="Times New Roman" w:hAnsi="Times New Roman" w:cs="Times New Roman"/>
              </w:rPr>
            </w:pPr>
            <w:r w:rsidRPr="00D97086">
              <w:rPr>
                <w:rFonts w:ascii="Times New Roman" w:hAnsi="Times New Roman" w:cs="Times New Roman"/>
              </w:rPr>
              <w:t>X</w:t>
            </w:r>
          </w:p>
        </w:tc>
        <w:tc>
          <w:tcPr>
            <w:tcW w:w="1422" w:type="dxa"/>
          </w:tcPr>
          <w:p w14:paraId="310D4DC7" w14:textId="77777777" w:rsidR="00CB5D2C" w:rsidRPr="00D97086" w:rsidRDefault="00CB5D2C" w:rsidP="00712ECB">
            <w:pPr>
              <w:rPr>
                <w:rFonts w:ascii="Times New Roman" w:hAnsi="Times New Roman" w:cs="Times New Roman"/>
              </w:rPr>
            </w:pPr>
            <w:r w:rsidRPr="00D97086">
              <w:rPr>
                <w:rFonts w:ascii="Times New Roman" w:hAnsi="Times New Roman" w:cs="Times New Roman"/>
              </w:rPr>
              <w:t>X</w:t>
            </w:r>
          </w:p>
        </w:tc>
        <w:tc>
          <w:tcPr>
            <w:tcW w:w="1422" w:type="dxa"/>
          </w:tcPr>
          <w:p w14:paraId="666D95B2" w14:textId="77777777" w:rsidR="00CB5D2C" w:rsidRPr="00D97086" w:rsidRDefault="00CB5D2C" w:rsidP="00712ECB">
            <w:pPr>
              <w:rPr>
                <w:rFonts w:ascii="Times New Roman" w:hAnsi="Times New Roman" w:cs="Times New Roman"/>
              </w:rPr>
            </w:pPr>
            <w:r w:rsidRPr="00D97086">
              <w:rPr>
                <w:rFonts w:ascii="Times New Roman" w:hAnsi="Times New Roman" w:cs="Times New Roman"/>
              </w:rPr>
              <w:t>X</w:t>
            </w:r>
          </w:p>
        </w:tc>
      </w:tr>
    </w:tbl>
    <w:p w14:paraId="568A1917" w14:textId="77777777" w:rsidR="00CB5D2C" w:rsidRPr="005B1542" w:rsidRDefault="00CB5D2C" w:rsidP="00CB5D2C">
      <w:pPr>
        <w:rPr>
          <w:rFonts w:ascii="Times New Roman" w:hAnsi="Times New Roman" w:cs="Times New Roman"/>
          <w:lang w:val="it-IT"/>
        </w:rPr>
      </w:pPr>
      <w:r w:rsidRPr="005B1542">
        <w:rPr>
          <w:rFonts w:ascii="Times New Roman" w:hAnsi="Times New Roman" w:cs="Times New Roman"/>
          <w:lang w:val="it-IT"/>
        </w:rPr>
        <w:t>Legenda: X = periudha e zbatimit të aktivitetit</w:t>
      </w:r>
    </w:p>
    <w:p w14:paraId="0AF17B7F" w14:textId="77777777" w:rsidR="00CB5D2C" w:rsidRDefault="00CB5D2C" w:rsidP="00BC52BC">
      <w:pPr>
        <w:jc w:val="both"/>
        <w:rPr>
          <w:rFonts w:ascii="Times New Roman" w:hAnsi="Times New Roman" w:cs="Times New Roman"/>
        </w:rPr>
      </w:pPr>
      <w:r w:rsidRPr="00D97086">
        <w:rPr>
          <w:rFonts w:ascii="Times New Roman" w:hAnsi="Times New Roman" w:cs="Times New Roman"/>
        </w:rPr>
        <w:t xml:space="preserve">Ky plan </w:t>
      </w:r>
      <w:proofErr w:type="spellStart"/>
      <w:r w:rsidRPr="00D97086">
        <w:rPr>
          <w:rFonts w:ascii="Times New Roman" w:hAnsi="Times New Roman" w:cs="Times New Roman"/>
        </w:rPr>
        <w:t>pune</w:t>
      </w:r>
      <w:proofErr w:type="spellEnd"/>
      <w:r w:rsidRPr="00D97086">
        <w:rPr>
          <w:rFonts w:ascii="Times New Roman" w:hAnsi="Times New Roman" w:cs="Times New Roman"/>
        </w:rPr>
        <w:t xml:space="preserve"> me </w:t>
      </w:r>
      <w:proofErr w:type="spellStart"/>
      <w:r w:rsidRPr="00D97086">
        <w:rPr>
          <w:rFonts w:ascii="Times New Roman" w:hAnsi="Times New Roman" w:cs="Times New Roman"/>
        </w:rPr>
        <w:t>afate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përcaktuara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qartë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siguron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koherencë</w:t>
      </w:r>
      <w:proofErr w:type="spellEnd"/>
      <w:r w:rsidRPr="00D97086">
        <w:rPr>
          <w:rFonts w:ascii="Times New Roman" w:hAnsi="Times New Roman" w:cs="Times New Roman"/>
        </w:rPr>
        <w:t xml:space="preserve"> midis </w:t>
      </w:r>
      <w:proofErr w:type="spellStart"/>
      <w:r w:rsidRPr="00D97086">
        <w:rPr>
          <w:rFonts w:ascii="Times New Roman" w:hAnsi="Times New Roman" w:cs="Times New Roman"/>
        </w:rPr>
        <w:t>vizionit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strategjik</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ndërhyrjeve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praktike</w:t>
      </w:r>
      <w:proofErr w:type="spellEnd"/>
      <w:r w:rsidRPr="00D97086">
        <w:rPr>
          <w:rFonts w:ascii="Times New Roman" w:hAnsi="Times New Roman" w:cs="Times New Roman"/>
        </w:rPr>
        <w:t xml:space="preserve">, duke </w:t>
      </w:r>
      <w:proofErr w:type="spellStart"/>
      <w:r w:rsidRPr="00D97086">
        <w:rPr>
          <w:rFonts w:ascii="Times New Roman" w:hAnsi="Times New Roman" w:cs="Times New Roman"/>
        </w:rPr>
        <w:t>lehtësuar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monitorimin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raportimin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vlerësimin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periodik</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progresit</w:t>
      </w:r>
      <w:proofErr w:type="spellEnd"/>
      <w:r w:rsidRPr="00D97086">
        <w:rPr>
          <w:rFonts w:ascii="Times New Roman" w:hAnsi="Times New Roman" w:cs="Times New Roman"/>
        </w:rPr>
        <w:t>.</w:t>
      </w:r>
    </w:p>
    <w:p w14:paraId="6D1B7F71" w14:textId="77777777" w:rsidR="00A269A9" w:rsidRPr="00D97086" w:rsidRDefault="00A269A9" w:rsidP="00BC52BC">
      <w:pPr>
        <w:jc w:val="both"/>
        <w:rPr>
          <w:rFonts w:ascii="Times New Roman" w:hAnsi="Times New Roman" w:cs="Times New Roman"/>
        </w:rPr>
      </w:pPr>
    </w:p>
    <w:p w14:paraId="52F4F6C1" w14:textId="77777777" w:rsidR="00C95401" w:rsidRPr="00D97086" w:rsidRDefault="00F653AC" w:rsidP="0020237D">
      <w:pPr>
        <w:pStyle w:val="Heading1"/>
        <w:numPr>
          <w:ilvl w:val="0"/>
          <w:numId w:val="22"/>
        </w:numPr>
        <w:rPr>
          <w:rFonts w:ascii="Times New Roman" w:hAnsi="Times New Roman" w:cs="Times New Roman"/>
        </w:rPr>
      </w:pPr>
      <w:bookmarkStart w:id="18" w:name="_Toc209703445"/>
      <w:proofErr w:type="spellStart"/>
      <w:r w:rsidRPr="00D97086">
        <w:rPr>
          <w:rFonts w:ascii="Times New Roman" w:hAnsi="Times New Roman" w:cs="Times New Roman"/>
        </w:rPr>
        <w:t>Menaxhimi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rrezikut</w:t>
      </w:r>
      <w:bookmarkEnd w:id="18"/>
      <w:proofErr w:type="spellEnd"/>
    </w:p>
    <w:p w14:paraId="1AAB28C0" w14:textId="77777777" w:rsidR="00A269A9" w:rsidRDefault="00A269A9" w:rsidP="00BC52BC">
      <w:pPr>
        <w:jc w:val="both"/>
        <w:rPr>
          <w:rFonts w:ascii="Times New Roman" w:hAnsi="Times New Roman" w:cs="Times New Roman"/>
          <w:sz w:val="24"/>
          <w:szCs w:val="24"/>
        </w:rPr>
      </w:pPr>
    </w:p>
    <w:p w14:paraId="33471109" w14:textId="77777777" w:rsidR="00317284" w:rsidRPr="005B1542" w:rsidRDefault="00317284" w:rsidP="00BC52BC">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Zbatimi i Planit Vendor të Strehimit 2025–2029 përballet me disa rreziqe të natyrës financiare, institucionale, sociale dhe mjedisore. Identifikimi dhe menaxhimi i tyre është thelbësor për të siguruar stabilitetin, transparencën dhe efektivitetin e programeve të planit. Kjo rubrikë përshkruan rreziqet kryesore, masat parandaluese dhe mekanizmat e reagimit, duke u mbështetur në parimin e menaxhimit proaktiv dhe të koordinuar.</w:t>
      </w:r>
    </w:p>
    <w:p w14:paraId="48656474" w14:textId="77777777" w:rsidR="00317284" w:rsidRPr="005B1542" w:rsidRDefault="00317284" w:rsidP="00317284">
      <w:pPr>
        <w:jc w:val="both"/>
        <w:rPr>
          <w:rFonts w:ascii="Times New Roman" w:hAnsi="Times New Roman" w:cs="Times New Roman"/>
          <w:b/>
          <w:sz w:val="24"/>
          <w:szCs w:val="24"/>
          <w:lang w:val="it-IT"/>
        </w:rPr>
      </w:pPr>
      <w:r w:rsidRPr="005B1542">
        <w:rPr>
          <w:rFonts w:ascii="Times New Roman" w:hAnsi="Times New Roman" w:cs="Times New Roman"/>
          <w:b/>
          <w:sz w:val="24"/>
          <w:szCs w:val="24"/>
          <w:lang w:val="it-IT"/>
        </w:rPr>
        <w:t>Rreziqet financiare (RF)</w:t>
      </w:r>
    </w:p>
    <w:p w14:paraId="74CB9C57" w14:textId="77777777" w:rsidR="00317284" w:rsidRPr="005B1542" w:rsidRDefault="00317284" w:rsidP="00317284">
      <w:pPr>
        <w:jc w:val="both"/>
        <w:rPr>
          <w:rFonts w:ascii="Times New Roman" w:hAnsi="Times New Roman" w:cs="Times New Roman"/>
          <w:sz w:val="24"/>
          <w:szCs w:val="24"/>
          <w:lang w:val="it-IT"/>
        </w:rPr>
      </w:pPr>
      <w:r w:rsidRPr="005B1542">
        <w:rPr>
          <w:rFonts w:ascii="Times New Roman" w:hAnsi="Times New Roman" w:cs="Times New Roman"/>
          <w:b/>
          <w:i/>
          <w:sz w:val="24"/>
          <w:szCs w:val="24"/>
          <w:lang w:val="it-IT"/>
        </w:rPr>
        <w:t>RF1</w:t>
      </w:r>
      <w:r w:rsidRPr="005B1542">
        <w:rPr>
          <w:rFonts w:ascii="Times New Roman" w:hAnsi="Times New Roman" w:cs="Times New Roman"/>
          <w:sz w:val="24"/>
          <w:szCs w:val="24"/>
          <w:lang w:val="it-IT"/>
        </w:rPr>
        <w:t>-Mungesë ose vonesë e transfertave të kushtëzuara nga qeveria qendrore.</w:t>
      </w:r>
    </w:p>
    <w:p w14:paraId="4239AC84" w14:textId="77777777" w:rsidR="00317284" w:rsidRPr="005B1542" w:rsidRDefault="00317284" w:rsidP="0031728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Masë parandaluese:Negociata vjetore me ministrinë për sigurimin e fondeve në kohë.</w:t>
      </w:r>
    </w:p>
    <w:p w14:paraId="399C27FC" w14:textId="77777777" w:rsidR="00317284" w:rsidRPr="005B1542" w:rsidRDefault="00317284" w:rsidP="0031728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Reagim:Rishpërndarje e burimeve vendore dhe aktivizim i partneriteteve me donatorët.</w:t>
      </w:r>
    </w:p>
    <w:p w14:paraId="36B6B4D5" w14:textId="77777777" w:rsidR="00317284" w:rsidRPr="005B1542" w:rsidRDefault="00317284" w:rsidP="00317284">
      <w:pPr>
        <w:jc w:val="both"/>
        <w:rPr>
          <w:rFonts w:ascii="Times New Roman" w:hAnsi="Times New Roman" w:cs="Times New Roman"/>
          <w:sz w:val="24"/>
          <w:szCs w:val="24"/>
          <w:lang w:val="it-IT"/>
        </w:rPr>
      </w:pPr>
      <w:r w:rsidRPr="005B1542">
        <w:rPr>
          <w:rFonts w:ascii="Times New Roman" w:hAnsi="Times New Roman" w:cs="Times New Roman"/>
          <w:b/>
          <w:i/>
          <w:sz w:val="24"/>
          <w:szCs w:val="24"/>
          <w:lang w:val="it-IT"/>
        </w:rPr>
        <w:t>RF2-</w:t>
      </w:r>
      <w:r w:rsidRPr="005B1542">
        <w:rPr>
          <w:rFonts w:ascii="Times New Roman" w:hAnsi="Times New Roman" w:cs="Times New Roman"/>
          <w:sz w:val="24"/>
          <w:szCs w:val="24"/>
          <w:lang w:val="it-IT"/>
        </w:rPr>
        <w:t>Të ardhura të pamjaftueshme të bashkisë për të përballuar bashkëfinancimin 20%.</w:t>
      </w:r>
    </w:p>
    <w:p w14:paraId="1A441165" w14:textId="77777777" w:rsidR="00317284" w:rsidRPr="005B1542" w:rsidRDefault="00317284" w:rsidP="0031728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Masë parandaluese: Parashikim realist i buxhetit vendor dhe rezervim i një fondi të dedikuar për strehimin.</w:t>
      </w:r>
    </w:p>
    <w:p w14:paraId="405C0424" w14:textId="77777777" w:rsidR="00317284" w:rsidRPr="00D97086" w:rsidRDefault="00317284" w:rsidP="00317284">
      <w:pPr>
        <w:jc w:val="both"/>
        <w:rPr>
          <w:rFonts w:ascii="Times New Roman" w:hAnsi="Times New Roman" w:cs="Times New Roman"/>
          <w:sz w:val="24"/>
          <w:szCs w:val="24"/>
        </w:rPr>
      </w:pPr>
      <w:proofErr w:type="spellStart"/>
      <w:proofErr w:type="gramStart"/>
      <w:r w:rsidRPr="00D97086">
        <w:rPr>
          <w:rFonts w:ascii="Times New Roman" w:hAnsi="Times New Roman" w:cs="Times New Roman"/>
          <w:sz w:val="24"/>
          <w:szCs w:val="24"/>
        </w:rPr>
        <w:t>Reagim:Përdorim</w:t>
      </w:r>
      <w:proofErr w:type="spellEnd"/>
      <w:proofErr w:type="gram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fondit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rezervë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kërkim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financimeve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shtesë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projekte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ndërkombëtare</w:t>
      </w:r>
      <w:proofErr w:type="spellEnd"/>
      <w:r w:rsidRPr="00D97086">
        <w:rPr>
          <w:rFonts w:ascii="Times New Roman" w:hAnsi="Times New Roman" w:cs="Times New Roman"/>
          <w:sz w:val="24"/>
          <w:szCs w:val="24"/>
        </w:rPr>
        <w:t>.</w:t>
      </w:r>
    </w:p>
    <w:p w14:paraId="2517B89D" w14:textId="77777777" w:rsidR="00317284" w:rsidRPr="005B1542" w:rsidRDefault="00317284" w:rsidP="00317284">
      <w:pPr>
        <w:jc w:val="both"/>
        <w:rPr>
          <w:rFonts w:ascii="Times New Roman" w:hAnsi="Times New Roman" w:cs="Times New Roman"/>
          <w:b/>
          <w:sz w:val="24"/>
          <w:szCs w:val="24"/>
          <w:lang w:val="it-IT"/>
        </w:rPr>
      </w:pPr>
      <w:r w:rsidRPr="005B1542">
        <w:rPr>
          <w:rFonts w:ascii="Times New Roman" w:hAnsi="Times New Roman" w:cs="Times New Roman"/>
          <w:b/>
          <w:sz w:val="24"/>
          <w:szCs w:val="24"/>
          <w:lang w:val="it-IT"/>
        </w:rPr>
        <w:lastRenderedPageBreak/>
        <w:t>Rreziqet institucionale (RI)</w:t>
      </w:r>
    </w:p>
    <w:p w14:paraId="1A122938" w14:textId="77777777" w:rsidR="00317284" w:rsidRPr="005B1542" w:rsidRDefault="00317284" w:rsidP="00317284">
      <w:pPr>
        <w:jc w:val="both"/>
        <w:rPr>
          <w:rFonts w:ascii="Times New Roman" w:hAnsi="Times New Roman" w:cs="Times New Roman"/>
          <w:sz w:val="24"/>
          <w:szCs w:val="24"/>
          <w:lang w:val="it-IT"/>
        </w:rPr>
      </w:pPr>
      <w:r w:rsidRPr="005B1542">
        <w:rPr>
          <w:rFonts w:ascii="Times New Roman" w:hAnsi="Times New Roman" w:cs="Times New Roman"/>
          <w:b/>
          <w:i/>
          <w:sz w:val="24"/>
          <w:szCs w:val="24"/>
          <w:lang w:val="it-IT"/>
        </w:rPr>
        <w:t>RI 1</w:t>
      </w:r>
      <w:r w:rsidRPr="005B1542">
        <w:rPr>
          <w:rFonts w:ascii="Times New Roman" w:hAnsi="Times New Roman" w:cs="Times New Roman"/>
          <w:sz w:val="24"/>
          <w:szCs w:val="24"/>
          <w:lang w:val="it-IT"/>
        </w:rPr>
        <w:t xml:space="preserve"> Kapacitete të kufizuara administrative dhe teknike.</w:t>
      </w:r>
    </w:p>
    <w:p w14:paraId="45C3F613" w14:textId="77777777" w:rsidR="00317284" w:rsidRPr="005B1542" w:rsidRDefault="00317284" w:rsidP="0031728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Masë parandaluese: Trajnim i stafit, përmirësim i sistemit të regjistrit elektronik të strehimit.</w:t>
      </w:r>
      <w:r w:rsidRPr="005B1542">
        <w:rPr>
          <w:rFonts w:ascii="Times New Roman" w:hAnsi="Times New Roman" w:cs="Times New Roman"/>
          <w:sz w:val="24"/>
          <w:szCs w:val="24"/>
          <w:lang w:val="it-IT"/>
        </w:rPr>
        <w:br/>
        <w:t>Reagim: Angazhim i ekspertëve të jashtëm dhe bashkëpunim me Agjencinë Kombëtare të Strehimit.</w:t>
      </w:r>
    </w:p>
    <w:p w14:paraId="09C4219B" w14:textId="77777777" w:rsidR="00317284" w:rsidRPr="005B1542" w:rsidRDefault="00317284" w:rsidP="00317284">
      <w:pPr>
        <w:jc w:val="both"/>
        <w:rPr>
          <w:rFonts w:ascii="Times New Roman" w:hAnsi="Times New Roman" w:cs="Times New Roman"/>
          <w:sz w:val="24"/>
          <w:szCs w:val="24"/>
          <w:lang w:val="it-IT"/>
        </w:rPr>
      </w:pPr>
      <w:r w:rsidRPr="005B1542">
        <w:rPr>
          <w:rFonts w:ascii="Times New Roman" w:hAnsi="Times New Roman" w:cs="Times New Roman"/>
          <w:b/>
          <w:i/>
          <w:sz w:val="24"/>
          <w:szCs w:val="24"/>
          <w:lang w:val="it-IT"/>
        </w:rPr>
        <w:t>RI 2</w:t>
      </w:r>
      <w:r w:rsidRPr="005B1542">
        <w:rPr>
          <w:rFonts w:ascii="Times New Roman" w:hAnsi="Times New Roman" w:cs="Times New Roman"/>
          <w:sz w:val="24"/>
          <w:szCs w:val="24"/>
          <w:lang w:val="it-IT"/>
        </w:rPr>
        <w:t xml:space="preserve"> Mungesë koordinimi ndërmjet njësive administrative.</w:t>
      </w:r>
    </w:p>
    <w:p w14:paraId="4449DD99" w14:textId="77777777" w:rsidR="00317284" w:rsidRPr="005B1542" w:rsidRDefault="00317284" w:rsidP="0031728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Masë parandaluese: Krijimi i mekanizmave të përhershëm të koordinimit (takime tremujore).</w:t>
      </w:r>
      <w:r w:rsidRPr="005B1542">
        <w:rPr>
          <w:rFonts w:ascii="Times New Roman" w:hAnsi="Times New Roman" w:cs="Times New Roman"/>
          <w:sz w:val="24"/>
          <w:szCs w:val="24"/>
          <w:lang w:val="it-IT"/>
        </w:rPr>
        <w:br/>
        <w:t>Reagim: Vendosje e mekanizmave të monitorimit nga Këshilli Bashkiak.</w:t>
      </w:r>
    </w:p>
    <w:p w14:paraId="60C70973" w14:textId="77777777" w:rsidR="00317284" w:rsidRPr="005B1542" w:rsidRDefault="00317284" w:rsidP="00317284">
      <w:pPr>
        <w:jc w:val="both"/>
        <w:rPr>
          <w:rFonts w:ascii="Times New Roman" w:hAnsi="Times New Roman" w:cs="Times New Roman"/>
          <w:b/>
          <w:sz w:val="24"/>
          <w:szCs w:val="24"/>
          <w:lang w:val="it-IT"/>
        </w:rPr>
      </w:pPr>
      <w:r w:rsidRPr="005B1542">
        <w:rPr>
          <w:rFonts w:ascii="Times New Roman" w:hAnsi="Times New Roman" w:cs="Times New Roman"/>
          <w:b/>
          <w:sz w:val="24"/>
          <w:szCs w:val="24"/>
          <w:lang w:val="it-IT"/>
        </w:rPr>
        <w:t>Rreziqet sociale (RS)</w:t>
      </w:r>
    </w:p>
    <w:p w14:paraId="4EC27CEF" w14:textId="77777777" w:rsidR="00317284" w:rsidRPr="005B1542" w:rsidRDefault="00317284" w:rsidP="00317284">
      <w:pPr>
        <w:jc w:val="both"/>
        <w:rPr>
          <w:rFonts w:ascii="Times New Roman" w:hAnsi="Times New Roman" w:cs="Times New Roman"/>
          <w:sz w:val="24"/>
          <w:szCs w:val="24"/>
          <w:lang w:val="it-IT"/>
        </w:rPr>
      </w:pPr>
      <w:r w:rsidRPr="005B1542">
        <w:rPr>
          <w:rFonts w:ascii="Times New Roman" w:hAnsi="Times New Roman" w:cs="Times New Roman"/>
          <w:b/>
          <w:i/>
          <w:sz w:val="24"/>
          <w:szCs w:val="24"/>
          <w:lang w:val="it-IT"/>
        </w:rPr>
        <w:t>RS 1</w:t>
      </w:r>
      <w:r w:rsidRPr="005B1542">
        <w:rPr>
          <w:rFonts w:ascii="Times New Roman" w:hAnsi="Times New Roman" w:cs="Times New Roman"/>
          <w:sz w:val="24"/>
          <w:szCs w:val="24"/>
          <w:lang w:val="it-IT"/>
        </w:rPr>
        <w:t xml:space="preserve"> Mosbesim i qytetarëve për transparencën e listave të përfituesve.</w:t>
      </w:r>
    </w:p>
    <w:p w14:paraId="163FB5D8" w14:textId="77777777" w:rsidR="00317284" w:rsidRPr="005B1542" w:rsidRDefault="00317284" w:rsidP="0031728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Masë parandaluese:Publikimi i rregullt i listave dhe organizimi i konsultimeve publike.</w:t>
      </w:r>
      <w:r w:rsidRPr="005B1542">
        <w:rPr>
          <w:rFonts w:ascii="Times New Roman" w:hAnsi="Times New Roman" w:cs="Times New Roman"/>
          <w:sz w:val="24"/>
          <w:szCs w:val="24"/>
          <w:lang w:val="it-IT"/>
        </w:rPr>
        <w:br/>
        <w:t>Reagim: Mekanizëm i fuqizuar i ankesave me kohë reagimi jo më shumë se 15 ditë.</w:t>
      </w:r>
    </w:p>
    <w:p w14:paraId="252FCADB" w14:textId="77777777" w:rsidR="00317284" w:rsidRPr="005B1542" w:rsidRDefault="00317284" w:rsidP="00317284">
      <w:pPr>
        <w:jc w:val="both"/>
        <w:rPr>
          <w:rFonts w:ascii="Times New Roman" w:hAnsi="Times New Roman" w:cs="Times New Roman"/>
          <w:sz w:val="24"/>
          <w:szCs w:val="24"/>
          <w:lang w:val="it-IT"/>
        </w:rPr>
      </w:pPr>
      <w:r w:rsidRPr="005B1542">
        <w:rPr>
          <w:rFonts w:ascii="Times New Roman" w:hAnsi="Times New Roman" w:cs="Times New Roman"/>
          <w:b/>
          <w:i/>
          <w:sz w:val="24"/>
          <w:szCs w:val="24"/>
          <w:lang w:val="it-IT"/>
        </w:rPr>
        <w:t>RS 2</w:t>
      </w:r>
      <w:r w:rsidRPr="005B1542">
        <w:rPr>
          <w:rFonts w:ascii="Times New Roman" w:hAnsi="Times New Roman" w:cs="Times New Roman"/>
          <w:sz w:val="24"/>
          <w:szCs w:val="24"/>
          <w:lang w:val="it-IT"/>
        </w:rPr>
        <w:t xml:space="preserve"> Diskriminimi i grupeve vulnerabël (romë, egjiptianë, PAK, viktima dhune).</w:t>
      </w:r>
    </w:p>
    <w:p w14:paraId="3585ED8E" w14:textId="77777777" w:rsidR="00317284" w:rsidRPr="005B1542" w:rsidRDefault="00317284" w:rsidP="0031728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br/>
        <w:t xml:space="preserve">  Masë parandaluese: Zbatim i detajuar i kritereve të Ligjit 22/2018.</w:t>
      </w:r>
      <w:r w:rsidRPr="005B1542">
        <w:rPr>
          <w:rFonts w:ascii="Times New Roman" w:hAnsi="Times New Roman" w:cs="Times New Roman"/>
          <w:sz w:val="24"/>
          <w:szCs w:val="24"/>
          <w:lang w:val="it-IT"/>
        </w:rPr>
        <w:br/>
        <w:t xml:space="preserve">  Reagim: Ndërhyrje korrigjuese dhe rishikim i listave nga komisioni vendor.</w:t>
      </w:r>
    </w:p>
    <w:p w14:paraId="6DF72AB0" w14:textId="77777777" w:rsidR="00317284" w:rsidRPr="005B1542" w:rsidRDefault="00317284" w:rsidP="0031728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Rreziqet mjedisore (RM)</w:t>
      </w:r>
    </w:p>
    <w:p w14:paraId="3E2D946E" w14:textId="77777777" w:rsidR="00317284" w:rsidRPr="005B1542" w:rsidRDefault="00317284" w:rsidP="00317284">
      <w:pPr>
        <w:jc w:val="both"/>
        <w:rPr>
          <w:rFonts w:ascii="Times New Roman" w:hAnsi="Times New Roman" w:cs="Times New Roman"/>
          <w:sz w:val="24"/>
          <w:szCs w:val="24"/>
          <w:lang w:val="it-IT"/>
        </w:rPr>
      </w:pPr>
      <w:r w:rsidRPr="005B1542">
        <w:rPr>
          <w:rFonts w:ascii="Times New Roman" w:hAnsi="Times New Roman" w:cs="Times New Roman"/>
          <w:b/>
          <w:sz w:val="24"/>
          <w:szCs w:val="24"/>
          <w:lang w:val="it-IT"/>
        </w:rPr>
        <w:t>RM1</w:t>
      </w:r>
      <w:r w:rsidRPr="005B1542">
        <w:rPr>
          <w:rFonts w:ascii="Times New Roman" w:hAnsi="Times New Roman" w:cs="Times New Roman"/>
          <w:sz w:val="24"/>
          <w:szCs w:val="24"/>
          <w:lang w:val="it-IT"/>
        </w:rPr>
        <w:t xml:space="preserve"> Fatkeqësi natyrore (tërmete, përmbytje) që dëmtojnë stokun e banesave.</w:t>
      </w:r>
    </w:p>
    <w:p w14:paraId="75A4086A" w14:textId="77777777" w:rsidR="00317284" w:rsidRPr="00D97086" w:rsidRDefault="00317284" w:rsidP="0031728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Masë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parandaluese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Përfshirje</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masave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reziliencës</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projektet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ndërtimit</w:t>
      </w:r>
      <w:proofErr w:type="spellEnd"/>
      <w:r w:rsidRPr="00D97086">
        <w:rPr>
          <w:rFonts w:ascii="Times New Roman" w:hAnsi="Times New Roman" w:cs="Times New Roman"/>
          <w:sz w:val="24"/>
          <w:szCs w:val="24"/>
        </w:rPr>
        <w:t>.</w:t>
      </w:r>
      <w:r w:rsidRPr="00D97086">
        <w:rPr>
          <w:rFonts w:ascii="Times New Roman" w:hAnsi="Times New Roman" w:cs="Times New Roman"/>
          <w:sz w:val="24"/>
          <w:szCs w:val="24"/>
        </w:rPr>
        <w:br/>
        <w:t xml:space="preserve"> </w:t>
      </w:r>
      <w:proofErr w:type="spellStart"/>
      <w:proofErr w:type="gramStart"/>
      <w:r w:rsidRPr="00D97086">
        <w:rPr>
          <w:rFonts w:ascii="Times New Roman" w:hAnsi="Times New Roman" w:cs="Times New Roman"/>
          <w:sz w:val="24"/>
          <w:szCs w:val="24"/>
        </w:rPr>
        <w:t>Reagim:Aktivizim</w:t>
      </w:r>
      <w:proofErr w:type="spellEnd"/>
      <w:proofErr w:type="gram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protokolleve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emergjent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brenda</w:t>
      </w:r>
      <w:proofErr w:type="spellEnd"/>
      <w:r w:rsidRPr="00D97086">
        <w:rPr>
          <w:rFonts w:ascii="Times New Roman" w:hAnsi="Times New Roman" w:cs="Times New Roman"/>
          <w:sz w:val="24"/>
          <w:szCs w:val="24"/>
        </w:rPr>
        <w:t xml:space="preserve"> 24 </w:t>
      </w:r>
      <w:proofErr w:type="spellStart"/>
      <w:r w:rsidRPr="00D97086">
        <w:rPr>
          <w:rFonts w:ascii="Times New Roman" w:hAnsi="Times New Roman" w:cs="Times New Roman"/>
          <w:sz w:val="24"/>
          <w:szCs w:val="24"/>
        </w:rPr>
        <w:t>orëve</w:t>
      </w:r>
      <w:proofErr w:type="spellEnd"/>
      <w:r w:rsidRPr="00D97086">
        <w:rPr>
          <w:rFonts w:ascii="Times New Roman" w:hAnsi="Times New Roman" w:cs="Times New Roman"/>
          <w:sz w:val="24"/>
          <w:szCs w:val="24"/>
        </w:rPr>
        <w:t>.</w:t>
      </w:r>
    </w:p>
    <w:p w14:paraId="30E3BD26" w14:textId="77777777" w:rsidR="00317284" w:rsidRPr="00D97086" w:rsidRDefault="00317284" w:rsidP="00317284">
      <w:pPr>
        <w:jc w:val="both"/>
        <w:rPr>
          <w:rFonts w:ascii="Times New Roman" w:hAnsi="Times New Roman" w:cs="Times New Roman"/>
          <w:b/>
          <w:sz w:val="24"/>
          <w:szCs w:val="24"/>
        </w:rPr>
      </w:pPr>
      <w:proofErr w:type="spellStart"/>
      <w:r w:rsidRPr="00D97086">
        <w:rPr>
          <w:rFonts w:ascii="Times New Roman" w:hAnsi="Times New Roman" w:cs="Times New Roman"/>
          <w:b/>
          <w:sz w:val="24"/>
          <w:szCs w:val="24"/>
        </w:rPr>
        <w:t>Rrezike</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demografike</w:t>
      </w:r>
      <w:proofErr w:type="spellEnd"/>
      <w:r w:rsidRPr="00D97086">
        <w:rPr>
          <w:rFonts w:ascii="Times New Roman" w:hAnsi="Times New Roman" w:cs="Times New Roman"/>
          <w:b/>
          <w:sz w:val="24"/>
          <w:szCs w:val="24"/>
        </w:rPr>
        <w:t xml:space="preserve"> (RD)</w:t>
      </w:r>
    </w:p>
    <w:p w14:paraId="2BDC3159" w14:textId="77777777" w:rsidR="00317284" w:rsidRPr="005B1542" w:rsidRDefault="00317284" w:rsidP="00317284">
      <w:pPr>
        <w:jc w:val="both"/>
        <w:rPr>
          <w:rFonts w:ascii="Times New Roman" w:hAnsi="Times New Roman" w:cs="Times New Roman"/>
          <w:sz w:val="24"/>
          <w:szCs w:val="24"/>
          <w:lang w:val="it-IT"/>
        </w:rPr>
      </w:pPr>
      <w:r w:rsidRPr="005B1542">
        <w:rPr>
          <w:rFonts w:ascii="Times New Roman" w:hAnsi="Times New Roman" w:cs="Times New Roman"/>
          <w:b/>
          <w:sz w:val="24"/>
          <w:szCs w:val="24"/>
          <w:lang w:val="it-IT"/>
        </w:rPr>
        <w:t>RD 1</w:t>
      </w:r>
      <w:r w:rsidRPr="005B1542">
        <w:rPr>
          <w:rFonts w:ascii="Times New Roman" w:hAnsi="Times New Roman" w:cs="Times New Roman"/>
          <w:sz w:val="24"/>
          <w:szCs w:val="24"/>
          <w:lang w:val="it-IT"/>
        </w:rPr>
        <w:t xml:space="preserve"> Emigracioni i lartë dhe ndryshimet demografike.</w:t>
      </w:r>
    </w:p>
    <w:p w14:paraId="395DF54E" w14:textId="77777777" w:rsidR="00317284" w:rsidRPr="005B1542" w:rsidRDefault="00317284" w:rsidP="0031728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Masë parandaluese: Politika stimuluese për të rinjtë dhe familjet e reja.</w:t>
      </w:r>
      <w:r w:rsidRPr="005B1542">
        <w:rPr>
          <w:rFonts w:ascii="Times New Roman" w:hAnsi="Times New Roman" w:cs="Times New Roman"/>
          <w:sz w:val="24"/>
          <w:szCs w:val="24"/>
          <w:lang w:val="it-IT"/>
        </w:rPr>
        <w:br/>
        <w:t xml:space="preserve"> Reagim:Rishikim i planit sipas trendeve demografike çdo dy vjet.</w:t>
      </w:r>
    </w:p>
    <w:p w14:paraId="6498803C" w14:textId="77777777" w:rsidR="00317284" w:rsidRPr="00D97086" w:rsidRDefault="0011047D" w:rsidP="0031728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Figura</w:t>
      </w:r>
      <w:proofErr w:type="spellEnd"/>
      <w:r w:rsidRPr="00D97086">
        <w:rPr>
          <w:rFonts w:ascii="Times New Roman" w:hAnsi="Times New Roman" w:cs="Times New Roman"/>
          <w:sz w:val="24"/>
          <w:szCs w:val="24"/>
        </w:rPr>
        <w:t xml:space="preserve"> 21</w:t>
      </w:r>
      <w:r w:rsidR="00961384" w:rsidRPr="00D97086">
        <w:rPr>
          <w:rFonts w:ascii="Times New Roman" w:hAnsi="Times New Roman" w:cs="Times New Roman"/>
          <w:sz w:val="24"/>
          <w:szCs w:val="24"/>
        </w:rPr>
        <w:t>:</w:t>
      </w:r>
      <w:r w:rsidR="00317284" w:rsidRPr="00D97086">
        <w:rPr>
          <w:rFonts w:ascii="Times New Roman" w:hAnsi="Times New Roman" w:cs="Times New Roman"/>
          <w:sz w:val="24"/>
          <w:szCs w:val="24"/>
        </w:rPr>
        <w:t xml:space="preserve"> </w:t>
      </w:r>
      <w:proofErr w:type="spellStart"/>
      <w:r w:rsidR="00317284" w:rsidRPr="00D97086">
        <w:rPr>
          <w:rFonts w:ascii="Times New Roman" w:hAnsi="Times New Roman" w:cs="Times New Roman"/>
          <w:sz w:val="24"/>
          <w:szCs w:val="24"/>
        </w:rPr>
        <w:t>Menaxhimi</w:t>
      </w:r>
      <w:proofErr w:type="spellEnd"/>
      <w:r w:rsidR="00317284" w:rsidRPr="00D97086">
        <w:rPr>
          <w:rFonts w:ascii="Times New Roman" w:hAnsi="Times New Roman" w:cs="Times New Roman"/>
          <w:sz w:val="24"/>
          <w:szCs w:val="24"/>
        </w:rPr>
        <w:t xml:space="preserve"> </w:t>
      </w:r>
      <w:proofErr w:type="spellStart"/>
      <w:r w:rsidR="00317284" w:rsidRPr="00D97086">
        <w:rPr>
          <w:rFonts w:ascii="Times New Roman" w:hAnsi="Times New Roman" w:cs="Times New Roman"/>
          <w:sz w:val="24"/>
          <w:szCs w:val="24"/>
        </w:rPr>
        <w:t>i</w:t>
      </w:r>
      <w:proofErr w:type="spellEnd"/>
      <w:r w:rsidR="00317284" w:rsidRPr="00D97086">
        <w:rPr>
          <w:rFonts w:ascii="Times New Roman" w:hAnsi="Times New Roman" w:cs="Times New Roman"/>
          <w:sz w:val="24"/>
          <w:szCs w:val="24"/>
        </w:rPr>
        <w:t xml:space="preserve"> </w:t>
      </w:r>
      <w:proofErr w:type="spellStart"/>
      <w:r w:rsidR="00317284" w:rsidRPr="00D97086">
        <w:rPr>
          <w:rFonts w:ascii="Times New Roman" w:hAnsi="Times New Roman" w:cs="Times New Roman"/>
          <w:sz w:val="24"/>
          <w:szCs w:val="24"/>
        </w:rPr>
        <w:t>rreziqeve</w:t>
      </w:r>
      <w:proofErr w:type="spellEnd"/>
    </w:p>
    <w:tbl>
      <w:tblPr>
        <w:tblStyle w:val="Light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6"/>
        <w:gridCol w:w="2159"/>
        <w:gridCol w:w="2158"/>
        <w:gridCol w:w="2157"/>
      </w:tblGrid>
      <w:tr w:rsidR="00317284" w:rsidRPr="00D97086" w14:paraId="400DB153" w14:textId="77777777" w:rsidTr="00BC52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497C61E7" w14:textId="77777777" w:rsidR="00317284" w:rsidRPr="00D97086" w:rsidRDefault="00317284" w:rsidP="00BC52BC">
            <w:pPr>
              <w:jc w:val="center"/>
              <w:rPr>
                <w:rFonts w:ascii="Times New Roman" w:hAnsi="Times New Roman" w:cs="Times New Roman"/>
                <w:sz w:val="28"/>
                <w:szCs w:val="28"/>
              </w:rPr>
            </w:pPr>
            <w:proofErr w:type="spellStart"/>
            <w:r w:rsidRPr="00D97086">
              <w:rPr>
                <w:rFonts w:ascii="Times New Roman" w:hAnsi="Times New Roman" w:cs="Times New Roman"/>
                <w:sz w:val="28"/>
                <w:szCs w:val="28"/>
              </w:rPr>
              <w:t>Kategoria</w:t>
            </w:r>
            <w:proofErr w:type="spellEnd"/>
          </w:p>
        </w:tc>
        <w:tc>
          <w:tcPr>
            <w:tcW w:w="2160"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43C4A82B" w14:textId="77777777" w:rsidR="00317284" w:rsidRPr="00D97086" w:rsidRDefault="00317284" w:rsidP="00BC52B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roofErr w:type="spellStart"/>
            <w:r w:rsidRPr="00D97086">
              <w:rPr>
                <w:rFonts w:ascii="Times New Roman" w:hAnsi="Times New Roman" w:cs="Times New Roman"/>
                <w:sz w:val="28"/>
                <w:szCs w:val="28"/>
              </w:rPr>
              <w:t>Rreziku</w:t>
            </w:r>
            <w:proofErr w:type="spellEnd"/>
            <w:r w:rsidRPr="00D97086">
              <w:rPr>
                <w:rFonts w:ascii="Times New Roman" w:hAnsi="Times New Roman" w:cs="Times New Roman"/>
                <w:sz w:val="28"/>
                <w:szCs w:val="28"/>
              </w:rPr>
              <w:t xml:space="preserve"> </w:t>
            </w:r>
            <w:proofErr w:type="spellStart"/>
            <w:r w:rsidRPr="00D97086">
              <w:rPr>
                <w:rFonts w:ascii="Times New Roman" w:hAnsi="Times New Roman" w:cs="Times New Roman"/>
                <w:sz w:val="28"/>
                <w:szCs w:val="28"/>
              </w:rPr>
              <w:t>kryesor</w:t>
            </w:r>
            <w:proofErr w:type="spellEnd"/>
          </w:p>
        </w:tc>
        <w:tc>
          <w:tcPr>
            <w:tcW w:w="2160"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6A745DDF" w14:textId="77777777" w:rsidR="00317284" w:rsidRPr="00D97086" w:rsidRDefault="00317284" w:rsidP="00BC52B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roofErr w:type="spellStart"/>
            <w:r w:rsidRPr="00D97086">
              <w:rPr>
                <w:rFonts w:ascii="Times New Roman" w:hAnsi="Times New Roman" w:cs="Times New Roman"/>
                <w:sz w:val="28"/>
                <w:szCs w:val="28"/>
              </w:rPr>
              <w:t>Masat</w:t>
            </w:r>
            <w:proofErr w:type="spellEnd"/>
            <w:r w:rsidRPr="00D97086">
              <w:rPr>
                <w:rFonts w:ascii="Times New Roman" w:hAnsi="Times New Roman" w:cs="Times New Roman"/>
                <w:sz w:val="28"/>
                <w:szCs w:val="28"/>
              </w:rPr>
              <w:t xml:space="preserve"> </w:t>
            </w:r>
            <w:proofErr w:type="spellStart"/>
            <w:r w:rsidRPr="00D97086">
              <w:rPr>
                <w:rFonts w:ascii="Times New Roman" w:hAnsi="Times New Roman" w:cs="Times New Roman"/>
                <w:sz w:val="28"/>
                <w:szCs w:val="28"/>
              </w:rPr>
              <w:t>parandaluese</w:t>
            </w:r>
            <w:proofErr w:type="spellEnd"/>
          </w:p>
        </w:tc>
        <w:tc>
          <w:tcPr>
            <w:tcW w:w="2160"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0D423591" w14:textId="77777777" w:rsidR="00317284" w:rsidRPr="00D97086" w:rsidRDefault="00317284" w:rsidP="00BC52B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roofErr w:type="spellStart"/>
            <w:r w:rsidRPr="00D97086">
              <w:rPr>
                <w:rFonts w:ascii="Times New Roman" w:hAnsi="Times New Roman" w:cs="Times New Roman"/>
                <w:sz w:val="28"/>
                <w:szCs w:val="28"/>
              </w:rPr>
              <w:t>Mekanizmat</w:t>
            </w:r>
            <w:proofErr w:type="spellEnd"/>
            <w:r w:rsidRPr="00D97086">
              <w:rPr>
                <w:rFonts w:ascii="Times New Roman" w:hAnsi="Times New Roman" w:cs="Times New Roman"/>
                <w:sz w:val="28"/>
                <w:szCs w:val="28"/>
              </w:rPr>
              <w:t xml:space="preserve"> e </w:t>
            </w:r>
            <w:proofErr w:type="spellStart"/>
            <w:r w:rsidRPr="00D97086">
              <w:rPr>
                <w:rFonts w:ascii="Times New Roman" w:hAnsi="Times New Roman" w:cs="Times New Roman"/>
                <w:sz w:val="28"/>
                <w:szCs w:val="28"/>
              </w:rPr>
              <w:t>reagimit</w:t>
            </w:r>
            <w:proofErr w:type="spellEnd"/>
          </w:p>
        </w:tc>
      </w:tr>
      <w:tr w:rsidR="00317284" w:rsidRPr="00D97086" w14:paraId="5DBF5465" w14:textId="77777777" w:rsidTr="00712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auto"/>
          </w:tcPr>
          <w:p w14:paraId="68589916" w14:textId="77777777" w:rsidR="00317284" w:rsidRPr="00D97086" w:rsidRDefault="00317284" w:rsidP="00712ECB">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lastRenderedPageBreak/>
              <w:t>Financiar</w:t>
            </w:r>
            <w:proofErr w:type="spellEnd"/>
          </w:p>
        </w:tc>
        <w:tc>
          <w:tcPr>
            <w:tcW w:w="2160" w:type="dxa"/>
            <w:tcBorders>
              <w:top w:val="none" w:sz="0" w:space="0" w:color="auto"/>
              <w:left w:val="none" w:sz="0" w:space="0" w:color="auto"/>
              <w:bottom w:val="none" w:sz="0" w:space="0" w:color="auto"/>
              <w:right w:val="none" w:sz="0" w:space="0" w:color="auto"/>
            </w:tcBorders>
            <w:shd w:val="clear" w:color="auto" w:fill="auto"/>
          </w:tcPr>
          <w:p w14:paraId="29F5DC53" w14:textId="77777777" w:rsidR="00317284" w:rsidRPr="00D97086" w:rsidRDefault="00317284" w:rsidP="00712EC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Vonesë</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fondeve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qendrore</w:t>
            </w:r>
            <w:proofErr w:type="spellEnd"/>
          </w:p>
        </w:tc>
        <w:tc>
          <w:tcPr>
            <w:tcW w:w="2160" w:type="dxa"/>
            <w:tcBorders>
              <w:top w:val="none" w:sz="0" w:space="0" w:color="auto"/>
              <w:left w:val="none" w:sz="0" w:space="0" w:color="auto"/>
              <w:bottom w:val="none" w:sz="0" w:space="0" w:color="auto"/>
              <w:right w:val="none" w:sz="0" w:space="0" w:color="auto"/>
            </w:tcBorders>
            <w:shd w:val="clear" w:color="auto" w:fill="auto"/>
          </w:tcPr>
          <w:p w14:paraId="5812353E" w14:textId="77777777" w:rsidR="00317284" w:rsidRPr="00D97086" w:rsidRDefault="00317284" w:rsidP="00712EC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Negociata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planifikim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buxheti</w:t>
            </w:r>
            <w:proofErr w:type="spellEnd"/>
          </w:p>
        </w:tc>
        <w:tc>
          <w:tcPr>
            <w:tcW w:w="2160" w:type="dxa"/>
            <w:tcBorders>
              <w:top w:val="none" w:sz="0" w:space="0" w:color="auto"/>
              <w:left w:val="none" w:sz="0" w:space="0" w:color="auto"/>
              <w:bottom w:val="none" w:sz="0" w:space="0" w:color="auto"/>
              <w:right w:val="none" w:sz="0" w:space="0" w:color="auto"/>
            </w:tcBorders>
            <w:shd w:val="clear" w:color="auto" w:fill="auto"/>
          </w:tcPr>
          <w:p w14:paraId="4D91643D" w14:textId="77777777" w:rsidR="00317284" w:rsidRPr="00D97086" w:rsidRDefault="00317284" w:rsidP="00712EC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Rishpërndarje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fondesh</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donatorë</w:t>
            </w:r>
            <w:proofErr w:type="spellEnd"/>
          </w:p>
        </w:tc>
      </w:tr>
      <w:tr w:rsidR="00317284" w:rsidRPr="00D97086" w14:paraId="707B3C02" w14:textId="77777777" w:rsidTr="00712EC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tcPr>
          <w:p w14:paraId="10159789" w14:textId="77777777" w:rsidR="00317284" w:rsidRPr="00D97086" w:rsidRDefault="00317284" w:rsidP="00712ECB">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Institucional</w:t>
            </w:r>
            <w:proofErr w:type="spellEnd"/>
          </w:p>
        </w:tc>
        <w:tc>
          <w:tcPr>
            <w:tcW w:w="2160" w:type="dxa"/>
            <w:tcBorders>
              <w:top w:val="none" w:sz="0" w:space="0" w:color="auto"/>
              <w:left w:val="none" w:sz="0" w:space="0" w:color="auto"/>
              <w:bottom w:val="none" w:sz="0" w:space="0" w:color="auto"/>
              <w:right w:val="none" w:sz="0" w:space="0" w:color="auto"/>
            </w:tcBorders>
          </w:tcPr>
          <w:p w14:paraId="27632B60" w14:textId="77777777" w:rsidR="00317284" w:rsidRPr="00D97086" w:rsidRDefault="00317284" w:rsidP="00712ECB">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Kapacitete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kufizuara</w:t>
            </w:r>
            <w:proofErr w:type="spellEnd"/>
          </w:p>
        </w:tc>
        <w:tc>
          <w:tcPr>
            <w:tcW w:w="2160" w:type="dxa"/>
            <w:tcBorders>
              <w:top w:val="none" w:sz="0" w:space="0" w:color="auto"/>
              <w:left w:val="none" w:sz="0" w:space="0" w:color="auto"/>
              <w:bottom w:val="none" w:sz="0" w:space="0" w:color="auto"/>
              <w:right w:val="none" w:sz="0" w:space="0" w:color="auto"/>
            </w:tcBorders>
          </w:tcPr>
          <w:p w14:paraId="2283DC17" w14:textId="77777777" w:rsidR="00317284" w:rsidRPr="00D97086" w:rsidRDefault="00317284" w:rsidP="00712ECB">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Trajnim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regjistër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elektronik</w:t>
            </w:r>
            <w:proofErr w:type="spellEnd"/>
          </w:p>
        </w:tc>
        <w:tc>
          <w:tcPr>
            <w:tcW w:w="2160" w:type="dxa"/>
            <w:tcBorders>
              <w:top w:val="none" w:sz="0" w:space="0" w:color="auto"/>
              <w:left w:val="none" w:sz="0" w:space="0" w:color="auto"/>
              <w:bottom w:val="none" w:sz="0" w:space="0" w:color="auto"/>
              <w:right w:val="none" w:sz="0" w:space="0" w:color="auto"/>
            </w:tcBorders>
          </w:tcPr>
          <w:p w14:paraId="379F2C82" w14:textId="77777777" w:rsidR="00317284" w:rsidRPr="00D97086" w:rsidRDefault="00317284" w:rsidP="00712ECB">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Ekspertë</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jashtëm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mbështetje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qendrore</w:t>
            </w:r>
            <w:proofErr w:type="spellEnd"/>
          </w:p>
        </w:tc>
      </w:tr>
      <w:tr w:rsidR="00317284" w:rsidRPr="00D97086" w14:paraId="04A95D3D" w14:textId="77777777" w:rsidTr="00712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auto"/>
          </w:tcPr>
          <w:p w14:paraId="42BA0F30" w14:textId="77777777" w:rsidR="00317284" w:rsidRPr="00D97086" w:rsidRDefault="00317284" w:rsidP="00712ECB">
            <w:pPr>
              <w:jc w:val="both"/>
              <w:rPr>
                <w:rFonts w:ascii="Times New Roman" w:hAnsi="Times New Roman" w:cs="Times New Roman"/>
                <w:sz w:val="24"/>
                <w:szCs w:val="24"/>
              </w:rPr>
            </w:pPr>
            <w:r w:rsidRPr="00D97086">
              <w:rPr>
                <w:rFonts w:ascii="Times New Roman" w:hAnsi="Times New Roman" w:cs="Times New Roman"/>
                <w:sz w:val="24"/>
                <w:szCs w:val="24"/>
              </w:rPr>
              <w:t>Social</w:t>
            </w:r>
          </w:p>
        </w:tc>
        <w:tc>
          <w:tcPr>
            <w:tcW w:w="2160" w:type="dxa"/>
            <w:tcBorders>
              <w:top w:val="none" w:sz="0" w:space="0" w:color="auto"/>
              <w:left w:val="none" w:sz="0" w:space="0" w:color="auto"/>
              <w:bottom w:val="none" w:sz="0" w:space="0" w:color="auto"/>
              <w:right w:val="none" w:sz="0" w:space="0" w:color="auto"/>
            </w:tcBorders>
            <w:shd w:val="clear" w:color="auto" w:fill="auto"/>
          </w:tcPr>
          <w:p w14:paraId="76E58504" w14:textId="77777777" w:rsidR="00317284" w:rsidRPr="00D97086" w:rsidRDefault="00317284" w:rsidP="00712EC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Mosbesim/</w:t>
            </w:r>
            <w:proofErr w:type="spellStart"/>
            <w:r w:rsidRPr="00D97086">
              <w:rPr>
                <w:rFonts w:ascii="Times New Roman" w:hAnsi="Times New Roman" w:cs="Times New Roman"/>
                <w:sz w:val="24"/>
                <w:szCs w:val="24"/>
              </w:rPr>
              <w:t>ankesa</w:t>
            </w:r>
            <w:proofErr w:type="spellEnd"/>
          </w:p>
        </w:tc>
        <w:tc>
          <w:tcPr>
            <w:tcW w:w="2160" w:type="dxa"/>
            <w:tcBorders>
              <w:top w:val="none" w:sz="0" w:space="0" w:color="auto"/>
              <w:left w:val="none" w:sz="0" w:space="0" w:color="auto"/>
              <w:bottom w:val="none" w:sz="0" w:space="0" w:color="auto"/>
              <w:right w:val="none" w:sz="0" w:space="0" w:color="auto"/>
            </w:tcBorders>
            <w:shd w:val="clear" w:color="auto" w:fill="auto"/>
          </w:tcPr>
          <w:p w14:paraId="5E2CEFD3" w14:textId="77777777" w:rsidR="00317284" w:rsidRPr="00D97086" w:rsidRDefault="00317284" w:rsidP="00712EC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Publikim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listash</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konsultime</w:t>
            </w:r>
            <w:proofErr w:type="spellEnd"/>
          </w:p>
        </w:tc>
        <w:tc>
          <w:tcPr>
            <w:tcW w:w="2160" w:type="dxa"/>
            <w:tcBorders>
              <w:top w:val="none" w:sz="0" w:space="0" w:color="auto"/>
              <w:left w:val="none" w:sz="0" w:space="0" w:color="auto"/>
              <w:bottom w:val="none" w:sz="0" w:space="0" w:color="auto"/>
              <w:right w:val="none" w:sz="0" w:space="0" w:color="auto"/>
            </w:tcBorders>
            <w:shd w:val="clear" w:color="auto" w:fill="auto"/>
          </w:tcPr>
          <w:p w14:paraId="7CF957C7" w14:textId="77777777" w:rsidR="00317284" w:rsidRPr="00D97086" w:rsidRDefault="00317284" w:rsidP="00712EC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Mekanizëm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ankesash</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korrigjim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listash</w:t>
            </w:r>
            <w:proofErr w:type="spellEnd"/>
          </w:p>
        </w:tc>
      </w:tr>
      <w:tr w:rsidR="00317284" w:rsidRPr="00D97086" w14:paraId="51116366" w14:textId="77777777" w:rsidTr="00712EC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tcPr>
          <w:p w14:paraId="706AAF05" w14:textId="77777777" w:rsidR="00317284" w:rsidRPr="00D97086" w:rsidRDefault="00317284" w:rsidP="00712ECB">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Mjedisor</w:t>
            </w:r>
            <w:proofErr w:type="spellEnd"/>
          </w:p>
        </w:tc>
        <w:tc>
          <w:tcPr>
            <w:tcW w:w="2160" w:type="dxa"/>
            <w:tcBorders>
              <w:top w:val="none" w:sz="0" w:space="0" w:color="auto"/>
              <w:left w:val="none" w:sz="0" w:space="0" w:color="auto"/>
              <w:bottom w:val="none" w:sz="0" w:space="0" w:color="auto"/>
              <w:right w:val="none" w:sz="0" w:space="0" w:color="auto"/>
            </w:tcBorders>
          </w:tcPr>
          <w:p w14:paraId="47C9460E" w14:textId="77777777" w:rsidR="00317284" w:rsidRPr="00D97086" w:rsidRDefault="00317284" w:rsidP="00712ECB">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Tërmete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përmbytje</w:t>
            </w:r>
            <w:proofErr w:type="spellEnd"/>
          </w:p>
        </w:tc>
        <w:tc>
          <w:tcPr>
            <w:tcW w:w="2160" w:type="dxa"/>
            <w:tcBorders>
              <w:top w:val="none" w:sz="0" w:space="0" w:color="auto"/>
              <w:left w:val="none" w:sz="0" w:space="0" w:color="auto"/>
              <w:bottom w:val="none" w:sz="0" w:space="0" w:color="auto"/>
              <w:right w:val="none" w:sz="0" w:space="0" w:color="auto"/>
            </w:tcBorders>
          </w:tcPr>
          <w:p w14:paraId="0F916F04" w14:textId="77777777" w:rsidR="00317284" w:rsidRPr="00D97086" w:rsidRDefault="00317284" w:rsidP="00712ECB">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Standarde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reziliente</w:t>
            </w:r>
            <w:proofErr w:type="spellEnd"/>
          </w:p>
        </w:tc>
        <w:tc>
          <w:tcPr>
            <w:tcW w:w="2160" w:type="dxa"/>
            <w:tcBorders>
              <w:top w:val="none" w:sz="0" w:space="0" w:color="auto"/>
              <w:left w:val="none" w:sz="0" w:space="0" w:color="auto"/>
              <w:bottom w:val="none" w:sz="0" w:space="0" w:color="auto"/>
              <w:right w:val="none" w:sz="0" w:space="0" w:color="auto"/>
            </w:tcBorders>
          </w:tcPr>
          <w:p w14:paraId="595C9D74" w14:textId="77777777" w:rsidR="00317284" w:rsidRPr="00D97086" w:rsidRDefault="00317284" w:rsidP="00712ECB">
            <w:pPr>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Strehim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emergjent</w:t>
            </w:r>
            <w:proofErr w:type="spellEnd"/>
          </w:p>
        </w:tc>
      </w:tr>
      <w:tr w:rsidR="00317284" w:rsidRPr="00D97086" w14:paraId="08CF0123" w14:textId="77777777" w:rsidTr="00712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shd w:val="clear" w:color="auto" w:fill="auto"/>
          </w:tcPr>
          <w:p w14:paraId="231F2E5A" w14:textId="77777777" w:rsidR="00317284" w:rsidRPr="00D97086" w:rsidRDefault="00317284" w:rsidP="00712ECB">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Demografik</w:t>
            </w:r>
            <w:proofErr w:type="spellEnd"/>
          </w:p>
        </w:tc>
        <w:tc>
          <w:tcPr>
            <w:tcW w:w="2160" w:type="dxa"/>
            <w:tcBorders>
              <w:top w:val="none" w:sz="0" w:space="0" w:color="auto"/>
              <w:left w:val="none" w:sz="0" w:space="0" w:color="auto"/>
              <w:bottom w:val="none" w:sz="0" w:space="0" w:color="auto"/>
              <w:right w:val="none" w:sz="0" w:space="0" w:color="auto"/>
            </w:tcBorders>
            <w:shd w:val="clear" w:color="auto" w:fill="auto"/>
          </w:tcPr>
          <w:p w14:paraId="7E41F48E" w14:textId="77777777" w:rsidR="00317284" w:rsidRPr="00D97086" w:rsidRDefault="00317284" w:rsidP="00712EC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Emigracion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lartë</w:t>
            </w:r>
            <w:proofErr w:type="spellEnd"/>
          </w:p>
        </w:tc>
        <w:tc>
          <w:tcPr>
            <w:tcW w:w="2160" w:type="dxa"/>
            <w:tcBorders>
              <w:top w:val="none" w:sz="0" w:space="0" w:color="auto"/>
              <w:left w:val="none" w:sz="0" w:space="0" w:color="auto"/>
              <w:bottom w:val="none" w:sz="0" w:space="0" w:color="auto"/>
              <w:right w:val="none" w:sz="0" w:space="0" w:color="auto"/>
            </w:tcBorders>
            <w:shd w:val="clear" w:color="auto" w:fill="auto"/>
          </w:tcPr>
          <w:p w14:paraId="434FDED3" w14:textId="77777777" w:rsidR="00317284" w:rsidRPr="00D97086" w:rsidRDefault="00317284" w:rsidP="00712EC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D97086">
              <w:rPr>
                <w:rFonts w:ascii="Times New Roman" w:hAnsi="Times New Roman" w:cs="Times New Roman"/>
                <w:sz w:val="24"/>
                <w:szCs w:val="24"/>
              </w:rPr>
              <w:t xml:space="preserve">Politika </w:t>
            </w:r>
            <w:proofErr w:type="spellStart"/>
            <w:r w:rsidRPr="00D97086">
              <w:rPr>
                <w:rFonts w:ascii="Times New Roman" w:hAnsi="Times New Roman" w:cs="Times New Roman"/>
                <w:sz w:val="24"/>
                <w:szCs w:val="24"/>
              </w:rPr>
              <w:t>stimuluese</w:t>
            </w:r>
            <w:proofErr w:type="spellEnd"/>
          </w:p>
        </w:tc>
        <w:tc>
          <w:tcPr>
            <w:tcW w:w="2160" w:type="dxa"/>
            <w:tcBorders>
              <w:top w:val="none" w:sz="0" w:space="0" w:color="auto"/>
              <w:left w:val="none" w:sz="0" w:space="0" w:color="auto"/>
              <w:bottom w:val="none" w:sz="0" w:space="0" w:color="auto"/>
              <w:right w:val="none" w:sz="0" w:space="0" w:color="auto"/>
            </w:tcBorders>
            <w:shd w:val="clear" w:color="auto" w:fill="auto"/>
          </w:tcPr>
          <w:p w14:paraId="6A242C93" w14:textId="77777777" w:rsidR="00317284" w:rsidRPr="00D97086" w:rsidRDefault="00317284" w:rsidP="00712ECB">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roofErr w:type="spellStart"/>
            <w:r w:rsidRPr="00D97086">
              <w:rPr>
                <w:rFonts w:ascii="Times New Roman" w:hAnsi="Times New Roman" w:cs="Times New Roman"/>
                <w:sz w:val="24"/>
                <w:szCs w:val="24"/>
              </w:rPr>
              <w:t>Rishikim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periodik</w:t>
            </w:r>
            <w:proofErr w:type="spellEnd"/>
          </w:p>
        </w:tc>
      </w:tr>
    </w:tbl>
    <w:p w14:paraId="086B4740" w14:textId="77777777" w:rsidR="00317284" w:rsidRPr="00D97086" w:rsidRDefault="00317284" w:rsidP="00317284">
      <w:pPr>
        <w:jc w:val="both"/>
        <w:rPr>
          <w:rFonts w:ascii="Times New Roman" w:hAnsi="Times New Roman" w:cs="Times New Roman"/>
          <w:sz w:val="24"/>
          <w:szCs w:val="24"/>
        </w:rPr>
      </w:pPr>
    </w:p>
    <w:p w14:paraId="16992A2F" w14:textId="77777777" w:rsidR="00317284" w:rsidRPr="00D97086" w:rsidRDefault="00317284" w:rsidP="0031728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Menaxhimi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rrezikut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është</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komponent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i</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domosdoshëm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suksesin</w:t>
      </w:r>
      <w:proofErr w:type="spellEnd"/>
      <w:r w:rsidRPr="00D97086">
        <w:rPr>
          <w:rFonts w:ascii="Times New Roman" w:hAnsi="Times New Roman" w:cs="Times New Roman"/>
          <w:sz w:val="24"/>
          <w:szCs w:val="24"/>
        </w:rPr>
        <w:t xml:space="preserve"> e Planit Vendor të </w:t>
      </w:r>
      <w:proofErr w:type="spellStart"/>
      <w:r w:rsidRPr="00D97086">
        <w:rPr>
          <w:rFonts w:ascii="Times New Roman" w:hAnsi="Times New Roman" w:cs="Times New Roman"/>
          <w:sz w:val="24"/>
          <w:szCs w:val="24"/>
        </w:rPr>
        <w:t>Strehimit</w:t>
      </w:r>
      <w:proofErr w:type="spellEnd"/>
      <w:r w:rsidRPr="00D97086">
        <w:rPr>
          <w:rFonts w:ascii="Times New Roman" w:hAnsi="Times New Roman" w:cs="Times New Roman"/>
          <w:sz w:val="24"/>
          <w:szCs w:val="24"/>
        </w:rPr>
        <w:t xml:space="preserve">. Vetëm </w:t>
      </w:r>
      <w:proofErr w:type="spellStart"/>
      <w:r w:rsidRPr="00D97086">
        <w:rPr>
          <w:rFonts w:ascii="Times New Roman" w:hAnsi="Times New Roman" w:cs="Times New Roman"/>
          <w:sz w:val="24"/>
          <w:szCs w:val="24"/>
        </w:rPr>
        <w:t>përmes</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qasjeje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gjithëpërfshirëse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kombinon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parandalimin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monitorimin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reagimin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shpejtë</w:t>
      </w:r>
      <w:proofErr w:type="spellEnd"/>
      <w:r w:rsidRPr="00D97086">
        <w:rPr>
          <w:rFonts w:ascii="Times New Roman" w:hAnsi="Times New Roman" w:cs="Times New Roman"/>
          <w:sz w:val="24"/>
          <w:szCs w:val="24"/>
        </w:rPr>
        <w:t xml:space="preserve">, Bashkia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mund</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garantojë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ndërhyrjet</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planifikuara</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mbeten</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efektive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qëndrueshme</w:t>
      </w:r>
      <w:proofErr w:type="spellEnd"/>
      <w:r w:rsidRPr="00D97086">
        <w:rPr>
          <w:rFonts w:ascii="Times New Roman" w:hAnsi="Times New Roman" w:cs="Times New Roman"/>
          <w:sz w:val="24"/>
          <w:szCs w:val="24"/>
        </w:rPr>
        <w:t xml:space="preserve">, duke </w:t>
      </w:r>
      <w:proofErr w:type="spellStart"/>
      <w:r w:rsidRPr="00D97086">
        <w:rPr>
          <w:rFonts w:ascii="Times New Roman" w:hAnsi="Times New Roman" w:cs="Times New Roman"/>
          <w:sz w:val="24"/>
          <w:szCs w:val="24"/>
        </w:rPr>
        <w:t>siguruar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mbrojtje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qytetarët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përdorim</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efikas</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burimeve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publike</w:t>
      </w:r>
      <w:proofErr w:type="spellEnd"/>
      <w:r w:rsidRPr="00D97086">
        <w:rPr>
          <w:rFonts w:ascii="Times New Roman" w:hAnsi="Times New Roman" w:cs="Times New Roman"/>
          <w:sz w:val="24"/>
          <w:szCs w:val="24"/>
        </w:rPr>
        <w:t>.</w:t>
      </w:r>
    </w:p>
    <w:p w14:paraId="0CF40EF1" w14:textId="77777777" w:rsidR="00317284" w:rsidRPr="00D97086" w:rsidRDefault="00317284" w:rsidP="00317284">
      <w:pPr>
        <w:jc w:val="both"/>
        <w:rPr>
          <w:rFonts w:ascii="Times New Roman" w:hAnsi="Times New Roman" w:cs="Times New Roman"/>
        </w:rPr>
      </w:pPr>
      <w:r w:rsidRPr="00D97086">
        <w:rPr>
          <w:rFonts w:ascii="Times New Roman" w:hAnsi="Times New Roman" w:cs="Times New Roman"/>
        </w:rPr>
        <w:t xml:space="preserve">Bashkia </w:t>
      </w:r>
      <w:proofErr w:type="spellStart"/>
      <w:r w:rsidRPr="00D97086">
        <w:rPr>
          <w:rFonts w:ascii="Times New Roman" w:hAnsi="Times New Roman" w:cs="Times New Roman"/>
        </w:rPr>
        <w:t>Prrenjas</w:t>
      </w:r>
      <w:proofErr w:type="spellEnd"/>
      <w:r w:rsidRPr="00D97086">
        <w:rPr>
          <w:rFonts w:ascii="Times New Roman" w:hAnsi="Times New Roman" w:cs="Times New Roman"/>
        </w:rPr>
        <w:t xml:space="preserve"> do të </w:t>
      </w:r>
      <w:proofErr w:type="spellStart"/>
      <w:r w:rsidRPr="00D97086">
        <w:rPr>
          <w:rFonts w:ascii="Times New Roman" w:hAnsi="Times New Roman" w:cs="Times New Roman"/>
        </w:rPr>
        <w:t>përdorë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b/>
          <w:i/>
          <w:u w:val="single"/>
        </w:rPr>
        <w:t>Matricëm</w:t>
      </w:r>
      <w:proofErr w:type="spellEnd"/>
      <w:r w:rsidRPr="00D97086">
        <w:rPr>
          <w:rFonts w:ascii="Times New Roman" w:hAnsi="Times New Roman" w:cs="Times New Roman"/>
          <w:b/>
          <w:i/>
          <w:u w:val="single"/>
        </w:rPr>
        <w:t xml:space="preserve"> e </w:t>
      </w:r>
      <w:proofErr w:type="spellStart"/>
      <w:r w:rsidRPr="00D97086">
        <w:rPr>
          <w:rFonts w:ascii="Times New Roman" w:hAnsi="Times New Roman" w:cs="Times New Roman"/>
          <w:b/>
          <w:i/>
          <w:u w:val="single"/>
        </w:rPr>
        <w:t>Rrezikut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si</w:t>
      </w:r>
      <w:proofErr w:type="spellEnd"/>
      <w:r w:rsidRPr="00D97086">
        <w:rPr>
          <w:rFonts w:ascii="Times New Roman" w:hAnsi="Times New Roman" w:cs="Times New Roman"/>
        </w:rPr>
        <w:t xml:space="preserve"> një </w:t>
      </w:r>
      <w:proofErr w:type="spellStart"/>
      <w:r w:rsidRPr="00D97086">
        <w:rPr>
          <w:rFonts w:ascii="Times New Roman" w:hAnsi="Times New Roman" w:cs="Times New Roman"/>
        </w:rPr>
        <w:t>mjet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praktik</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monitorimi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pasi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kombinon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dy</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dimensione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kryesore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probabilitetin</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shfaqjes</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së</w:t>
      </w:r>
      <w:proofErr w:type="spellEnd"/>
      <w:r w:rsidRPr="00D97086">
        <w:rPr>
          <w:rFonts w:ascii="Times New Roman" w:hAnsi="Times New Roman" w:cs="Times New Roman"/>
        </w:rPr>
        <w:t xml:space="preserve"> një </w:t>
      </w:r>
      <w:proofErr w:type="spellStart"/>
      <w:r w:rsidRPr="00D97086">
        <w:rPr>
          <w:rFonts w:ascii="Times New Roman" w:hAnsi="Times New Roman" w:cs="Times New Roman"/>
        </w:rPr>
        <w:t>rreziku</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ndikimin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që</w:t>
      </w:r>
      <w:proofErr w:type="spellEnd"/>
      <w:r w:rsidRPr="00D97086">
        <w:rPr>
          <w:rFonts w:ascii="Times New Roman" w:hAnsi="Times New Roman" w:cs="Times New Roman"/>
        </w:rPr>
        <w:t xml:space="preserve"> ai do të </w:t>
      </w:r>
      <w:proofErr w:type="spellStart"/>
      <w:r w:rsidRPr="00D97086">
        <w:rPr>
          <w:rFonts w:ascii="Times New Roman" w:hAnsi="Times New Roman" w:cs="Times New Roman"/>
        </w:rPr>
        <w:t>ketë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mbi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zbatimin</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planit</w:t>
      </w:r>
      <w:proofErr w:type="spellEnd"/>
      <w:r w:rsidRPr="00D97086">
        <w:rPr>
          <w:rFonts w:ascii="Times New Roman" w:hAnsi="Times New Roman" w:cs="Times New Roman"/>
        </w:rPr>
        <w:t xml:space="preserve">. Ky </w:t>
      </w:r>
      <w:proofErr w:type="spellStart"/>
      <w:r w:rsidRPr="00D97086">
        <w:rPr>
          <w:rFonts w:ascii="Times New Roman" w:hAnsi="Times New Roman" w:cs="Times New Roman"/>
        </w:rPr>
        <w:t>kombinim</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mundëson</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klasifikimin</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qartë</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rreziqeve</w:t>
      </w:r>
      <w:proofErr w:type="spellEnd"/>
      <w:r w:rsidRPr="00D97086">
        <w:rPr>
          <w:rFonts w:ascii="Times New Roman" w:hAnsi="Times New Roman" w:cs="Times New Roman"/>
        </w:rPr>
        <w:t xml:space="preserve"> në </w:t>
      </w:r>
      <w:proofErr w:type="spellStart"/>
      <w:r w:rsidRPr="00D97086">
        <w:rPr>
          <w:rFonts w:ascii="Times New Roman" w:hAnsi="Times New Roman" w:cs="Times New Roman"/>
        </w:rPr>
        <w:t>nivele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ulëta</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mesatare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larta</w:t>
      </w:r>
      <w:proofErr w:type="spellEnd"/>
      <w:r w:rsidRPr="00D97086">
        <w:rPr>
          <w:rFonts w:ascii="Times New Roman" w:hAnsi="Times New Roman" w:cs="Times New Roman"/>
        </w:rPr>
        <w:t xml:space="preserve">, duke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dhënë</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bashkisë</w:t>
      </w:r>
      <w:proofErr w:type="spellEnd"/>
      <w:r w:rsidRPr="00D97086">
        <w:rPr>
          <w:rFonts w:ascii="Times New Roman" w:hAnsi="Times New Roman" w:cs="Times New Roman"/>
        </w:rPr>
        <w:t xml:space="preserve"> një instrument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përcaktuar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përparësitë</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menaxhimit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w:t>
      </w:r>
      <w:proofErr w:type="spellEnd"/>
      <w:r w:rsidRPr="00D97086">
        <w:rPr>
          <w:rFonts w:ascii="Times New Roman" w:hAnsi="Times New Roman" w:cs="Times New Roman"/>
        </w:rPr>
        <w:t xml:space="preserve"> të </w:t>
      </w:r>
      <w:proofErr w:type="spellStart"/>
      <w:r w:rsidRPr="00D97086">
        <w:rPr>
          <w:rFonts w:ascii="Times New Roman" w:hAnsi="Times New Roman" w:cs="Times New Roman"/>
        </w:rPr>
        <w:t>planifikuar</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masat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parandaluese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korrigjuese</w:t>
      </w:r>
      <w:proofErr w:type="spellEnd"/>
      <w:r w:rsidRPr="00D97086">
        <w:rPr>
          <w:rFonts w:ascii="Times New Roman" w:hAnsi="Times New Roman" w:cs="Times New Roman"/>
        </w:rPr>
        <w:t>.</w:t>
      </w:r>
    </w:p>
    <w:p w14:paraId="09EDDA11" w14:textId="77777777" w:rsidR="00961384" w:rsidRPr="00D97086" w:rsidRDefault="0011047D" w:rsidP="00317284">
      <w:pPr>
        <w:jc w:val="both"/>
        <w:rPr>
          <w:rFonts w:ascii="Times New Roman" w:hAnsi="Times New Roman" w:cs="Times New Roman"/>
          <w:sz w:val="24"/>
          <w:szCs w:val="24"/>
        </w:rPr>
      </w:pPr>
      <w:proofErr w:type="spellStart"/>
      <w:r w:rsidRPr="00D97086">
        <w:rPr>
          <w:rFonts w:ascii="Times New Roman" w:hAnsi="Times New Roman" w:cs="Times New Roman"/>
        </w:rPr>
        <w:t>Figura</w:t>
      </w:r>
      <w:proofErr w:type="spellEnd"/>
      <w:r w:rsidRPr="00D97086">
        <w:rPr>
          <w:rFonts w:ascii="Times New Roman" w:hAnsi="Times New Roman" w:cs="Times New Roman"/>
        </w:rPr>
        <w:t xml:space="preserve"> 22</w:t>
      </w:r>
      <w:r w:rsidR="00961384" w:rsidRPr="00D97086">
        <w:rPr>
          <w:rFonts w:ascii="Times New Roman" w:hAnsi="Times New Roman" w:cs="Times New Roman"/>
        </w:rPr>
        <w:t>:</w:t>
      </w:r>
      <w:r w:rsidRPr="00D97086">
        <w:rPr>
          <w:rFonts w:ascii="Times New Roman" w:hAnsi="Times New Roman" w:cs="Times New Roman"/>
        </w:rPr>
        <w:t xml:space="preserve"> </w:t>
      </w:r>
      <w:proofErr w:type="spellStart"/>
      <w:r w:rsidRPr="00D97086">
        <w:rPr>
          <w:rFonts w:ascii="Times New Roman" w:hAnsi="Times New Roman" w:cs="Times New Roman"/>
        </w:rPr>
        <w:t>Matrica</w:t>
      </w:r>
      <w:proofErr w:type="spellEnd"/>
      <w:r w:rsidRPr="00D97086">
        <w:rPr>
          <w:rFonts w:ascii="Times New Roman" w:hAnsi="Times New Roman" w:cs="Times New Roman"/>
        </w:rPr>
        <w:t xml:space="preserve"> e </w:t>
      </w:r>
      <w:proofErr w:type="spellStart"/>
      <w:r w:rsidRPr="00D97086">
        <w:rPr>
          <w:rFonts w:ascii="Times New Roman" w:hAnsi="Times New Roman" w:cs="Times New Roman"/>
        </w:rPr>
        <w:t>rreziqeve</w:t>
      </w:r>
      <w:proofErr w:type="spellEnd"/>
    </w:p>
    <w:p w14:paraId="04D37F98" w14:textId="77777777" w:rsidR="00317284" w:rsidRPr="00D97086" w:rsidRDefault="00317284" w:rsidP="00317284">
      <w:pPr>
        <w:jc w:val="both"/>
        <w:rPr>
          <w:rFonts w:ascii="Times New Roman" w:hAnsi="Times New Roman" w:cs="Times New Roman"/>
          <w:sz w:val="24"/>
          <w:szCs w:val="24"/>
        </w:rPr>
      </w:pPr>
      <w:r w:rsidRPr="00D97086">
        <w:rPr>
          <w:rFonts w:ascii="Times New Roman" w:hAnsi="Times New Roman" w:cs="Times New Roman"/>
          <w:noProof/>
          <w:sz w:val="24"/>
          <w:szCs w:val="24"/>
        </w:rPr>
        <w:drawing>
          <wp:inline distT="0" distB="0" distL="0" distR="0" wp14:anchorId="1031DB58" wp14:editId="63B87DD5">
            <wp:extent cx="5485765" cy="3228975"/>
            <wp:effectExtent l="0" t="0" r="63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09891" cy="3243176"/>
                    </a:xfrm>
                    <a:prstGeom prst="rect">
                      <a:avLst/>
                    </a:prstGeom>
                    <a:noFill/>
                    <a:ln>
                      <a:noFill/>
                    </a:ln>
                  </pic:spPr>
                </pic:pic>
              </a:graphicData>
            </a:graphic>
          </wp:inline>
        </w:drawing>
      </w:r>
    </w:p>
    <w:p w14:paraId="40D28D49" w14:textId="77777777" w:rsidR="00317284" w:rsidRPr="00D97086" w:rsidRDefault="00317284" w:rsidP="00317284">
      <w:pPr>
        <w:jc w:val="both"/>
        <w:rPr>
          <w:rFonts w:ascii="Times New Roman" w:hAnsi="Times New Roman" w:cs="Times New Roman"/>
          <w:b/>
          <w:sz w:val="24"/>
          <w:szCs w:val="24"/>
        </w:rPr>
      </w:pPr>
      <w:proofErr w:type="spellStart"/>
      <w:r w:rsidRPr="00D97086">
        <w:rPr>
          <w:rFonts w:ascii="Times New Roman" w:hAnsi="Times New Roman" w:cs="Times New Roman"/>
          <w:b/>
          <w:sz w:val="24"/>
          <w:szCs w:val="24"/>
        </w:rPr>
        <w:t>Shembull</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ilustrues</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për</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matricën</w:t>
      </w:r>
      <w:proofErr w:type="spellEnd"/>
      <w:r w:rsidRPr="00D97086">
        <w:rPr>
          <w:rFonts w:ascii="Times New Roman" w:hAnsi="Times New Roman" w:cs="Times New Roman"/>
          <w:b/>
          <w:sz w:val="24"/>
          <w:szCs w:val="24"/>
        </w:rPr>
        <w:t xml:space="preserve"> e </w:t>
      </w:r>
      <w:proofErr w:type="spellStart"/>
      <w:r w:rsidRPr="00D97086">
        <w:rPr>
          <w:rFonts w:ascii="Times New Roman" w:hAnsi="Times New Roman" w:cs="Times New Roman"/>
          <w:b/>
          <w:sz w:val="24"/>
          <w:szCs w:val="24"/>
        </w:rPr>
        <w:t>rrezikut</w:t>
      </w:r>
      <w:proofErr w:type="spellEnd"/>
    </w:p>
    <w:p w14:paraId="688303A8" w14:textId="77777777" w:rsidR="00317284" w:rsidRPr="005B1542" w:rsidRDefault="00317284" w:rsidP="00317284">
      <w:pPr>
        <w:jc w:val="both"/>
        <w:rPr>
          <w:rFonts w:ascii="Times New Roman" w:hAnsi="Times New Roman" w:cs="Times New Roman"/>
          <w:b/>
          <w:sz w:val="24"/>
          <w:szCs w:val="24"/>
          <w:lang w:val="it-IT"/>
        </w:rPr>
      </w:pPr>
      <w:proofErr w:type="spellStart"/>
      <w:r w:rsidRPr="00D97086">
        <w:rPr>
          <w:rFonts w:ascii="Times New Roman" w:hAnsi="Times New Roman" w:cs="Times New Roman"/>
          <w:sz w:val="24"/>
          <w:szCs w:val="24"/>
        </w:rPr>
        <w:lastRenderedPageBreak/>
        <w:t>Për</w:t>
      </w:r>
      <w:proofErr w:type="spellEnd"/>
      <w:r w:rsidRPr="00D97086">
        <w:rPr>
          <w:rFonts w:ascii="Times New Roman" w:hAnsi="Times New Roman" w:cs="Times New Roman"/>
          <w:sz w:val="24"/>
          <w:szCs w:val="24"/>
        </w:rPr>
        <w:t xml:space="preserve"> ta </w:t>
      </w:r>
      <w:proofErr w:type="spellStart"/>
      <w:r w:rsidRPr="00D97086">
        <w:rPr>
          <w:rFonts w:ascii="Times New Roman" w:hAnsi="Times New Roman" w:cs="Times New Roman"/>
          <w:sz w:val="24"/>
          <w:szCs w:val="24"/>
        </w:rPr>
        <w:t>kuptuar</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qartë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matricën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rrezikut</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poshtë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jepet</w:t>
      </w:r>
      <w:proofErr w:type="spellEnd"/>
      <w:r w:rsidRPr="00D97086">
        <w:rPr>
          <w:rFonts w:ascii="Times New Roman" w:hAnsi="Times New Roman" w:cs="Times New Roman"/>
          <w:sz w:val="24"/>
          <w:szCs w:val="24"/>
        </w:rPr>
        <w:t xml:space="preserve"> një </w:t>
      </w:r>
      <w:proofErr w:type="spellStart"/>
      <w:r w:rsidRPr="00D97086">
        <w:rPr>
          <w:rFonts w:ascii="Times New Roman" w:hAnsi="Times New Roman" w:cs="Times New Roman"/>
          <w:sz w:val="24"/>
          <w:szCs w:val="24"/>
        </w:rPr>
        <w:t>situatë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konkrete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që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lidhet</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b/>
          <w:i/>
          <w:sz w:val="24"/>
          <w:szCs w:val="24"/>
          <w:u w:val="single"/>
        </w:rPr>
        <w:t>subvencionin</w:t>
      </w:r>
      <w:proofErr w:type="spellEnd"/>
      <w:r w:rsidRPr="00D97086">
        <w:rPr>
          <w:rFonts w:ascii="Times New Roman" w:hAnsi="Times New Roman" w:cs="Times New Roman"/>
          <w:b/>
          <w:i/>
          <w:sz w:val="24"/>
          <w:szCs w:val="24"/>
          <w:u w:val="single"/>
        </w:rPr>
        <w:t xml:space="preserve"> e </w:t>
      </w:r>
      <w:proofErr w:type="spellStart"/>
      <w:r w:rsidRPr="00D97086">
        <w:rPr>
          <w:rFonts w:ascii="Times New Roman" w:hAnsi="Times New Roman" w:cs="Times New Roman"/>
          <w:b/>
          <w:i/>
          <w:sz w:val="24"/>
          <w:szCs w:val="24"/>
          <w:u w:val="single"/>
        </w:rPr>
        <w:t>qirasë</w:t>
      </w:r>
      <w:proofErr w:type="spellEnd"/>
      <w:r w:rsidRPr="00D97086">
        <w:rPr>
          <w:rFonts w:ascii="Times New Roman" w:hAnsi="Times New Roman" w:cs="Times New Roman"/>
          <w:b/>
          <w:i/>
          <w:sz w:val="24"/>
          <w:szCs w:val="24"/>
          <w:u w:val="single"/>
        </w:rPr>
        <w:t xml:space="preserve"> </w:t>
      </w:r>
      <w:proofErr w:type="spellStart"/>
      <w:r w:rsidRPr="00D97086">
        <w:rPr>
          <w:rFonts w:ascii="Times New Roman" w:hAnsi="Times New Roman" w:cs="Times New Roman"/>
          <w:b/>
          <w:i/>
          <w:sz w:val="24"/>
          <w:szCs w:val="24"/>
          <w:u w:val="single"/>
        </w:rPr>
        <w:t>për</w:t>
      </w:r>
      <w:proofErr w:type="spellEnd"/>
      <w:r w:rsidRPr="00D97086">
        <w:rPr>
          <w:rFonts w:ascii="Times New Roman" w:hAnsi="Times New Roman" w:cs="Times New Roman"/>
          <w:b/>
          <w:i/>
          <w:sz w:val="24"/>
          <w:szCs w:val="24"/>
          <w:u w:val="single"/>
        </w:rPr>
        <w:t xml:space="preserve"> </w:t>
      </w:r>
      <w:proofErr w:type="spellStart"/>
      <w:r w:rsidRPr="00D97086">
        <w:rPr>
          <w:rFonts w:ascii="Times New Roman" w:hAnsi="Times New Roman" w:cs="Times New Roman"/>
          <w:b/>
          <w:i/>
          <w:sz w:val="24"/>
          <w:szCs w:val="24"/>
          <w:u w:val="single"/>
        </w:rPr>
        <w:t>familjet</w:t>
      </w:r>
      <w:proofErr w:type="spellEnd"/>
      <w:r w:rsidRPr="00D97086">
        <w:rPr>
          <w:rFonts w:ascii="Times New Roman" w:hAnsi="Times New Roman" w:cs="Times New Roman"/>
          <w:b/>
          <w:i/>
          <w:sz w:val="24"/>
          <w:szCs w:val="24"/>
          <w:u w:val="single"/>
        </w:rPr>
        <w:t xml:space="preserve"> në </w:t>
      </w:r>
      <w:proofErr w:type="spellStart"/>
      <w:r w:rsidRPr="00D97086">
        <w:rPr>
          <w:rFonts w:ascii="Times New Roman" w:hAnsi="Times New Roman" w:cs="Times New Roman"/>
          <w:b/>
          <w:i/>
          <w:sz w:val="24"/>
          <w:szCs w:val="24"/>
          <w:u w:val="single"/>
        </w:rPr>
        <w:t>nevojë</w:t>
      </w:r>
      <w:proofErr w:type="spellEnd"/>
      <w:r w:rsidRPr="00D97086">
        <w:rPr>
          <w:rFonts w:ascii="Times New Roman" w:hAnsi="Times New Roman" w:cs="Times New Roman"/>
          <w:sz w:val="24"/>
          <w:szCs w:val="24"/>
        </w:rPr>
        <w:t xml:space="preserve">. </w:t>
      </w:r>
      <w:r w:rsidRPr="005B1542">
        <w:rPr>
          <w:rFonts w:ascii="Times New Roman" w:hAnsi="Times New Roman" w:cs="Times New Roman"/>
          <w:sz w:val="24"/>
          <w:szCs w:val="24"/>
          <w:lang w:val="it-IT"/>
        </w:rPr>
        <w:t>Në këtë rast, probabiliteti dhe ndikimi përcaktojnë nivelin e rrezikut.</w:t>
      </w:r>
    </w:p>
    <w:p w14:paraId="05303195" w14:textId="77777777" w:rsidR="00317284" w:rsidRPr="005B1542" w:rsidRDefault="00317284" w:rsidP="00317284">
      <w:pPr>
        <w:jc w:val="both"/>
        <w:rPr>
          <w:rFonts w:ascii="Times New Roman" w:hAnsi="Times New Roman" w:cs="Times New Roman"/>
          <w:sz w:val="24"/>
          <w:szCs w:val="24"/>
          <w:lang w:val="it-IT"/>
        </w:rPr>
      </w:pPr>
      <w:r w:rsidRPr="005B1542">
        <w:rPr>
          <w:rFonts w:ascii="Times New Roman" w:hAnsi="Times New Roman" w:cs="Times New Roman"/>
          <w:b/>
          <w:sz w:val="24"/>
          <w:szCs w:val="24"/>
          <w:lang w:val="it-IT"/>
        </w:rPr>
        <w:t xml:space="preserve">Rrezik i ulët: </w:t>
      </w:r>
      <w:r w:rsidRPr="005B1542">
        <w:rPr>
          <w:rFonts w:ascii="Times New Roman" w:hAnsi="Times New Roman" w:cs="Times New Roman"/>
          <w:sz w:val="24"/>
          <w:szCs w:val="24"/>
          <w:lang w:val="it-IT"/>
        </w:rPr>
        <w:t>Kur fondet janë të planifikuara dhe transferohen në kohë nga qeveria qendrore. Probabiliteti i mosshlyerjes është i vogël dhe ndikimi mbi familjet është i kufizuar.</w:t>
      </w:r>
    </w:p>
    <w:p w14:paraId="24EAC3AC" w14:textId="77777777" w:rsidR="00317284" w:rsidRPr="005B1542" w:rsidRDefault="00317284" w:rsidP="00317284">
      <w:pPr>
        <w:jc w:val="both"/>
        <w:rPr>
          <w:rFonts w:ascii="Times New Roman" w:hAnsi="Times New Roman" w:cs="Times New Roman"/>
          <w:sz w:val="24"/>
          <w:szCs w:val="24"/>
          <w:lang w:val="it-IT"/>
        </w:rPr>
      </w:pPr>
      <w:r w:rsidRPr="005B1542">
        <w:rPr>
          <w:rFonts w:ascii="Times New Roman" w:hAnsi="Times New Roman" w:cs="Times New Roman"/>
          <w:b/>
          <w:sz w:val="24"/>
          <w:szCs w:val="24"/>
          <w:lang w:val="it-IT"/>
        </w:rPr>
        <w:t>Rrezik mesatar:</w:t>
      </w:r>
      <w:r w:rsidRPr="005B1542">
        <w:rPr>
          <w:rFonts w:ascii="Times New Roman" w:hAnsi="Times New Roman" w:cs="Times New Roman"/>
          <w:sz w:val="24"/>
          <w:szCs w:val="24"/>
          <w:lang w:val="it-IT"/>
        </w:rPr>
        <w:t>Kur fondet transferohen me disa muaj vonesë. Ka gjasa të ndodhë, ndikimi është i dukshëm sepse familjet detyrohen të mbulojnë vetë qiranë përkohësisht, por situata menaxhohet me pagesa të prapambetura.</w:t>
      </w:r>
    </w:p>
    <w:p w14:paraId="5D616D35" w14:textId="77777777" w:rsidR="00317284" w:rsidRPr="005B1542" w:rsidRDefault="00317284" w:rsidP="00317284">
      <w:pPr>
        <w:jc w:val="both"/>
        <w:rPr>
          <w:rFonts w:ascii="Times New Roman" w:hAnsi="Times New Roman" w:cs="Times New Roman"/>
          <w:sz w:val="24"/>
          <w:szCs w:val="24"/>
          <w:lang w:val="it-IT"/>
        </w:rPr>
      </w:pPr>
      <w:r w:rsidRPr="005B1542">
        <w:rPr>
          <w:rFonts w:ascii="Times New Roman" w:hAnsi="Times New Roman" w:cs="Times New Roman"/>
          <w:b/>
          <w:sz w:val="24"/>
          <w:szCs w:val="24"/>
          <w:lang w:val="it-IT"/>
        </w:rPr>
        <w:t xml:space="preserve">Rrezik i lartë: </w:t>
      </w:r>
      <w:r w:rsidRPr="005B1542">
        <w:rPr>
          <w:rFonts w:ascii="Times New Roman" w:hAnsi="Times New Roman" w:cs="Times New Roman"/>
          <w:sz w:val="24"/>
          <w:szCs w:val="24"/>
          <w:lang w:val="it-IT"/>
        </w:rPr>
        <w:t>Kur fondet mungojnë për një periudhë të gjatë ose anulohen. Probabiliteti mund të jetë real dhe ndikimi shumë i madh, pasi familjet rrezikojnë dëbim nga banesa dhe mbeten pa strehim.</w:t>
      </w:r>
    </w:p>
    <w:p w14:paraId="7DA76E48" w14:textId="77777777" w:rsidR="00317284" w:rsidRDefault="00317284" w:rsidP="00317284">
      <w:pPr>
        <w:jc w:val="both"/>
        <w:rPr>
          <w:rFonts w:ascii="Times New Roman" w:hAnsi="Times New Roman" w:cs="Times New Roman"/>
          <w:b/>
          <w:i/>
          <w:sz w:val="24"/>
          <w:szCs w:val="24"/>
        </w:rPr>
      </w:pPr>
      <w:r w:rsidRPr="00D97086">
        <w:rPr>
          <w:rFonts w:ascii="Times New Roman" w:hAnsi="Times New Roman" w:cs="Times New Roman"/>
          <w:b/>
          <w:i/>
          <w:sz w:val="24"/>
          <w:szCs w:val="24"/>
        </w:rPr>
        <w:t xml:space="preserve">Ky </w:t>
      </w:r>
      <w:proofErr w:type="spellStart"/>
      <w:r w:rsidRPr="00D97086">
        <w:rPr>
          <w:rFonts w:ascii="Times New Roman" w:hAnsi="Times New Roman" w:cs="Times New Roman"/>
          <w:b/>
          <w:i/>
          <w:sz w:val="24"/>
          <w:szCs w:val="24"/>
        </w:rPr>
        <w:t>shembull</w:t>
      </w:r>
      <w:proofErr w:type="spellEnd"/>
      <w:r w:rsidRPr="00D97086">
        <w:rPr>
          <w:rFonts w:ascii="Times New Roman" w:hAnsi="Times New Roman" w:cs="Times New Roman"/>
          <w:b/>
          <w:i/>
          <w:sz w:val="24"/>
          <w:szCs w:val="24"/>
        </w:rPr>
        <w:t xml:space="preserve"> </w:t>
      </w:r>
      <w:proofErr w:type="spellStart"/>
      <w:r w:rsidRPr="00D97086">
        <w:rPr>
          <w:rFonts w:ascii="Times New Roman" w:hAnsi="Times New Roman" w:cs="Times New Roman"/>
          <w:b/>
          <w:i/>
          <w:sz w:val="24"/>
          <w:szCs w:val="24"/>
        </w:rPr>
        <w:t>tregon</w:t>
      </w:r>
      <w:proofErr w:type="spellEnd"/>
      <w:r w:rsidRPr="00D97086">
        <w:rPr>
          <w:rFonts w:ascii="Times New Roman" w:hAnsi="Times New Roman" w:cs="Times New Roman"/>
          <w:b/>
          <w:i/>
          <w:sz w:val="24"/>
          <w:szCs w:val="24"/>
        </w:rPr>
        <w:t xml:space="preserve"> se e </w:t>
      </w:r>
      <w:proofErr w:type="spellStart"/>
      <w:r w:rsidRPr="00D97086">
        <w:rPr>
          <w:rFonts w:ascii="Times New Roman" w:hAnsi="Times New Roman" w:cs="Times New Roman"/>
          <w:b/>
          <w:i/>
          <w:sz w:val="24"/>
          <w:szCs w:val="24"/>
        </w:rPr>
        <w:t>njëjta</w:t>
      </w:r>
      <w:proofErr w:type="spellEnd"/>
      <w:r w:rsidRPr="00D97086">
        <w:rPr>
          <w:rFonts w:ascii="Times New Roman" w:hAnsi="Times New Roman" w:cs="Times New Roman"/>
          <w:b/>
          <w:i/>
          <w:sz w:val="24"/>
          <w:szCs w:val="24"/>
        </w:rPr>
        <w:t xml:space="preserve"> </w:t>
      </w:r>
      <w:proofErr w:type="spellStart"/>
      <w:r w:rsidRPr="00D97086">
        <w:rPr>
          <w:rFonts w:ascii="Times New Roman" w:hAnsi="Times New Roman" w:cs="Times New Roman"/>
          <w:b/>
          <w:i/>
          <w:sz w:val="24"/>
          <w:szCs w:val="24"/>
        </w:rPr>
        <w:t>situatë</w:t>
      </w:r>
      <w:proofErr w:type="spellEnd"/>
      <w:r w:rsidRPr="00D97086">
        <w:rPr>
          <w:rFonts w:ascii="Times New Roman" w:hAnsi="Times New Roman" w:cs="Times New Roman"/>
          <w:b/>
          <w:i/>
          <w:sz w:val="24"/>
          <w:szCs w:val="24"/>
        </w:rPr>
        <w:t xml:space="preserve"> (</w:t>
      </w:r>
      <w:proofErr w:type="spellStart"/>
      <w:r w:rsidRPr="00D97086">
        <w:rPr>
          <w:rFonts w:ascii="Times New Roman" w:hAnsi="Times New Roman" w:cs="Times New Roman"/>
          <w:b/>
          <w:i/>
          <w:sz w:val="24"/>
          <w:szCs w:val="24"/>
        </w:rPr>
        <w:t>subvencioni</w:t>
      </w:r>
      <w:proofErr w:type="spellEnd"/>
      <w:r w:rsidRPr="00D97086">
        <w:rPr>
          <w:rFonts w:ascii="Times New Roman" w:hAnsi="Times New Roman" w:cs="Times New Roman"/>
          <w:b/>
          <w:i/>
          <w:sz w:val="24"/>
          <w:szCs w:val="24"/>
        </w:rPr>
        <w:t xml:space="preserve"> </w:t>
      </w:r>
      <w:proofErr w:type="spellStart"/>
      <w:r w:rsidRPr="00D97086">
        <w:rPr>
          <w:rFonts w:ascii="Times New Roman" w:hAnsi="Times New Roman" w:cs="Times New Roman"/>
          <w:b/>
          <w:i/>
          <w:sz w:val="24"/>
          <w:szCs w:val="24"/>
        </w:rPr>
        <w:t>i</w:t>
      </w:r>
      <w:proofErr w:type="spellEnd"/>
      <w:r w:rsidRPr="00D97086">
        <w:rPr>
          <w:rFonts w:ascii="Times New Roman" w:hAnsi="Times New Roman" w:cs="Times New Roman"/>
          <w:b/>
          <w:i/>
          <w:sz w:val="24"/>
          <w:szCs w:val="24"/>
        </w:rPr>
        <w:t xml:space="preserve"> </w:t>
      </w:r>
      <w:proofErr w:type="spellStart"/>
      <w:r w:rsidRPr="00D97086">
        <w:rPr>
          <w:rFonts w:ascii="Times New Roman" w:hAnsi="Times New Roman" w:cs="Times New Roman"/>
          <w:b/>
          <w:i/>
          <w:sz w:val="24"/>
          <w:szCs w:val="24"/>
        </w:rPr>
        <w:t>qirasë</w:t>
      </w:r>
      <w:proofErr w:type="spellEnd"/>
      <w:r w:rsidRPr="00D97086">
        <w:rPr>
          <w:rFonts w:ascii="Times New Roman" w:hAnsi="Times New Roman" w:cs="Times New Roman"/>
          <w:b/>
          <w:i/>
          <w:sz w:val="24"/>
          <w:szCs w:val="24"/>
        </w:rPr>
        <w:t xml:space="preserve">) </w:t>
      </w:r>
      <w:proofErr w:type="spellStart"/>
      <w:r w:rsidRPr="00D97086">
        <w:rPr>
          <w:rFonts w:ascii="Times New Roman" w:hAnsi="Times New Roman" w:cs="Times New Roman"/>
          <w:b/>
          <w:i/>
          <w:sz w:val="24"/>
          <w:szCs w:val="24"/>
        </w:rPr>
        <w:t>mund</w:t>
      </w:r>
      <w:proofErr w:type="spellEnd"/>
      <w:r w:rsidRPr="00D97086">
        <w:rPr>
          <w:rFonts w:ascii="Times New Roman" w:hAnsi="Times New Roman" w:cs="Times New Roman"/>
          <w:b/>
          <w:i/>
          <w:sz w:val="24"/>
          <w:szCs w:val="24"/>
        </w:rPr>
        <w:t xml:space="preserve"> të </w:t>
      </w:r>
      <w:proofErr w:type="spellStart"/>
      <w:r w:rsidRPr="00D97086">
        <w:rPr>
          <w:rFonts w:ascii="Times New Roman" w:hAnsi="Times New Roman" w:cs="Times New Roman"/>
          <w:b/>
          <w:i/>
          <w:sz w:val="24"/>
          <w:szCs w:val="24"/>
        </w:rPr>
        <w:t>klasifikohet</w:t>
      </w:r>
      <w:proofErr w:type="spellEnd"/>
      <w:r w:rsidRPr="00D97086">
        <w:rPr>
          <w:rFonts w:ascii="Times New Roman" w:hAnsi="Times New Roman" w:cs="Times New Roman"/>
          <w:b/>
          <w:i/>
          <w:sz w:val="24"/>
          <w:szCs w:val="24"/>
        </w:rPr>
        <w:t xml:space="preserve"> </w:t>
      </w:r>
      <w:proofErr w:type="spellStart"/>
      <w:r w:rsidRPr="00D97086">
        <w:rPr>
          <w:rFonts w:ascii="Times New Roman" w:hAnsi="Times New Roman" w:cs="Times New Roman"/>
          <w:b/>
          <w:i/>
          <w:sz w:val="24"/>
          <w:szCs w:val="24"/>
        </w:rPr>
        <w:t>si</w:t>
      </w:r>
      <w:proofErr w:type="spellEnd"/>
      <w:r w:rsidRPr="00D97086">
        <w:rPr>
          <w:rFonts w:ascii="Times New Roman" w:hAnsi="Times New Roman" w:cs="Times New Roman"/>
          <w:b/>
          <w:i/>
          <w:sz w:val="24"/>
          <w:szCs w:val="24"/>
        </w:rPr>
        <w:t xml:space="preserve"> </w:t>
      </w:r>
      <w:proofErr w:type="spellStart"/>
      <w:r w:rsidRPr="00D97086">
        <w:rPr>
          <w:rFonts w:ascii="Times New Roman" w:hAnsi="Times New Roman" w:cs="Times New Roman"/>
          <w:b/>
          <w:i/>
          <w:sz w:val="24"/>
          <w:szCs w:val="24"/>
        </w:rPr>
        <w:t>rrezik</w:t>
      </w:r>
      <w:proofErr w:type="spellEnd"/>
      <w:r w:rsidRPr="00D97086">
        <w:rPr>
          <w:rFonts w:ascii="Times New Roman" w:hAnsi="Times New Roman" w:cs="Times New Roman"/>
          <w:b/>
          <w:i/>
          <w:sz w:val="24"/>
          <w:szCs w:val="24"/>
        </w:rPr>
        <w:t xml:space="preserve"> </w:t>
      </w:r>
      <w:proofErr w:type="spellStart"/>
      <w:r w:rsidRPr="00D97086">
        <w:rPr>
          <w:rFonts w:ascii="Times New Roman" w:hAnsi="Times New Roman" w:cs="Times New Roman"/>
          <w:b/>
          <w:i/>
          <w:sz w:val="24"/>
          <w:szCs w:val="24"/>
        </w:rPr>
        <w:t>i</w:t>
      </w:r>
      <w:proofErr w:type="spellEnd"/>
      <w:r w:rsidRPr="00D97086">
        <w:rPr>
          <w:rFonts w:ascii="Times New Roman" w:hAnsi="Times New Roman" w:cs="Times New Roman"/>
          <w:b/>
          <w:i/>
          <w:sz w:val="24"/>
          <w:szCs w:val="24"/>
        </w:rPr>
        <w:t xml:space="preserve"> </w:t>
      </w:r>
      <w:proofErr w:type="spellStart"/>
      <w:r w:rsidRPr="00D97086">
        <w:rPr>
          <w:rFonts w:ascii="Times New Roman" w:hAnsi="Times New Roman" w:cs="Times New Roman"/>
          <w:b/>
          <w:i/>
          <w:sz w:val="24"/>
          <w:szCs w:val="24"/>
        </w:rPr>
        <w:t>ulët</w:t>
      </w:r>
      <w:proofErr w:type="spellEnd"/>
      <w:r w:rsidRPr="00D97086">
        <w:rPr>
          <w:rFonts w:ascii="Times New Roman" w:hAnsi="Times New Roman" w:cs="Times New Roman"/>
          <w:b/>
          <w:i/>
          <w:sz w:val="24"/>
          <w:szCs w:val="24"/>
        </w:rPr>
        <w:t xml:space="preserve">, </w:t>
      </w:r>
      <w:proofErr w:type="spellStart"/>
      <w:r w:rsidRPr="00D97086">
        <w:rPr>
          <w:rFonts w:ascii="Times New Roman" w:hAnsi="Times New Roman" w:cs="Times New Roman"/>
          <w:b/>
          <w:i/>
          <w:sz w:val="24"/>
          <w:szCs w:val="24"/>
        </w:rPr>
        <w:t>mesatar</w:t>
      </w:r>
      <w:proofErr w:type="spellEnd"/>
      <w:r w:rsidRPr="00D97086">
        <w:rPr>
          <w:rFonts w:ascii="Times New Roman" w:hAnsi="Times New Roman" w:cs="Times New Roman"/>
          <w:b/>
          <w:i/>
          <w:sz w:val="24"/>
          <w:szCs w:val="24"/>
        </w:rPr>
        <w:t xml:space="preserve"> </w:t>
      </w:r>
      <w:proofErr w:type="spellStart"/>
      <w:r w:rsidRPr="00D97086">
        <w:rPr>
          <w:rFonts w:ascii="Times New Roman" w:hAnsi="Times New Roman" w:cs="Times New Roman"/>
          <w:b/>
          <w:i/>
          <w:sz w:val="24"/>
          <w:szCs w:val="24"/>
        </w:rPr>
        <w:t>ose</w:t>
      </w:r>
      <w:proofErr w:type="spellEnd"/>
      <w:r w:rsidRPr="00D97086">
        <w:rPr>
          <w:rFonts w:ascii="Times New Roman" w:hAnsi="Times New Roman" w:cs="Times New Roman"/>
          <w:b/>
          <w:i/>
          <w:sz w:val="24"/>
          <w:szCs w:val="24"/>
        </w:rPr>
        <w:t xml:space="preserve"> </w:t>
      </w:r>
      <w:proofErr w:type="spellStart"/>
      <w:r w:rsidRPr="00D97086">
        <w:rPr>
          <w:rFonts w:ascii="Times New Roman" w:hAnsi="Times New Roman" w:cs="Times New Roman"/>
          <w:b/>
          <w:i/>
          <w:sz w:val="24"/>
          <w:szCs w:val="24"/>
        </w:rPr>
        <w:t>i</w:t>
      </w:r>
      <w:proofErr w:type="spellEnd"/>
      <w:r w:rsidRPr="00D97086">
        <w:rPr>
          <w:rFonts w:ascii="Times New Roman" w:hAnsi="Times New Roman" w:cs="Times New Roman"/>
          <w:b/>
          <w:i/>
          <w:sz w:val="24"/>
          <w:szCs w:val="24"/>
        </w:rPr>
        <w:t xml:space="preserve"> </w:t>
      </w:r>
      <w:proofErr w:type="spellStart"/>
      <w:r w:rsidRPr="00D97086">
        <w:rPr>
          <w:rFonts w:ascii="Times New Roman" w:hAnsi="Times New Roman" w:cs="Times New Roman"/>
          <w:b/>
          <w:i/>
          <w:sz w:val="24"/>
          <w:szCs w:val="24"/>
        </w:rPr>
        <w:t>lartë</w:t>
      </w:r>
      <w:proofErr w:type="spellEnd"/>
      <w:r w:rsidRPr="00D97086">
        <w:rPr>
          <w:rFonts w:ascii="Times New Roman" w:hAnsi="Times New Roman" w:cs="Times New Roman"/>
          <w:b/>
          <w:i/>
          <w:sz w:val="24"/>
          <w:szCs w:val="24"/>
        </w:rPr>
        <w:t xml:space="preserve">, në </w:t>
      </w:r>
      <w:proofErr w:type="spellStart"/>
      <w:r w:rsidRPr="00D97086">
        <w:rPr>
          <w:rFonts w:ascii="Times New Roman" w:hAnsi="Times New Roman" w:cs="Times New Roman"/>
          <w:b/>
          <w:i/>
          <w:sz w:val="24"/>
          <w:szCs w:val="24"/>
        </w:rPr>
        <w:t>varësi</w:t>
      </w:r>
      <w:proofErr w:type="spellEnd"/>
      <w:r w:rsidRPr="00D97086">
        <w:rPr>
          <w:rFonts w:ascii="Times New Roman" w:hAnsi="Times New Roman" w:cs="Times New Roman"/>
          <w:b/>
          <w:i/>
          <w:sz w:val="24"/>
          <w:szCs w:val="24"/>
        </w:rPr>
        <w:t xml:space="preserve"> të </w:t>
      </w:r>
      <w:proofErr w:type="spellStart"/>
      <w:r w:rsidRPr="00D97086">
        <w:rPr>
          <w:rFonts w:ascii="Times New Roman" w:hAnsi="Times New Roman" w:cs="Times New Roman"/>
          <w:b/>
          <w:i/>
          <w:sz w:val="24"/>
          <w:szCs w:val="24"/>
        </w:rPr>
        <w:t>kombinimit</w:t>
      </w:r>
      <w:proofErr w:type="spellEnd"/>
      <w:r w:rsidRPr="00D97086">
        <w:rPr>
          <w:rFonts w:ascii="Times New Roman" w:hAnsi="Times New Roman" w:cs="Times New Roman"/>
          <w:b/>
          <w:i/>
          <w:sz w:val="24"/>
          <w:szCs w:val="24"/>
        </w:rPr>
        <w:t xml:space="preserve"> të </w:t>
      </w:r>
      <w:proofErr w:type="spellStart"/>
      <w:r w:rsidRPr="00D97086">
        <w:rPr>
          <w:rFonts w:ascii="Times New Roman" w:hAnsi="Times New Roman" w:cs="Times New Roman"/>
          <w:b/>
          <w:i/>
          <w:sz w:val="24"/>
          <w:szCs w:val="24"/>
        </w:rPr>
        <w:t>probabilitetit</w:t>
      </w:r>
      <w:proofErr w:type="spellEnd"/>
      <w:r w:rsidRPr="00D97086">
        <w:rPr>
          <w:rFonts w:ascii="Times New Roman" w:hAnsi="Times New Roman" w:cs="Times New Roman"/>
          <w:b/>
          <w:i/>
          <w:sz w:val="24"/>
          <w:szCs w:val="24"/>
        </w:rPr>
        <w:t xml:space="preserve"> </w:t>
      </w:r>
      <w:proofErr w:type="spellStart"/>
      <w:r w:rsidRPr="00D97086">
        <w:rPr>
          <w:rFonts w:ascii="Times New Roman" w:hAnsi="Times New Roman" w:cs="Times New Roman"/>
          <w:b/>
          <w:i/>
          <w:sz w:val="24"/>
          <w:szCs w:val="24"/>
        </w:rPr>
        <w:t>dhe</w:t>
      </w:r>
      <w:proofErr w:type="spellEnd"/>
      <w:r w:rsidRPr="00D97086">
        <w:rPr>
          <w:rFonts w:ascii="Times New Roman" w:hAnsi="Times New Roman" w:cs="Times New Roman"/>
          <w:b/>
          <w:i/>
          <w:sz w:val="24"/>
          <w:szCs w:val="24"/>
        </w:rPr>
        <w:t xml:space="preserve"> </w:t>
      </w:r>
      <w:proofErr w:type="spellStart"/>
      <w:r w:rsidRPr="00D97086">
        <w:rPr>
          <w:rFonts w:ascii="Times New Roman" w:hAnsi="Times New Roman" w:cs="Times New Roman"/>
          <w:b/>
          <w:i/>
          <w:sz w:val="24"/>
          <w:szCs w:val="24"/>
        </w:rPr>
        <w:t>ndikimit</w:t>
      </w:r>
      <w:proofErr w:type="spellEnd"/>
      <w:r w:rsidRPr="00D97086">
        <w:rPr>
          <w:rFonts w:ascii="Times New Roman" w:hAnsi="Times New Roman" w:cs="Times New Roman"/>
          <w:b/>
          <w:i/>
          <w:sz w:val="24"/>
          <w:szCs w:val="24"/>
        </w:rPr>
        <w:t>.</w:t>
      </w:r>
    </w:p>
    <w:p w14:paraId="1B3EACCE" w14:textId="77777777" w:rsidR="00A269A9" w:rsidRPr="00D97086" w:rsidRDefault="00A269A9" w:rsidP="00317284">
      <w:pPr>
        <w:jc w:val="both"/>
        <w:rPr>
          <w:rFonts w:ascii="Times New Roman" w:hAnsi="Times New Roman" w:cs="Times New Roman"/>
          <w:b/>
          <w:i/>
          <w:sz w:val="24"/>
          <w:szCs w:val="24"/>
        </w:rPr>
      </w:pPr>
    </w:p>
    <w:p w14:paraId="4E781CFF" w14:textId="77777777" w:rsidR="00C95401" w:rsidRPr="00D97086" w:rsidRDefault="00F653AC" w:rsidP="0020237D">
      <w:pPr>
        <w:pStyle w:val="Heading1"/>
        <w:numPr>
          <w:ilvl w:val="0"/>
          <w:numId w:val="22"/>
        </w:numPr>
        <w:rPr>
          <w:rFonts w:ascii="Times New Roman" w:hAnsi="Times New Roman" w:cs="Times New Roman"/>
        </w:rPr>
      </w:pPr>
      <w:bookmarkStart w:id="19" w:name="_Toc209703446"/>
      <w:proofErr w:type="spellStart"/>
      <w:r w:rsidRPr="00D97086">
        <w:rPr>
          <w:rFonts w:ascii="Times New Roman" w:hAnsi="Times New Roman" w:cs="Times New Roman"/>
        </w:rPr>
        <w:t>Plani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i</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komunikimit</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dhe</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përfshirjes</w:t>
      </w:r>
      <w:proofErr w:type="spellEnd"/>
      <w:r w:rsidRPr="00D97086">
        <w:rPr>
          <w:rFonts w:ascii="Times New Roman" w:hAnsi="Times New Roman" w:cs="Times New Roman"/>
        </w:rPr>
        <w:t xml:space="preserve"> </w:t>
      </w:r>
      <w:proofErr w:type="spellStart"/>
      <w:r w:rsidRPr="00D97086">
        <w:rPr>
          <w:rFonts w:ascii="Times New Roman" w:hAnsi="Times New Roman" w:cs="Times New Roman"/>
        </w:rPr>
        <w:t>qytetare</w:t>
      </w:r>
      <w:bookmarkEnd w:id="19"/>
      <w:proofErr w:type="spellEnd"/>
    </w:p>
    <w:p w14:paraId="70FD4B62" w14:textId="77777777" w:rsidR="00A269A9" w:rsidRPr="00A269A9" w:rsidRDefault="00A269A9" w:rsidP="00A269A9">
      <w:pPr>
        <w:jc w:val="both"/>
        <w:rPr>
          <w:rFonts w:ascii="Times New Roman" w:hAnsi="Times New Roman" w:cs="Times New Roman"/>
          <w:sz w:val="24"/>
          <w:szCs w:val="24"/>
        </w:rPr>
      </w:pPr>
    </w:p>
    <w:p w14:paraId="4041EC42" w14:textId="77777777" w:rsidR="008A15F4" w:rsidRPr="00A269A9" w:rsidRDefault="008A15F4"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Komunikimi</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dhe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përfshirja</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qytetare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janë</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elementë</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thelbësorë</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për</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transparencën</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besimin</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publik</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dhe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suksesin</w:t>
      </w:r>
      <w:proofErr w:type="spellEnd"/>
      <w:r w:rsidRPr="00A269A9">
        <w:rPr>
          <w:rFonts w:ascii="Times New Roman" w:hAnsi="Times New Roman" w:cs="Times New Roman"/>
          <w:sz w:val="24"/>
          <w:szCs w:val="24"/>
        </w:rPr>
        <w:t xml:space="preserve"> e </w:t>
      </w:r>
      <w:proofErr w:type="spellStart"/>
      <w:r w:rsidRPr="00A269A9">
        <w:rPr>
          <w:rFonts w:ascii="Times New Roman" w:hAnsi="Times New Roman" w:cs="Times New Roman"/>
          <w:sz w:val="24"/>
          <w:szCs w:val="24"/>
        </w:rPr>
        <w:t>zbatimit</w:t>
      </w:r>
      <w:proofErr w:type="spellEnd"/>
      <w:r w:rsidRPr="00A269A9">
        <w:rPr>
          <w:rFonts w:ascii="Times New Roman" w:hAnsi="Times New Roman" w:cs="Times New Roman"/>
          <w:sz w:val="24"/>
          <w:szCs w:val="24"/>
        </w:rPr>
        <w:t xml:space="preserve"> të Planit Vendor të </w:t>
      </w:r>
      <w:proofErr w:type="spellStart"/>
      <w:r w:rsidRPr="00A269A9">
        <w:rPr>
          <w:rFonts w:ascii="Times New Roman" w:hAnsi="Times New Roman" w:cs="Times New Roman"/>
          <w:sz w:val="24"/>
          <w:szCs w:val="24"/>
        </w:rPr>
        <w:t>Strehimit</w:t>
      </w:r>
      <w:proofErr w:type="spellEnd"/>
      <w:r w:rsidRPr="00A269A9">
        <w:rPr>
          <w:rFonts w:ascii="Times New Roman" w:hAnsi="Times New Roman" w:cs="Times New Roman"/>
          <w:sz w:val="24"/>
          <w:szCs w:val="24"/>
        </w:rPr>
        <w:t xml:space="preserve"> 2025–2029. Ky plan </w:t>
      </w:r>
      <w:proofErr w:type="spellStart"/>
      <w:r w:rsidRPr="00A269A9">
        <w:rPr>
          <w:rFonts w:ascii="Times New Roman" w:hAnsi="Times New Roman" w:cs="Times New Roman"/>
          <w:sz w:val="24"/>
          <w:szCs w:val="24"/>
        </w:rPr>
        <w:t>synon</w:t>
      </w:r>
      <w:proofErr w:type="spellEnd"/>
      <w:r w:rsidRPr="00A269A9">
        <w:rPr>
          <w:rFonts w:ascii="Times New Roman" w:hAnsi="Times New Roman" w:cs="Times New Roman"/>
          <w:sz w:val="24"/>
          <w:szCs w:val="24"/>
        </w:rPr>
        <w:t xml:space="preserve"> të </w:t>
      </w:r>
      <w:proofErr w:type="spellStart"/>
      <w:r w:rsidRPr="00A269A9">
        <w:rPr>
          <w:rFonts w:ascii="Times New Roman" w:hAnsi="Times New Roman" w:cs="Times New Roman"/>
          <w:sz w:val="24"/>
          <w:szCs w:val="24"/>
        </w:rPr>
        <w:t>garantojë</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që</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qytetarët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dhe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grupet</w:t>
      </w:r>
      <w:proofErr w:type="spellEnd"/>
      <w:r w:rsidRPr="00A269A9">
        <w:rPr>
          <w:rFonts w:ascii="Times New Roman" w:hAnsi="Times New Roman" w:cs="Times New Roman"/>
          <w:sz w:val="24"/>
          <w:szCs w:val="24"/>
        </w:rPr>
        <w:t xml:space="preserve"> e </w:t>
      </w:r>
      <w:proofErr w:type="spellStart"/>
      <w:r w:rsidRPr="00A269A9">
        <w:rPr>
          <w:rFonts w:ascii="Times New Roman" w:hAnsi="Times New Roman" w:cs="Times New Roman"/>
          <w:sz w:val="24"/>
          <w:szCs w:val="24"/>
        </w:rPr>
        <w:t>interesit</w:t>
      </w:r>
      <w:proofErr w:type="spellEnd"/>
      <w:r w:rsidRPr="00A269A9">
        <w:rPr>
          <w:rFonts w:ascii="Times New Roman" w:hAnsi="Times New Roman" w:cs="Times New Roman"/>
          <w:sz w:val="24"/>
          <w:szCs w:val="24"/>
        </w:rPr>
        <w:t xml:space="preserve"> të </w:t>
      </w:r>
      <w:proofErr w:type="spellStart"/>
      <w:r w:rsidRPr="00A269A9">
        <w:rPr>
          <w:rFonts w:ascii="Times New Roman" w:hAnsi="Times New Roman" w:cs="Times New Roman"/>
          <w:sz w:val="24"/>
          <w:szCs w:val="24"/>
        </w:rPr>
        <w:t>jenë</w:t>
      </w:r>
      <w:proofErr w:type="spellEnd"/>
      <w:r w:rsidRPr="00A269A9">
        <w:rPr>
          <w:rFonts w:ascii="Times New Roman" w:hAnsi="Times New Roman" w:cs="Times New Roman"/>
          <w:sz w:val="24"/>
          <w:szCs w:val="24"/>
        </w:rPr>
        <w:t xml:space="preserve"> të </w:t>
      </w:r>
      <w:proofErr w:type="spellStart"/>
      <w:r w:rsidRPr="00A269A9">
        <w:rPr>
          <w:rFonts w:ascii="Times New Roman" w:hAnsi="Times New Roman" w:cs="Times New Roman"/>
          <w:sz w:val="24"/>
          <w:szCs w:val="24"/>
        </w:rPr>
        <w:t>informuar</w:t>
      </w:r>
      <w:proofErr w:type="spellEnd"/>
      <w:r w:rsidRPr="00A269A9">
        <w:rPr>
          <w:rFonts w:ascii="Times New Roman" w:hAnsi="Times New Roman" w:cs="Times New Roman"/>
          <w:sz w:val="24"/>
          <w:szCs w:val="24"/>
        </w:rPr>
        <w:t xml:space="preserve">, të </w:t>
      </w:r>
      <w:proofErr w:type="spellStart"/>
      <w:r w:rsidRPr="00A269A9">
        <w:rPr>
          <w:rFonts w:ascii="Times New Roman" w:hAnsi="Times New Roman" w:cs="Times New Roman"/>
          <w:sz w:val="24"/>
          <w:szCs w:val="24"/>
        </w:rPr>
        <w:t>konsultuar</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dhe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aktivisht</w:t>
      </w:r>
      <w:proofErr w:type="spellEnd"/>
      <w:r w:rsidRPr="00A269A9">
        <w:rPr>
          <w:rFonts w:ascii="Times New Roman" w:hAnsi="Times New Roman" w:cs="Times New Roman"/>
          <w:sz w:val="24"/>
          <w:szCs w:val="24"/>
        </w:rPr>
        <w:t xml:space="preserve"> të </w:t>
      </w:r>
      <w:proofErr w:type="spellStart"/>
      <w:r w:rsidRPr="00A269A9">
        <w:rPr>
          <w:rFonts w:ascii="Times New Roman" w:hAnsi="Times New Roman" w:cs="Times New Roman"/>
          <w:sz w:val="24"/>
          <w:szCs w:val="24"/>
        </w:rPr>
        <w:t>përfshirë</w:t>
      </w:r>
      <w:proofErr w:type="spellEnd"/>
      <w:r w:rsidRPr="00A269A9">
        <w:rPr>
          <w:rFonts w:ascii="Times New Roman" w:hAnsi="Times New Roman" w:cs="Times New Roman"/>
          <w:sz w:val="24"/>
          <w:szCs w:val="24"/>
        </w:rPr>
        <w:t xml:space="preserve"> në </w:t>
      </w:r>
      <w:proofErr w:type="spellStart"/>
      <w:r w:rsidRPr="00A269A9">
        <w:rPr>
          <w:rFonts w:ascii="Times New Roman" w:hAnsi="Times New Roman" w:cs="Times New Roman"/>
          <w:sz w:val="24"/>
          <w:szCs w:val="24"/>
        </w:rPr>
        <w:t>çdo</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fazë</w:t>
      </w:r>
      <w:proofErr w:type="spellEnd"/>
      <w:r w:rsidRPr="00A269A9">
        <w:rPr>
          <w:rFonts w:ascii="Times New Roman" w:hAnsi="Times New Roman" w:cs="Times New Roman"/>
          <w:sz w:val="24"/>
          <w:szCs w:val="24"/>
        </w:rPr>
        <w:t xml:space="preserve"> të </w:t>
      </w:r>
      <w:proofErr w:type="spellStart"/>
      <w:r w:rsidRPr="00A269A9">
        <w:rPr>
          <w:rFonts w:ascii="Times New Roman" w:hAnsi="Times New Roman" w:cs="Times New Roman"/>
          <w:sz w:val="24"/>
          <w:szCs w:val="24"/>
        </w:rPr>
        <w:t>procesit</w:t>
      </w:r>
      <w:proofErr w:type="spellEnd"/>
      <w:r w:rsidRPr="00A269A9">
        <w:rPr>
          <w:rFonts w:ascii="Times New Roman" w:hAnsi="Times New Roman" w:cs="Times New Roman"/>
          <w:sz w:val="24"/>
          <w:szCs w:val="24"/>
        </w:rPr>
        <w:t xml:space="preserve">, duke </w:t>
      </w:r>
      <w:proofErr w:type="spellStart"/>
      <w:r w:rsidRPr="00A269A9">
        <w:rPr>
          <w:rFonts w:ascii="Times New Roman" w:hAnsi="Times New Roman" w:cs="Times New Roman"/>
          <w:sz w:val="24"/>
          <w:szCs w:val="24"/>
        </w:rPr>
        <w:t>rritur</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përgjegjshmërinë</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institucionale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dhe</w:t>
      </w:r>
      <w:proofErr w:type="spellEnd"/>
      <w:r w:rsidRPr="00A269A9">
        <w:rPr>
          <w:rFonts w:ascii="Times New Roman" w:hAnsi="Times New Roman" w:cs="Times New Roman"/>
          <w:sz w:val="24"/>
          <w:szCs w:val="24"/>
        </w:rPr>
        <w:t xml:space="preserve"> duke </w:t>
      </w:r>
      <w:proofErr w:type="spellStart"/>
      <w:r w:rsidRPr="00A269A9">
        <w:rPr>
          <w:rFonts w:ascii="Times New Roman" w:hAnsi="Times New Roman" w:cs="Times New Roman"/>
          <w:sz w:val="24"/>
          <w:szCs w:val="24"/>
        </w:rPr>
        <w:t>forcuar</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partneritetin</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shoqëror</w:t>
      </w:r>
      <w:proofErr w:type="spellEnd"/>
      <w:r w:rsidRPr="00A269A9">
        <w:rPr>
          <w:rFonts w:ascii="Times New Roman" w:hAnsi="Times New Roman" w:cs="Times New Roman"/>
          <w:sz w:val="24"/>
          <w:szCs w:val="24"/>
        </w:rPr>
        <w:t>.</w:t>
      </w:r>
    </w:p>
    <w:p w14:paraId="3C116AFB" w14:textId="77777777" w:rsidR="008A15F4" w:rsidRPr="005B1542" w:rsidRDefault="0011047D"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Figura 23</w:t>
      </w:r>
      <w:r w:rsidR="00961384" w:rsidRPr="005B1542">
        <w:rPr>
          <w:rFonts w:ascii="Times New Roman" w:hAnsi="Times New Roman" w:cs="Times New Roman"/>
          <w:sz w:val="24"/>
          <w:szCs w:val="24"/>
          <w:lang w:val="it-IT"/>
        </w:rPr>
        <w:t>: Plani i</w:t>
      </w:r>
      <w:r w:rsidR="008A15F4" w:rsidRPr="005B1542">
        <w:rPr>
          <w:rFonts w:ascii="Times New Roman" w:hAnsi="Times New Roman" w:cs="Times New Roman"/>
          <w:sz w:val="24"/>
          <w:szCs w:val="24"/>
          <w:lang w:val="it-IT"/>
        </w:rPr>
        <w:t xml:space="preserve"> komunikimit dhe përfshirjes qytetare</w:t>
      </w:r>
    </w:p>
    <w:tbl>
      <w:tblPr>
        <w:tblStyle w:val="TableGrid"/>
        <w:tblW w:w="0" w:type="auto"/>
        <w:tblLook w:val="04A0" w:firstRow="1" w:lastRow="0" w:firstColumn="1" w:lastColumn="0" w:noHBand="0" w:noVBand="1"/>
      </w:tblPr>
      <w:tblGrid>
        <w:gridCol w:w="1673"/>
        <w:gridCol w:w="1724"/>
        <w:gridCol w:w="1660"/>
        <w:gridCol w:w="1869"/>
        <w:gridCol w:w="1704"/>
      </w:tblGrid>
      <w:tr w:rsidR="008A15F4" w:rsidRPr="00A269A9" w14:paraId="73DB1A06" w14:textId="77777777" w:rsidTr="00BC52BC">
        <w:tc>
          <w:tcPr>
            <w:tcW w:w="1728" w:type="dxa"/>
            <w:shd w:val="clear" w:color="auto" w:fill="EAF1DD" w:themeFill="accent3" w:themeFillTint="33"/>
          </w:tcPr>
          <w:p w14:paraId="0341F235" w14:textId="77777777" w:rsidR="008A15F4" w:rsidRPr="00A269A9" w:rsidRDefault="008A15F4" w:rsidP="00A269A9">
            <w:pPr>
              <w:jc w:val="both"/>
              <w:rPr>
                <w:rFonts w:ascii="Times New Roman" w:hAnsi="Times New Roman" w:cs="Times New Roman"/>
                <w:b/>
                <w:sz w:val="24"/>
                <w:szCs w:val="24"/>
              </w:rPr>
            </w:pPr>
            <w:proofErr w:type="spellStart"/>
            <w:r w:rsidRPr="00A269A9">
              <w:rPr>
                <w:rFonts w:ascii="Times New Roman" w:hAnsi="Times New Roman" w:cs="Times New Roman"/>
                <w:b/>
                <w:sz w:val="24"/>
                <w:szCs w:val="24"/>
              </w:rPr>
              <w:t>Audienca</w:t>
            </w:r>
            <w:proofErr w:type="spellEnd"/>
          </w:p>
        </w:tc>
        <w:tc>
          <w:tcPr>
            <w:tcW w:w="1728" w:type="dxa"/>
            <w:shd w:val="clear" w:color="auto" w:fill="EAF1DD" w:themeFill="accent3" w:themeFillTint="33"/>
          </w:tcPr>
          <w:p w14:paraId="13F598A0" w14:textId="77777777" w:rsidR="008A15F4" w:rsidRPr="00A269A9" w:rsidRDefault="008A15F4" w:rsidP="00A269A9">
            <w:pPr>
              <w:jc w:val="both"/>
              <w:rPr>
                <w:rFonts w:ascii="Times New Roman" w:hAnsi="Times New Roman" w:cs="Times New Roman"/>
                <w:b/>
                <w:sz w:val="24"/>
                <w:szCs w:val="24"/>
              </w:rPr>
            </w:pPr>
            <w:proofErr w:type="spellStart"/>
            <w:r w:rsidRPr="00A269A9">
              <w:rPr>
                <w:rFonts w:ascii="Times New Roman" w:hAnsi="Times New Roman" w:cs="Times New Roman"/>
                <w:b/>
                <w:sz w:val="24"/>
                <w:szCs w:val="24"/>
              </w:rPr>
              <w:t>Qëllimi</w:t>
            </w:r>
            <w:proofErr w:type="spellEnd"/>
          </w:p>
        </w:tc>
        <w:tc>
          <w:tcPr>
            <w:tcW w:w="1728" w:type="dxa"/>
            <w:shd w:val="clear" w:color="auto" w:fill="EAF1DD" w:themeFill="accent3" w:themeFillTint="33"/>
          </w:tcPr>
          <w:p w14:paraId="4FECDC89" w14:textId="77777777" w:rsidR="008A15F4" w:rsidRPr="00A269A9" w:rsidRDefault="008A15F4" w:rsidP="00A269A9">
            <w:pPr>
              <w:jc w:val="both"/>
              <w:rPr>
                <w:rFonts w:ascii="Times New Roman" w:hAnsi="Times New Roman" w:cs="Times New Roman"/>
                <w:b/>
                <w:sz w:val="24"/>
                <w:szCs w:val="24"/>
              </w:rPr>
            </w:pPr>
            <w:r w:rsidRPr="00A269A9">
              <w:rPr>
                <w:rFonts w:ascii="Times New Roman" w:hAnsi="Times New Roman" w:cs="Times New Roman"/>
                <w:b/>
                <w:sz w:val="24"/>
                <w:szCs w:val="24"/>
              </w:rPr>
              <w:t>Kanali</w:t>
            </w:r>
          </w:p>
        </w:tc>
        <w:tc>
          <w:tcPr>
            <w:tcW w:w="1728" w:type="dxa"/>
            <w:shd w:val="clear" w:color="auto" w:fill="EAF1DD" w:themeFill="accent3" w:themeFillTint="33"/>
          </w:tcPr>
          <w:p w14:paraId="4CD55D45" w14:textId="77777777" w:rsidR="008A15F4" w:rsidRPr="00A269A9" w:rsidRDefault="008A15F4" w:rsidP="00A269A9">
            <w:pPr>
              <w:jc w:val="both"/>
              <w:rPr>
                <w:rFonts w:ascii="Times New Roman" w:hAnsi="Times New Roman" w:cs="Times New Roman"/>
                <w:b/>
                <w:sz w:val="24"/>
                <w:szCs w:val="24"/>
              </w:rPr>
            </w:pPr>
            <w:proofErr w:type="spellStart"/>
            <w:r w:rsidRPr="00A269A9">
              <w:rPr>
                <w:rFonts w:ascii="Times New Roman" w:hAnsi="Times New Roman" w:cs="Times New Roman"/>
                <w:b/>
                <w:sz w:val="24"/>
                <w:szCs w:val="24"/>
              </w:rPr>
              <w:t>Mesazhi</w:t>
            </w:r>
            <w:proofErr w:type="spellEnd"/>
            <w:r w:rsidRPr="00A269A9">
              <w:rPr>
                <w:rFonts w:ascii="Times New Roman" w:hAnsi="Times New Roman" w:cs="Times New Roman"/>
                <w:b/>
                <w:sz w:val="24"/>
                <w:szCs w:val="24"/>
              </w:rPr>
              <w:t xml:space="preserve"> </w:t>
            </w:r>
            <w:proofErr w:type="spellStart"/>
            <w:r w:rsidRPr="00A269A9">
              <w:rPr>
                <w:rFonts w:ascii="Times New Roman" w:hAnsi="Times New Roman" w:cs="Times New Roman"/>
                <w:b/>
                <w:sz w:val="24"/>
                <w:szCs w:val="24"/>
              </w:rPr>
              <w:t>kyç</w:t>
            </w:r>
            <w:proofErr w:type="spellEnd"/>
          </w:p>
        </w:tc>
        <w:tc>
          <w:tcPr>
            <w:tcW w:w="1728" w:type="dxa"/>
            <w:shd w:val="clear" w:color="auto" w:fill="EAF1DD" w:themeFill="accent3" w:themeFillTint="33"/>
          </w:tcPr>
          <w:p w14:paraId="3067F051" w14:textId="77777777" w:rsidR="008A15F4" w:rsidRPr="00A269A9" w:rsidRDefault="008A15F4" w:rsidP="00A269A9">
            <w:pPr>
              <w:jc w:val="both"/>
              <w:rPr>
                <w:rFonts w:ascii="Times New Roman" w:hAnsi="Times New Roman" w:cs="Times New Roman"/>
                <w:b/>
                <w:sz w:val="24"/>
                <w:szCs w:val="24"/>
              </w:rPr>
            </w:pPr>
            <w:r w:rsidRPr="00A269A9">
              <w:rPr>
                <w:rFonts w:ascii="Times New Roman" w:hAnsi="Times New Roman" w:cs="Times New Roman"/>
                <w:b/>
                <w:sz w:val="24"/>
                <w:szCs w:val="24"/>
              </w:rPr>
              <w:t>KPI</w:t>
            </w:r>
          </w:p>
          <w:p w14:paraId="1E7B1B82" w14:textId="77777777" w:rsidR="00FC26B4" w:rsidRPr="00A269A9" w:rsidRDefault="00FC26B4" w:rsidP="00A269A9">
            <w:pPr>
              <w:jc w:val="both"/>
              <w:rPr>
                <w:rFonts w:ascii="Times New Roman" w:hAnsi="Times New Roman" w:cs="Times New Roman"/>
                <w:b/>
                <w:sz w:val="24"/>
                <w:szCs w:val="24"/>
              </w:rPr>
            </w:pPr>
          </w:p>
        </w:tc>
      </w:tr>
      <w:tr w:rsidR="008A15F4" w:rsidRPr="005B1542" w14:paraId="657FC935" w14:textId="77777777" w:rsidTr="00712ECB">
        <w:tc>
          <w:tcPr>
            <w:tcW w:w="1728" w:type="dxa"/>
          </w:tcPr>
          <w:p w14:paraId="3782432E" w14:textId="77777777" w:rsidR="008A15F4" w:rsidRPr="00A269A9" w:rsidRDefault="008A15F4"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Qytetarët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përfitues</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potencialë</w:t>
            </w:r>
            <w:proofErr w:type="spellEnd"/>
          </w:p>
        </w:tc>
        <w:tc>
          <w:tcPr>
            <w:tcW w:w="1728" w:type="dxa"/>
          </w:tcPr>
          <w:p w14:paraId="1B57FDE0" w14:textId="77777777" w:rsidR="008A15F4" w:rsidRPr="00A269A9" w:rsidRDefault="008A15F4"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Informim</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mbi</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kriteret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procedurat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dhe</w:t>
            </w:r>
            <w:proofErr w:type="spellEnd"/>
            <w:r w:rsidRPr="00A269A9">
              <w:rPr>
                <w:rFonts w:ascii="Times New Roman" w:hAnsi="Times New Roman" w:cs="Times New Roman"/>
                <w:sz w:val="24"/>
                <w:szCs w:val="24"/>
              </w:rPr>
              <w:t xml:space="preserve"> të </w:t>
            </w:r>
            <w:proofErr w:type="spellStart"/>
            <w:r w:rsidRPr="00A269A9">
              <w:rPr>
                <w:rFonts w:ascii="Times New Roman" w:hAnsi="Times New Roman" w:cs="Times New Roman"/>
                <w:sz w:val="24"/>
                <w:szCs w:val="24"/>
              </w:rPr>
              <w:t>drejtat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për</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përfitimin</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nga</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programet</w:t>
            </w:r>
            <w:proofErr w:type="spellEnd"/>
          </w:p>
        </w:tc>
        <w:tc>
          <w:tcPr>
            <w:tcW w:w="1728" w:type="dxa"/>
          </w:tcPr>
          <w:p w14:paraId="19B33CC4" w14:textId="77777777" w:rsidR="008A15F4" w:rsidRPr="005B1542" w:rsidRDefault="008A15F4"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Faqja zyrtare, media sociale, broshura</w:t>
            </w:r>
          </w:p>
        </w:tc>
        <w:tc>
          <w:tcPr>
            <w:tcW w:w="1728" w:type="dxa"/>
          </w:tcPr>
          <w:p w14:paraId="0C2EDC23" w14:textId="77777777" w:rsidR="008A15F4" w:rsidRPr="005B1542" w:rsidRDefault="008A15F4"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Çdo familje ka të drejtë për strehim të sigurt dhe të përballueshëm</w:t>
            </w:r>
          </w:p>
        </w:tc>
        <w:tc>
          <w:tcPr>
            <w:tcW w:w="1728" w:type="dxa"/>
          </w:tcPr>
          <w:p w14:paraId="7CBFCF47" w14:textId="77777777" w:rsidR="008A15F4" w:rsidRPr="005B1542" w:rsidRDefault="008A15F4"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Numri i aplikimeve të reja; % e qytetarëve të informuar</w:t>
            </w:r>
          </w:p>
        </w:tc>
      </w:tr>
      <w:tr w:rsidR="008A15F4" w:rsidRPr="005B1542" w14:paraId="328DFE1E" w14:textId="77777777" w:rsidTr="00712ECB">
        <w:tc>
          <w:tcPr>
            <w:tcW w:w="1728" w:type="dxa"/>
          </w:tcPr>
          <w:p w14:paraId="7256DE2D" w14:textId="77777777" w:rsidR="008A15F4" w:rsidRPr="00A269A9" w:rsidRDefault="008A15F4"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Këshilli</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Bashkiak</w:t>
            </w:r>
            <w:proofErr w:type="spellEnd"/>
          </w:p>
        </w:tc>
        <w:tc>
          <w:tcPr>
            <w:tcW w:w="1728" w:type="dxa"/>
          </w:tcPr>
          <w:p w14:paraId="09966215" w14:textId="77777777" w:rsidR="008A15F4" w:rsidRPr="00A269A9" w:rsidRDefault="008A15F4"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Sigurim</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mbështetjeje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dhe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miratimi</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për</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buxhetin</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lastRenderedPageBreak/>
              <w:t>dhe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masat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kryesore</w:t>
            </w:r>
            <w:proofErr w:type="spellEnd"/>
          </w:p>
        </w:tc>
        <w:tc>
          <w:tcPr>
            <w:tcW w:w="1728" w:type="dxa"/>
          </w:tcPr>
          <w:p w14:paraId="693D6B4F" w14:textId="77777777" w:rsidR="008A15F4" w:rsidRPr="00A269A9" w:rsidRDefault="008A15F4"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lastRenderedPageBreak/>
              <w:t>Prezantime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raporte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periodike</w:t>
            </w:r>
            <w:proofErr w:type="spellEnd"/>
          </w:p>
        </w:tc>
        <w:tc>
          <w:tcPr>
            <w:tcW w:w="1728" w:type="dxa"/>
          </w:tcPr>
          <w:p w14:paraId="744AB1ED" w14:textId="77777777" w:rsidR="008A15F4" w:rsidRPr="00A269A9" w:rsidRDefault="008A15F4"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Plani</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është</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i</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zbatueshëm</w:t>
            </w:r>
            <w:proofErr w:type="spellEnd"/>
            <w:r w:rsidRPr="00A269A9">
              <w:rPr>
                <w:rFonts w:ascii="Times New Roman" w:hAnsi="Times New Roman" w:cs="Times New Roman"/>
                <w:sz w:val="24"/>
                <w:szCs w:val="24"/>
              </w:rPr>
              <w:t xml:space="preserve">, transparent </w:t>
            </w:r>
            <w:proofErr w:type="spellStart"/>
            <w:r w:rsidRPr="00A269A9">
              <w:rPr>
                <w:rFonts w:ascii="Times New Roman" w:hAnsi="Times New Roman" w:cs="Times New Roman"/>
                <w:sz w:val="24"/>
                <w:szCs w:val="24"/>
              </w:rPr>
              <w:t>dhe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lastRenderedPageBreak/>
              <w:t>financiarisht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i</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përballueshëm</w:t>
            </w:r>
            <w:proofErr w:type="spellEnd"/>
          </w:p>
        </w:tc>
        <w:tc>
          <w:tcPr>
            <w:tcW w:w="1728" w:type="dxa"/>
          </w:tcPr>
          <w:p w14:paraId="7098D771" w14:textId="77777777" w:rsidR="008A15F4" w:rsidRPr="005B1542" w:rsidRDefault="008A15F4"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lastRenderedPageBreak/>
              <w:t xml:space="preserve">Numri i mbledhjeve me diskutim; </w:t>
            </w:r>
            <w:r w:rsidRPr="005B1542">
              <w:rPr>
                <w:rFonts w:ascii="Times New Roman" w:hAnsi="Times New Roman" w:cs="Times New Roman"/>
                <w:sz w:val="24"/>
                <w:szCs w:val="24"/>
                <w:lang w:val="it-IT"/>
              </w:rPr>
              <w:lastRenderedPageBreak/>
              <w:t>vendime të miratuara</w:t>
            </w:r>
          </w:p>
        </w:tc>
      </w:tr>
      <w:tr w:rsidR="008A15F4" w:rsidRPr="00A269A9" w14:paraId="0910827B" w14:textId="77777777" w:rsidTr="00712ECB">
        <w:tc>
          <w:tcPr>
            <w:tcW w:w="1728" w:type="dxa"/>
          </w:tcPr>
          <w:p w14:paraId="0C5A8650" w14:textId="77777777" w:rsidR="008A15F4" w:rsidRPr="00A269A9" w:rsidRDefault="008A15F4"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lastRenderedPageBreak/>
              <w:t>Partnerët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lokalë</w:t>
            </w:r>
            <w:proofErr w:type="spellEnd"/>
            <w:r w:rsidRPr="00A269A9">
              <w:rPr>
                <w:rFonts w:ascii="Times New Roman" w:hAnsi="Times New Roman" w:cs="Times New Roman"/>
                <w:sz w:val="24"/>
                <w:szCs w:val="24"/>
              </w:rPr>
              <w:t xml:space="preserve"> (OJQ, </w:t>
            </w:r>
            <w:proofErr w:type="spellStart"/>
            <w:r w:rsidRPr="00A269A9">
              <w:rPr>
                <w:rFonts w:ascii="Times New Roman" w:hAnsi="Times New Roman" w:cs="Times New Roman"/>
                <w:sz w:val="24"/>
                <w:szCs w:val="24"/>
              </w:rPr>
              <w:t>donatorë</w:t>
            </w:r>
            <w:proofErr w:type="spellEnd"/>
            <w:r w:rsidRPr="00A269A9">
              <w:rPr>
                <w:rFonts w:ascii="Times New Roman" w:hAnsi="Times New Roman" w:cs="Times New Roman"/>
                <w:sz w:val="24"/>
                <w:szCs w:val="24"/>
              </w:rPr>
              <w:t>)</w:t>
            </w:r>
          </w:p>
        </w:tc>
        <w:tc>
          <w:tcPr>
            <w:tcW w:w="1728" w:type="dxa"/>
          </w:tcPr>
          <w:p w14:paraId="07DF747F" w14:textId="77777777" w:rsidR="008A15F4" w:rsidRPr="005B1542" w:rsidRDefault="008A15F4"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Nxitje e bashkëpunimit dhe mobilizim i fondeve shtesë</w:t>
            </w:r>
          </w:p>
        </w:tc>
        <w:tc>
          <w:tcPr>
            <w:tcW w:w="1728" w:type="dxa"/>
          </w:tcPr>
          <w:p w14:paraId="2284DFEA" w14:textId="77777777" w:rsidR="008A15F4" w:rsidRPr="00A269A9" w:rsidRDefault="008A15F4" w:rsidP="00A269A9">
            <w:pPr>
              <w:jc w:val="both"/>
              <w:rPr>
                <w:rFonts w:ascii="Times New Roman" w:hAnsi="Times New Roman" w:cs="Times New Roman"/>
                <w:sz w:val="24"/>
                <w:szCs w:val="24"/>
              </w:rPr>
            </w:pPr>
            <w:r w:rsidRPr="00A269A9">
              <w:rPr>
                <w:rFonts w:ascii="Times New Roman" w:hAnsi="Times New Roman" w:cs="Times New Roman"/>
                <w:sz w:val="24"/>
                <w:szCs w:val="24"/>
              </w:rPr>
              <w:t xml:space="preserve">Takime </w:t>
            </w:r>
            <w:proofErr w:type="spellStart"/>
            <w:r w:rsidRPr="00A269A9">
              <w:rPr>
                <w:rFonts w:ascii="Times New Roman" w:hAnsi="Times New Roman" w:cs="Times New Roman"/>
                <w:sz w:val="24"/>
                <w:szCs w:val="24"/>
              </w:rPr>
              <w:t>konsultuese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forume</w:t>
            </w:r>
            <w:proofErr w:type="spellEnd"/>
            <w:r w:rsidRPr="00A269A9">
              <w:rPr>
                <w:rFonts w:ascii="Times New Roman" w:hAnsi="Times New Roman" w:cs="Times New Roman"/>
                <w:sz w:val="24"/>
                <w:szCs w:val="24"/>
              </w:rPr>
              <w:t xml:space="preserve">, email </w:t>
            </w:r>
            <w:proofErr w:type="spellStart"/>
            <w:r w:rsidRPr="00A269A9">
              <w:rPr>
                <w:rFonts w:ascii="Times New Roman" w:hAnsi="Times New Roman" w:cs="Times New Roman"/>
                <w:sz w:val="24"/>
                <w:szCs w:val="24"/>
              </w:rPr>
              <w:t>zyrtar</w:t>
            </w:r>
            <w:proofErr w:type="spellEnd"/>
          </w:p>
        </w:tc>
        <w:tc>
          <w:tcPr>
            <w:tcW w:w="1728" w:type="dxa"/>
          </w:tcPr>
          <w:p w14:paraId="5E8EDB30" w14:textId="77777777" w:rsidR="008A15F4" w:rsidRPr="00A269A9" w:rsidRDefault="008A15F4"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Bashkëpunimi</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lokal</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rrit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ndikimin</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dhe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qëndrueshmërinë</w:t>
            </w:r>
            <w:proofErr w:type="spellEnd"/>
            <w:r w:rsidRPr="00A269A9">
              <w:rPr>
                <w:rFonts w:ascii="Times New Roman" w:hAnsi="Times New Roman" w:cs="Times New Roman"/>
                <w:sz w:val="24"/>
                <w:szCs w:val="24"/>
              </w:rPr>
              <w:t xml:space="preserve"> e </w:t>
            </w:r>
            <w:proofErr w:type="spellStart"/>
            <w:r w:rsidRPr="00A269A9">
              <w:rPr>
                <w:rFonts w:ascii="Times New Roman" w:hAnsi="Times New Roman" w:cs="Times New Roman"/>
                <w:sz w:val="24"/>
                <w:szCs w:val="24"/>
              </w:rPr>
              <w:t>planit</w:t>
            </w:r>
            <w:proofErr w:type="spellEnd"/>
          </w:p>
        </w:tc>
        <w:tc>
          <w:tcPr>
            <w:tcW w:w="1728" w:type="dxa"/>
          </w:tcPr>
          <w:p w14:paraId="297BAFB5" w14:textId="77777777" w:rsidR="008A15F4" w:rsidRPr="00A269A9" w:rsidRDefault="008A15F4"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Numri</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i</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marrëveshjeve</w:t>
            </w:r>
            <w:proofErr w:type="spellEnd"/>
            <w:r w:rsidRPr="00A269A9">
              <w:rPr>
                <w:rFonts w:ascii="Times New Roman" w:hAnsi="Times New Roman" w:cs="Times New Roman"/>
                <w:sz w:val="24"/>
                <w:szCs w:val="24"/>
              </w:rPr>
              <w:t xml:space="preserve"> / </w:t>
            </w:r>
            <w:proofErr w:type="spellStart"/>
            <w:r w:rsidRPr="00A269A9">
              <w:rPr>
                <w:rFonts w:ascii="Times New Roman" w:hAnsi="Times New Roman" w:cs="Times New Roman"/>
                <w:sz w:val="24"/>
                <w:szCs w:val="24"/>
              </w:rPr>
              <w:t>partneriteteve</w:t>
            </w:r>
            <w:proofErr w:type="spellEnd"/>
            <w:r w:rsidRPr="00A269A9">
              <w:rPr>
                <w:rFonts w:ascii="Times New Roman" w:hAnsi="Times New Roman" w:cs="Times New Roman"/>
                <w:sz w:val="24"/>
                <w:szCs w:val="24"/>
              </w:rPr>
              <w:t xml:space="preserve"> të </w:t>
            </w:r>
            <w:proofErr w:type="spellStart"/>
            <w:r w:rsidRPr="00A269A9">
              <w:rPr>
                <w:rFonts w:ascii="Times New Roman" w:hAnsi="Times New Roman" w:cs="Times New Roman"/>
                <w:sz w:val="24"/>
                <w:szCs w:val="24"/>
              </w:rPr>
              <w:t>reja</w:t>
            </w:r>
            <w:proofErr w:type="spellEnd"/>
          </w:p>
        </w:tc>
      </w:tr>
      <w:tr w:rsidR="008A15F4" w:rsidRPr="00A269A9" w14:paraId="43B2EE3D" w14:textId="77777777" w:rsidTr="00712ECB">
        <w:tc>
          <w:tcPr>
            <w:tcW w:w="1728" w:type="dxa"/>
          </w:tcPr>
          <w:p w14:paraId="596A6659" w14:textId="77777777" w:rsidR="008A15F4" w:rsidRPr="00A269A9" w:rsidRDefault="008A15F4" w:rsidP="00A269A9">
            <w:pPr>
              <w:jc w:val="both"/>
              <w:rPr>
                <w:rFonts w:ascii="Times New Roman" w:hAnsi="Times New Roman" w:cs="Times New Roman"/>
                <w:sz w:val="24"/>
                <w:szCs w:val="24"/>
              </w:rPr>
            </w:pPr>
            <w:r w:rsidRPr="00A269A9">
              <w:rPr>
                <w:rFonts w:ascii="Times New Roman" w:hAnsi="Times New Roman" w:cs="Times New Roman"/>
                <w:sz w:val="24"/>
                <w:szCs w:val="24"/>
              </w:rPr>
              <w:t>Media</w:t>
            </w:r>
          </w:p>
        </w:tc>
        <w:tc>
          <w:tcPr>
            <w:tcW w:w="1728" w:type="dxa"/>
          </w:tcPr>
          <w:p w14:paraId="61E550FA" w14:textId="77777777" w:rsidR="008A15F4" w:rsidRPr="00A269A9" w:rsidRDefault="008A15F4"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Rritje</w:t>
            </w:r>
            <w:proofErr w:type="spellEnd"/>
            <w:r w:rsidRPr="00A269A9">
              <w:rPr>
                <w:rFonts w:ascii="Times New Roman" w:hAnsi="Times New Roman" w:cs="Times New Roman"/>
                <w:sz w:val="24"/>
                <w:szCs w:val="24"/>
              </w:rPr>
              <w:t xml:space="preserve"> e </w:t>
            </w:r>
            <w:proofErr w:type="spellStart"/>
            <w:r w:rsidRPr="00A269A9">
              <w:rPr>
                <w:rFonts w:ascii="Times New Roman" w:hAnsi="Times New Roman" w:cs="Times New Roman"/>
                <w:sz w:val="24"/>
                <w:szCs w:val="24"/>
              </w:rPr>
              <w:t>transparencës</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dhe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ndërgjegjësimit</w:t>
            </w:r>
            <w:proofErr w:type="spellEnd"/>
            <w:r w:rsidRPr="00A269A9">
              <w:rPr>
                <w:rFonts w:ascii="Times New Roman" w:hAnsi="Times New Roman" w:cs="Times New Roman"/>
                <w:sz w:val="24"/>
                <w:szCs w:val="24"/>
              </w:rPr>
              <w:t xml:space="preserve"> </w:t>
            </w:r>
            <w:r w:rsidR="0098218D" w:rsidRPr="00A269A9">
              <w:rPr>
                <w:rFonts w:ascii="Times New Roman" w:hAnsi="Times New Roman" w:cs="Times New Roman"/>
                <w:sz w:val="24"/>
                <w:szCs w:val="24"/>
              </w:rPr>
              <w:t>public</w:t>
            </w:r>
          </w:p>
        </w:tc>
        <w:tc>
          <w:tcPr>
            <w:tcW w:w="1728" w:type="dxa"/>
          </w:tcPr>
          <w:p w14:paraId="35606F32" w14:textId="77777777" w:rsidR="008A15F4" w:rsidRPr="005B1542" w:rsidRDefault="008A15F4"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Konferenca shtypi, njoftime për media</w:t>
            </w:r>
          </w:p>
        </w:tc>
        <w:tc>
          <w:tcPr>
            <w:tcW w:w="1728" w:type="dxa"/>
          </w:tcPr>
          <w:p w14:paraId="4F96ABFA" w14:textId="77777777" w:rsidR="008A15F4" w:rsidRPr="005B1542" w:rsidRDefault="008A15F4"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Strehimi social është prioritet i Bashkisë Prrenjas</w:t>
            </w:r>
          </w:p>
        </w:tc>
        <w:tc>
          <w:tcPr>
            <w:tcW w:w="1728" w:type="dxa"/>
          </w:tcPr>
          <w:p w14:paraId="6250755A" w14:textId="77777777" w:rsidR="008A15F4" w:rsidRPr="00A269A9" w:rsidRDefault="008A15F4"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Numri</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i</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publikimeve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mbulim</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mediatik</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i</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balancuar</w:t>
            </w:r>
            <w:proofErr w:type="spellEnd"/>
          </w:p>
        </w:tc>
      </w:tr>
      <w:tr w:rsidR="008A15F4" w:rsidRPr="005B1542" w14:paraId="6B25D36C" w14:textId="77777777" w:rsidTr="00712ECB">
        <w:tc>
          <w:tcPr>
            <w:tcW w:w="1728" w:type="dxa"/>
          </w:tcPr>
          <w:p w14:paraId="426A6D41" w14:textId="77777777" w:rsidR="008A15F4" w:rsidRPr="00A269A9" w:rsidRDefault="008A15F4"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Administrata</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vendore</w:t>
            </w:r>
            <w:proofErr w:type="spellEnd"/>
          </w:p>
        </w:tc>
        <w:tc>
          <w:tcPr>
            <w:tcW w:w="1728" w:type="dxa"/>
          </w:tcPr>
          <w:p w14:paraId="07EE4151" w14:textId="77777777" w:rsidR="008A15F4" w:rsidRPr="00A269A9" w:rsidRDefault="008A15F4"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Trajnim</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dhe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koordinim</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për</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zbatim</w:t>
            </w:r>
            <w:proofErr w:type="spellEnd"/>
            <w:r w:rsidRPr="00A269A9">
              <w:rPr>
                <w:rFonts w:ascii="Times New Roman" w:hAnsi="Times New Roman" w:cs="Times New Roman"/>
                <w:sz w:val="24"/>
                <w:szCs w:val="24"/>
              </w:rPr>
              <w:t xml:space="preserve"> të </w:t>
            </w:r>
            <w:proofErr w:type="spellStart"/>
            <w:r w:rsidRPr="00A269A9">
              <w:rPr>
                <w:rFonts w:ascii="Times New Roman" w:hAnsi="Times New Roman" w:cs="Times New Roman"/>
                <w:sz w:val="24"/>
                <w:szCs w:val="24"/>
              </w:rPr>
              <w:t>suksesshëm</w:t>
            </w:r>
            <w:proofErr w:type="spellEnd"/>
          </w:p>
        </w:tc>
        <w:tc>
          <w:tcPr>
            <w:tcW w:w="1728" w:type="dxa"/>
          </w:tcPr>
          <w:p w14:paraId="5A4C66B6" w14:textId="77777777" w:rsidR="008A15F4" w:rsidRPr="00A269A9" w:rsidRDefault="008A15F4"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Udhëzime</w:t>
            </w:r>
            <w:proofErr w:type="spellEnd"/>
            <w:r w:rsidRPr="00A269A9">
              <w:rPr>
                <w:rFonts w:ascii="Times New Roman" w:hAnsi="Times New Roman" w:cs="Times New Roman"/>
                <w:sz w:val="24"/>
                <w:szCs w:val="24"/>
              </w:rPr>
              <w:t xml:space="preserve"> të </w:t>
            </w:r>
            <w:proofErr w:type="spellStart"/>
            <w:r w:rsidRPr="00A269A9">
              <w:rPr>
                <w:rFonts w:ascii="Times New Roman" w:hAnsi="Times New Roman" w:cs="Times New Roman"/>
                <w:sz w:val="24"/>
                <w:szCs w:val="24"/>
              </w:rPr>
              <w:t>brendshme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trajnim</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manuale</w:t>
            </w:r>
            <w:proofErr w:type="spellEnd"/>
          </w:p>
        </w:tc>
        <w:tc>
          <w:tcPr>
            <w:tcW w:w="1728" w:type="dxa"/>
          </w:tcPr>
          <w:p w14:paraId="400D4D5A" w14:textId="77777777" w:rsidR="008A15F4" w:rsidRPr="00A269A9" w:rsidRDefault="008A15F4"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Zbatimi</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i</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planit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kërkon</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standarde</w:t>
            </w:r>
            <w:proofErr w:type="spellEnd"/>
            <w:r w:rsidRPr="00A269A9">
              <w:rPr>
                <w:rFonts w:ascii="Times New Roman" w:hAnsi="Times New Roman" w:cs="Times New Roman"/>
                <w:sz w:val="24"/>
                <w:szCs w:val="24"/>
              </w:rPr>
              <w:t xml:space="preserve"> të </w:t>
            </w:r>
            <w:proofErr w:type="spellStart"/>
            <w:r w:rsidRPr="00A269A9">
              <w:rPr>
                <w:rFonts w:ascii="Times New Roman" w:hAnsi="Times New Roman" w:cs="Times New Roman"/>
                <w:sz w:val="24"/>
                <w:szCs w:val="24"/>
              </w:rPr>
              <w:t>njëtrajtshme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dhe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transparencë</w:t>
            </w:r>
            <w:proofErr w:type="spellEnd"/>
          </w:p>
        </w:tc>
        <w:tc>
          <w:tcPr>
            <w:tcW w:w="1728" w:type="dxa"/>
          </w:tcPr>
          <w:p w14:paraId="595D4B7D" w14:textId="77777777" w:rsidR="008A15F4" w:rsidRPr="005B1542" w:rsidRDefault="008A15F4"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Numri i trajnimeve; % e stafit të certifikuar për zbatimin e procedurave</w:t>
            </w:r>
          </w:p>
        </w:tc>
      </w:tr>
    </w:tbl>
    <w:p w14:paraId="252CCE59" w14:textId="77777777" w:rsidR="008A15F4" w:rsidRPr="005B1542" w:rsidRDefault="008A15F4" w:rsidP="00A269A9">
      <w:pPr>
        <w:jc w:val="both"/>
        <w:rPr>
          <w:rFonts w:ascii="Times New Roman" w:hAnsi="Times New Roman" w:cs="Times New Roman"/>
          <w:sz w:val="24"/>
          <w:szCs w:val="24"/>
          <w:lang w:val="it-IT"/>
        </w:rPr>
      </w:pPr>
    </w:p>
    <w:p w14:paraId="42F4E667" w14:textId="77777777" w:rsidR="008A15F4" w:rsidRPr="00A269A9" w:rsidRDefault="008A15F4" w:rsidP="00A269A9">
      <w:pPr>
        <w:jc w:val="both"/>
        <w:rPr>
          <w:rFonts w:ascii="Times New Roman" w:hAnsi="Times New Roman" w:cs="Times New Roman"/>
          <w:sz w:val="24"/>
          <w:szCs w:val="24"/>
        </w:rPr>
      </w:pPr>
      <w:r w:rsidRPr="00A269A9">
        <w:rPr>
          <w:rFonts w:ascii="Times New Roman" w:hAnsi="Times New Roman" w:cs="Times New Roman"/>
          <w:sz w:val="24"/>
          <w:szCs w:val="24"/>
        </w:rPr>
        <w:t xml:space="preserve">Ky plan </w:t>
      </w:r>
      <w:proofErr w:type="spellStart"/>
      <w:r w:rsidRPr="00A269A9">
        <w:rPr>
          <w:rFonts w:ascii="Times New Roman" w:hAnsi="Times New Roman" w:cs="Times New Roman"/>
          <w:sz w:val="24"/>
          <w:szCs w:val="24"/>
        </w:rPr>
        <w:t>komunikimi</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dhe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përfshirjeje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qytetare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siguron</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që</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procesi</w:t>
      </w:r>
      <w:proofErr w:type="spellEnd"/>
      <w:r w:rsidRPr="00A269A9">
        <w:rPr>
          <w:rFonts w:ascii="Times New Roman" w:hAnsi="Times New Roman" w:cs="Times New Roman"/>
          <w:sz w:val="24"/>
          <w:szCs w:val="24"/>
        </w:rPr>
        <w:t xml:space="preserve"> të </w:t>
      </w:r>
      <w:proofErr w:type="spellStart"/>
      <w:r w:rsidRPr="00A269A9">
        <w:rPr>
          <w:rFonts w:ascii="Times New Roman" w:hAnsi="Times New Roman" w:cs="Times New Roman"/>
          <w:sz w:val="24"/>
          <w:szCs w:val="24"/>
        </w:rPr>
        <w:t>jetë</w:t>
      </w:r>
      <w:proofErr w:type="spellEnd"/>
      <w:r w:rsidRPr="00A269A9">
        <w:rPr>
          <w:rFonts w:ascii="Times New Roman" w:hAnsi="Times New Roman" w:cs="Times New Roman"/>
          <w:sz w:val="24"/>
          <w:szCs w:val="24"/>
        </w:rPr>
        <w:t xml:space="preserve"> transparent, </w:t>
      </w:r>
      <w:proofErr w:type="spellStart"/>
      <w:r w:rsidRPr="00A269A9">
        <w:rPr>
          <w:rFonts w:ascii="Times New Roman" w:hAnsi="Times New Roman" w:cs="Times New Roman"/>
          <w:sz w:val="24"/>
          <w:szCs w:val="24"/>
        </w:rPr>
        <w:t>gjithëpërfshirës</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dhe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i</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matshëm</w:t>
      </w:r>
      <w:proofErr w:type="spellEnd"/>
      <w:r w:rsidRPr="00A269A9">
        <w:rPr>
          <w:rFonts w:ascii="Times New Roman" w:hAnsi="Times New Roman" w:cs="Times New Roman"/>
          <w:sz w:val="24"/>
          <w:szCs w:val="24"/>
        </w:rPr>
        <w:t xml:space="preserve">, duke </w:t>
      </w:r>
      <w:proofErr w:type="spellStart"/>
      <w:r w:rsidRPr="00A269A9">
        <w:rPr>
          <w:rFonts w:ascii="Times New Roman" w:hAnsi="Times New Roman" w:cs="Times New Roman"/>
          <w:sz w:val="24"/>
          <w:szCs w:val="24"/>
        </w:rPr>
        <w:t>i</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kthyer</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qytetarët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dhe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partnerët</w:t>
      </w:r>
      <w:proofErr w:type="spellEnd"/>
      <w:r w:rsidRPr="00A269A9">
        <w:rPr>
          <w:rFonts w:ascii="Times New Roman" w:hAnsi="Times New Roman" w:cs="Times New Roman"/>
          <w:sz w:val="24"/>
          <w:szCs w:val="24"/>
        </w:rPr>
        <w:t xml:space="preserve"> në </w:t>
      </w:r>
      <w:proofErr w:type="spellStart"/>
      <w:r w:rsidRPr="00A269A9">
        <w:rPr>
          <w:rFonts w:ascii="Times New Roman" w:hAnsi="Times New Roman" w:cs="Times New Roman"/>
          <w:sz w:val="24"/>
          <w:szCs w:val="24"/>
        </w:rPr>
        <w:t>pjesëmarrës</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aktivë</w:t>
      </w:r>
      <w:proofErr w:type="spellEnd"/>
      <w:r w:rsidRPr="00A269A9">
        <w:rPr>
          <w:rFonts w:ascii="Times New Roman" w:hAnsi="Times New Roman" w:cs="Times New Roman"/>
          <w:sz w:val="24"/>
          <w:szCs w:val="24"/>
        </w:rPr>
        <w:t xml:space="preserve"> të </w:t>
      </w:r>
      <w:proofErr w:type="spellStart"/>
      <w:r w:rsidRPr="00A269A9">
        <w:rPr>
          <w:rFonts w:ascii="Times New Roman" w:hAnsi="Times New Roman" w:cs="Times New Roman"/>
          <w:sz w:val="24"/>
          <w:szCs w:val="24"/>
        </w:rPr>
        <w:t>zbatimit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Kjo</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qasje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përputhet</w:t>
      </w:r>
      <w:proofErr w:type="spellEnd"/>
      <w:r w:rsidRPr="00A269A9">
        <w:rPr>
          <w:rFonts w:ascii="Times New Roman" w:hAnsi="Times New Roman" w:cs="Times New Roman"/>
          <w:sz w:val="24"/>
          <w:szCs w:val="24"/>
        </w:rPr>
        <w:t xml:space="preserve"> me </w:t>
      </w:r>
      <w:proofErr w:type="spellStart"/>
      <w:r w:rsidRPr="00A269A9">
        <w:rPr>
          <w:rFonts w:ascii="Times New Roman" w:hAnsi="Times New Roman" w:cs="Times New Roman"/>
          <w:sz w:val="24"/>
          <w:szCs w:val="24"/>
        </w:rPr>
        <w:t>parimet</w:t>
      </w:r>
      <w:proofErr w:type="spellEnd"/>
      <w:r w:rsidRPr="00A269A9">
        <w:rPr>
          <w:rFonts w:ascii="Times New Roman" w:hAnsi="Times New Roman" w:cs="Times New Roman"/>
          <w:sz w:val="24"/>
          <w:szCs w:val="24"/>
        </w:rPr>
        <w:t xml:space="preserve"> e </w:t>
      </w:r>
      <w:proofErr w:type="spellStart"/>
      <w:r w:rsidRPr="00A269A9">
        <w:rPr>
          <w:rFonts w:ascii="Times New Roman" w:hAnsi="Times New Roman" w:cs="Times New Roman"/>
          <w:sz w:val="24"/>
          <w:szCs w:val="24"/>
        </w:rPr>
        <w:t>mirëqeverisjes</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dhe</w:t>
      </w:r>
      <w:proofErr w:type="spellEnd"/>
      <w:r w:rsidRPr="00A269A9">
        <w:rPr>
          <w:rFonts w:ascii="Times New Roman" w:hAnsi="Times New Roman" w:cs="Times New Roman"/>
          <w:sz w:val="24"/>
          <w:szCs w:val="24"/>
        </w:rPr>
        <w:t xml:space="preserve"> e </w:t>
      </w:r>
      <w:proofErr w:type="spellStart"/>
      <w:r w:rsidRPr="00A269A9">
        <w:rPr>
          <w:rFonts w:ascii="Times New Roman" w:hAnsi="Times New Roman" w:cs="Times New Roman"/>
          <w:sz w:val="24"/>
          <w:szCs w:val="24"/>
        </w:rPr>
        <w:t>bën</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planin</w:t>
      </w:r>
      <w:proofErr w:type="spellEnd"/>
      <w:r w:rsidRPr="00A269A9">
        <w:rPr>
          <w:rFonts w:ascii="Times New Roman" w:hAnsi="Times New Roman" w:cs="Times New Roman"/>
          <w:sz w:val="24"/>
          <w:szCs w:val="24"/>
        </w:rPr>
        <w:t xml:space="preserve"> e </w:t>
      </w:r>
      <w:proofErr w:type="spellStart"/>
      <w:r w:rsidRPr="00A269A9">
        <w:rPr>
          <w:rFonts w:ascii="Times New Roman" w:hAnsi="Times New Roman" w:cs="Times New Roman"/>
          <w:sz w:val="24"/>
          <w:szCs w:val="24"/>
        </w:rPr>
        <w:t>strehimit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më</w:t>
      </w:r>
      <w:proofErr w:type="spellEnd"/>
      <w:r w:rsidRPr="00A269A9">
        <w:rPr>
          <w:rFonts w:ascii="Times New Roman" w:hAnsi="Times New Roman" w:cs="Times New Roman"/>
          <w:sz w:val="24"/>
          <w:szCs w:val="24"/>
        </w:rPr>
        <w:t xml:space="preserve"> të </w:t>
      </w:r>
      <w:proofErr w:type="spellStart"/>
      <w:r w:rsidRPr="00A269A9">
        <w:rPr>
          <w:rFonts w:ascii="Times New Roman" w:hAnsi="Times New Roman" w:cs="Times New Roman"/>
          <w:sz w:val="24"/>
          <w:szCs w:val="24"/>
        </w:rPr>
        <w:t>besueshëm</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më</w:t>
      </w:r>
      <w:proofErr w:type="spellEnd"/>
      <w:r w:rsidRPr="00A269A9">
        <w:rPr>
          <w:rFonts w:ascii="Times New Roman" w:hAnsi="Times New Roman" w:cs="Times New Roman"/>
          <w:sz w:val="24"/>
          <w:szCs w:val="24"/>
        </w:rPr>
        <w:t xml:space="preserve"> të </w:t>
      </w:r>
      <w:proofErr w:type="spellStart"/>
      <w:r w:rsidRPr="00A269A9">
        <w:rPr>
          <w:rFonts w:ascii="Times New Roman" w:hAnsi="Times New Roman" w:cs="Times New Roman"/>
          <w:sz w:val="24"/>
          <w:szCs w:val="24"/>
        </w:rPr>
        <w:t>kuptueshëm</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dhe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më</w:t>
      </w:r>
      <w:proofErr w:type="spellEnd"/>
      <w:r w:rsidRPr="00A269A9">
        <w:rPr>
          <w:rFonts w:ascii="Times New Roman" w:hAnsi="Times New Roman" w:cs="Times New Roman"/>
          <w:sz w:val="24"/>
          <w:szCs w:val="24"/>
        </w:rPr>
        <w:t xml:space="preserve"> të </w:t>
      </w:r>
      <w:proofErr w:type="spellStart"/>
      <w:r w:rsidRPr="00A269A9">
        <w:rPr>
          <w:rFonts w:ascii="Times New Roman" w:hAnsi="Times New Roman" w:cs="Times New Roman"/>
          <w:sz w:val="24"/>
          <w:szCs w:val="24"/>
        </w:rPr>
        <w:t>qëndrueshëm</w:t>
      </w:r>
      <w:proofErr w:type="spellEnd"/>
      <w:r w:rsidRPr="00A269A9">
        <w:rPr>
          <w:rFonts w:ascii="Times New Roman" w:hAnsi="Times New Roman" w:cs="Times New Roman"/>
          <w:sz w:val="24"/>
          <w:szCs w:val="24"/>
        </w:rPr>
        <w:t>.</w:t>
      </w:r>
    </w:p>
    <w:p w14:paraId="4837CE7D" w14:textId="77777777" w:rsidR="008A15F4" w:rsidRPr="00A269A9" w:rsidRDefault="008A15F4" w:rsidP="00A269A9">
      <w:pPr>
        <w:jc w:val="both"/>
        <w:rPr>
          <w:rFonts w:ascii="Times New Roman" w:hAnsi="Times New Roman" w:cs="Times New Roman"/>
          <w:sz w:val="24"/>
          <w:szCs w:val="24"/>
        </w:rPr>
      </w:pPr>
    </w:p>
    <w:p w14:paraId="1FF97FC8" w14:textId="77777777" w:rsidR="00BC52BC" w:rsidRPr="00A269A9" w:rsidRDefault="00BC52BC" w:rsidP="00A269A9">
      <w:pPr>
        <w:jc w:val="both"/>
        <w:rPr>
          <w:rFonts w:ascii="Times New Roman" w:hAnsi="Times New Roman" w:cs="Times New Roman"/>
          <w:sz w:val="24"/>
          <w:szCs w:val="24"/>
        </w:rPr>
      </w:pPr>
    </w:p>
    <w:p w14:paraId="41A7E47D" w14:textId="77777777" w:rsidR="00BC52BC" w:rsidRPr="00A269A9" w:rsidRDefault="00BC52BC" w:rsidP="00A269A9">
      <w:pPr>
        <w:jc w:val="both"/>
        <w:rPr>
          <w:rFonts w:ascii="Times New Roman" w:hAnsi="Times New Roman" w:cs="Times New Roman"/>
          <w:sz w:val="24"/>
          <w:szCs w:val="24"/>
        </w:rPr>
      </w:pPr>
    </w:p>
    <w:p w14:paraId="60F5582A" w14:textId="77777777" w:rsidR="00BC52BC" w:rsidRPr="00D97086" w:rsidRDefault="00BC52BC" w:rsidP="00B06CA4">
      <w:pPr>
        <w:jc w:val="both"/>
        <w:rPr>
          <w:rFonts w:ascii="Times New Roman" w:hAnsi="Times New Roman" w:cs="Times New Roman"/>
          <w:sz w:val="24"/>
          <w:szCs w:val="24"/>
        </w:rPr>
      </w:pPr>
    </w:p>
    <w:p w14:paraId="3F442B69" w14:textId="77777777" w:rsidR="00BC52BC" w:rsidRPr="00D97086" w:rsidRDefault="00BC52BC" w:rsidP="00B06CA4">
      <w:pPr>
        <w:jc w:val="both"/>
        <w:rPr>
          <w:rFonts w:ascii="Times New Roman" w:hAnsi="Times New Roman" w:cs="Times New Roman"/>
          <w:sz w:val="24"/>
          <w:szCs w:val="24"/>
        </w:rPr>
      </w:pPr>
    </w:p>
    <w:p w14:paraId="3542210E" w14:textId="77777777" w:rsidR="00BC52BC" w:rsidRPr="00D97086" w:rsidRDefault="00BC52BC" w:rsidP="00B06CA4">
      <w:pPr>
        <w:jc w:val="both"/>
        <w:rPr>
          <w:rFonts w:ascii="Times New Roman" w:hAnsi="Times New Roman" w:cs="Times New Roman"/>
          <w:sz w:val="24"/>
          <w:szCs w:val="24"/>
        </w:rPr>
      </w:pPr>
    </w:p>
    <w:p w14:paraId="44FADB9F" w14:textId="77777777" w:rsidR="00BC52BC" w:rsidRPr="00D97086" w:rsidRDefault="00BC52BC" w:rsidP="00B06CA4">
      <w:pPr>
        <w:jc w:val="both"/>
        <w:rPr>
          <w:rFonts w:ascii="Times New Roman" w:hAnsi="Times New Roman" w:cs="Times New Roman"/>
          <w:sz w:val="24"/>
          <w:szCs w:val="24"/>
        </w:rPr>
      </w:pPr>
    </w:p>
    <w:p w14:paraId="66C82BD1" w14:textId="77777777" w:rsidR="00BC52BC" w:rsidRPr="00D97086" w:rsidRDefault="00BC52BC" w:rsidP="00B06CA4">
      <w:pPr>
        <w:jc w:val="both"/>
        <w:rPr>
          <w:rFonts w:ascii="Times New Roman" w:hAnsi="Times New Roman" w:cs="Times New Roman"/>
          <w:sz w:val="24"/>
          <w:szCs w:val="24"/>
        </w:rPr>
      </w:pPr>
    </w:p>
    <w:p w14:paraId="2845CE97" w14:textId="77777777" w:rsidR="00BC52BC" w:rsidRPr="00D97086" w:rsidRDefault="00BC52BC" w:rsidP="00B06CA4">
      <w:pPr>
        <w:jc w:val="both"/>
        <w:rPr>
          <w:rFonts w:ascii="Times New Roman" w:hAnsi="Times New Roman" w:cs="Times New Roman"/>
          <w:sz w:val="24"/>
          <w:szCs w:val="24"/>
        </w:rPr>
      </w:pPr>
    </w:p>
    <w:p w14:paraId="19132C48" w14:textId="77777777" w:rsidR="00BC52BC" w:rsidRPr="00D97086" w:rsidRDefault="00BC52BC" w:rsidP="00B06CA4">
      <w:pPr>
        <w:jc w:val="both"/>
        <w:rPr>
          <w:rFonts w:ascii="Times New Roman" w:hAnsi="Times New Roman" w:cs="Times New Roman"/>
          <w:sz w:val="24"/>
          <w:szCs w:val="24"/>
        </w:rPr>
      </w:pPr>
    </w:p>
    <w:p w14:paraId="0F968D31" w14:textId="77777777" w:rsidR="00BC52BC" w:rsidRPr="00D97086" w:rsidRDefault="00BC52BC" w:rsidP="00B06CA4">
      <w:pPr>
        <w:jc w:val="both"/>
        <w:rPr>
          <w:rFonts w:ascii="Times New Roman" w:hAnsi="Times New Roman" w:cs="Times New Roman"/>
          <w:sz w:val="24"/>
          <w:szCs w:val="24"/>
        </w:rPr>
      </w:pPr>
    </w:p>
    <w:p w14:paraId="1DB34BC6" w14:textId="77777777" w:rsidR="00BC52BC" w:rsidRPr="00D97086" w:rsidRDefault="00BC52BC" w:rsidP="00B06CA4">
      <w:pPr>
        <w:jc w:val="both"/>
        <w:rPr>
          <w:rFonts w:ascii="Times New Roman" w:hAnsi="Times New Roman" w:cs="Times New Roman"/>
          <w:sz w:val="24"/>
          <w:szCs w:val="24"/>
        </w:rPr>
      </w:pPr>
    </w:p>
    <w:p w14:paraId="026E9C89" w14:textId="77777777" w:rsidR="00BC52BC" w:rsidRPr="00D97086" w:rsidRDefault="00BC52BC" w:rsidP="00B06CA4">
      <w:pPr>
        <w:jc w:val="both"/>
        <w:rPr>
          <w:rFonts w:ascii="Times New Roman" w:hAnsi="Times New Roman" w:cs="Times New Roman"/>
          <w:sz w:val="24"/>
          <w:szCs w:val="24"/>
        </w:rPr>
      </w:pPr>
    </w:p>
    <w:p w14:paraId="6877F0AF" w14:textId="77777777" w:rsidR="00BC52BC" w:rsidRPr="00D97086" w:rsidRDefault="00BC52BC" w:rsidP="00B06CA4">
      <w:pPr>
        <w:jc w:val="both"/>
        <w:rPr>
          <w:rFonts w:ascii="Times New Roman" w:hAnsi="Times New Roman" w:cs="Times New Roman"/>
          <w:sz w:val="24"/>
          <w:szCs w:val="24"/>
        </w:rPr>
      </w:pPr>
    </w:p>
    <w:p w14:paraId="5C595D44" w14:textId="77777777" w:rsidR="00BC52BC" w:rsidRPr="00D97086" w:rsidRDefault="00BC52BC" w:rsidP="00B06CA4">
      <w:pPr>
        <w:jc w:val="both"/>
        <w:rPr>
          <w:rFonts w:ascii="Times New Roman" w:hAnsi="Times New Roman" w:cs="Times New Roman"/>
          <w:sz w:val="24"/>
          <w:szCs w:val="24"/>
        </w:rPr>
      </w:pPr>
    </w:p>
    <w:p w14:paraId="6B5BD590" w14:textId="77777777" w:rsidR="00C95401" w:rsidRPr="00D97086" w:rsidRDefault="00F653AC" w:rsidP="0020237D">
      <w:pPr>
        <w:pStyle w:val="Heading1"/>
        <w:numPr>
          <w:ilvl w:val="0"/>
          <w:numId w:val="22"/>
        </w:numPr>
        <w:rPr>
          <w:rFonts w:ascii="Times New Roman" w:hAnsi="Times New Roman" w:cs="Times New Roman"/>
        </w:rPr>
      </w:pPr>
      <w:bookmarkStart w:id="20" w:name="_Toc209703447"/>
      <w:proofErr w:type="spellStart"/>
      <w:r w:rsidRPr="00D97086">
        <w:rPr>
          <w:rFonts w:ascii="Times New Roman" w:hAnsi="Times New Roman" w:cs="Times New Roman"/>
        </w:rPr>
        <w:t>Anekse</w:t>
      </w:r>
      <w:bookmarkEnd w:id="20"/>
      <w:proofErr w:type="spellEnd"/>
      <w:r w:rsidR="001858D4" w:rsidRPr="00D97086">
        <w:rPr>
          <w:rFonts w:ascii="Times New Roman" w:hAnsi="Times New Roman" w:cs="Times New Roman"/>
        </w:rPr>
        <w:t xml:space="preserve"> </w:t>
      </w:r>
    </w:p>
    <w:p w14:paraId="3D1CE9AD" w14:textId="77777777" w:rsidR="004245BA" w:rsidRPr="00D97086" w:rsidRDefault="004245BA" w:rsidP="00B06CA4">
      <w:pPr>
        <w:jc w:val="both"/>
        <w:rPr>
          <w:rFonts w:ascii="Times New Roman" w:hAnsi="Times New Roman" w:cs="Times New Roman"/>
          <w:sz w:val="24"/>
          <w:szCs w:val="24"/>
        </w:rPr>
      </w:pPr>
    </w:p>
    <w:p w14:paraId="193D6F23" w14:textId="77777777" w:rsidR="004E79D9" w:rsidRDefault="002B206A" w:rsidP="002706E6">
      <w:pPr>
        <w:pStyle w:val="Heading2"/>
        <w:rPr>
          <w:rFonts w:ascii="Times New Roman" w:hAnsi="Times New Roman" w:cs="Times New Roman"/>
          <w:b w:val="0"/>
        </w:rPr>
      </w:pPr>
      <w:bookmarkStart w:id="21" w:name="_Toc209703448"/>
      <w:proofErr w:type="spellStart"/>
      <w:r w:rsidRPr="00D97086">
        <w:rPr>
          <w:rFonts w:ascii="Times New Roman" w:hAnsi="Times New Roman" w:cs="Times New Roman"/>
          <w:b w:val="0"/>
        </w:rPr>
        <w:t>Aneksi</w:t>
      </w:r>
      <w:proofErr w:type="spellEnd"/>
      <w:r w:rsidRPr="00D97086">
        <w:rPr>
          <w:rFonts w:ascii="Times New Roman" w:hAnsi="Times New Roman" w:cs="Times New Roman"/>
          <w:b w:val="0"/>
        </w:rPr>
        <w:t xml:space="preserve"> 1</w:t>
      </w:r>
      <w:r w:rsidR="004E79D9" w:rsidRPr="00D97086">
        <w:rPr>
          <w:rFonts w:ascii="Times New Roman" w:hAnsi="Times New Roman" w:cs="Times New Roman"/>
          <w:b w:val="0"/>
        </w:rPr>
        <w:t xml:space="preserve"> </w:t>
      </w:r>
      <w:proofErr w:type="spellStart"/>
      <w:r w:rsidR="00737604" w:rsidRPr="00D97086">
        <w:rPr>
          <w:rFonts w:ascii="Times New Roman" w:hAnsi="Times New Roman" w:cs="Times New Roman"/>
          <w:b w:val="0"/>
        </w:rPr>
        <w:t>Kuadri</w:t>
      </w:r>
      <w:proofErr w:type="spellEnd"/>
      <w:r w:rsidR="00737604" w:rsidRPr="00D97086">
        <w:rPr>
          <w:rFonts w:ascii="Times New Roman" w:hAnsi="Times New Roman" w:cs="Times New Roman"/>
          <w:b w:val="0"/>
        </w:rPr>
        <w:t xml:space="preserve"> </w:t>
      </w:r>
      <w:proofErr w:type="spellStart"/>
      <w:r w:rsidR="00737604" w:rsidRPr="00D97086">
        <w:rPr>
          <w:rFonts w:ascii="Times New Roman" w:hAnsi="Times New Roman" w:cs="Times New Roman"/>
          <w:b w:val="0"/>
        </w:rPr>
        <w:t>ligjor</w:t>
      </w:r>
      <w:bookmarkEnd w:id="21"/>
      <w:proofErr w:type="spellEnd"/>
    </w:p>
    <w:p w14:paraId="64DD4AA9" w14:textId="77777777" w:rsidR="00A269A9" w:rsidRPr="00A269A9" w:rsidRDefault="00A269A9" w:rsidP="00A269A9"/>
    <w:p w14:paraId="18861109" w14:textId="77777777" w:rsidR="00A31237" w:rsidRPr="00A269A9" w:rsidRDefault="00A31237" w:rsidP="00A269A9">
      <w:pPr>
        <w:jc w:val="both"/>
        <w:rPr>
          <w:rFonts w:ascii="Times New Roman" w:hAnsi="Times New Roman" w:cs="Times New Roman"/>
          <w:sz w:val="24"/>
          <w:szCs w:val="24"/>
        </w:rPr>
      </w:pPr>
      <w:r w:rsidRPr="00A269A9">
        <w:rPr>
          <w:rFonts w:ascii="Times New Roman" w:hAnsi="Times New Roman" w:cs="Times New Roman"/>
          <w:sz w:val="24"/>
          <w:szCs w:val="24"/>
        </w:rPr>
        <w:t xml:space="preserve">Ky </w:t>
      </w:r>
      <w:proofErr w:type="spellStart"/>
      <w:r w:rsidRPr="00A269A9">
        <w:rPr>
          <w:rFonts w:ascii="Times New Roman" w:hAnsi="Times New Roman" w:cs="Times New Roman"/>
          <w:sz w:val="24"/>
          <w:szCs w:val="24"/>
        </w:rPr>
        <w:t>aneks</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paraqet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kuadrin</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ligjor</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dhe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nënligjor</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mbi</w:t>
      </w:r>
      <w:proofErr w:type="spellEnd"/>
      <w:r w:rsidRPr="00A269A9">
        <w:rPr>
          <w:rFonts w:ascii="Times New Roman" w:hAnsi="Times New Roman" w:cs="Times New Roman"/>
          <w:sz w:val="24"/>
          <w:szCs w:val="24"/>
        </w:rPr>
        <w:t xml:space="preserve"> të </w:t>
      </w:r>
      <w:proofErr w:type="spellStart"/>
      <w:r w:rsidRPr="00A269A9">
        <w:rPr>
          <w:rFonts w:ascii="Times New Roman" w:hAnsi="Times New Roman" w:cs="Times New Roman"/>
          <w:sz w:val="24"/>
          <w:szCs w:val="24"/>
        </w:rPr>
        <w:t>cilin</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mbështetet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Plani</w:t>
      </w:r>
      <w:proofErr w:type="spellEnd"/>
      <w:r w:rsidRPr="00A269A9">
        <w:rPr>
          <w:rFonts w:ascii="Times New Roman" w:hAnsi="Times New Roman" w:cs="Times New Roman"/>
          <w:sz w:val="24"/>
          <w:szCs w:val="24"/>
        </w:rPr>
        <w:t xml:space="preserve"> Vendor </w:t>
      </w:r>
      <w:proofErr w:type="spellStart"/>
      <w:r w:rsidRPr="00A269A9">
        <w:rPr>
          <w:rFonts w:ascii="Times New Roman" w:hAnsi="Times New Roman" w:cs="Times New Roman"/>
          <w:sz w:val="24"/>
          <w:szCs w:val="24"/>
        </w:rPr>
        <w:t>i</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Strehimit</w:t>
      </w:r>
      <w:proofErr w:type="spellEnd"/>
      <w:r w:rsidRPr="00A269A9">
        <w:rPr>
          <w:rFonts w:ascii="Times New Roman" w:hAnsi="Times New Roman" w:cs="Times New Roman"/>
          <w:sz w:val="24"/>
          <w:szCs w:val="24"/>
        </w:rPr>
        <w:t xml:space="preserve"> të </w:t>
      </w:r>
      <w:proofErr w:type="spellStart"/>
      <w:r w:rsidRPr="00A269A9">
        <w:rPr>
          <w:rFonts w:ascii="Times New Roman" w:hAnsi="Times New Roman" w:cs="Times New Roman"/>
          <w:sz w:val="24"/>
          <w:szCs w:val="24"/>
        </w:rPr>
        <w:t>Bashkisë</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Prrenjas</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dhe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mënyrën</w:t>
      </w:r>
      <w:proofErr w:type="spellEnd"/>
      <w:r w:rsidRPr="00A269A9">
        <w:rPr>
          <w:rFonts w:ascii="Times New Roman" w:hAnsi="Times New Roman" w:cs="Times New Roman"/>
          <w:sz w:val="24"/>
          <w:szCs w:val="24"/>
        </w:rPr>
        <w:t xml:space="preserve"> se </w:t>
      </w:r>
      <w:proofErr w:type="spellStart"/>
      <w:r w:rsidRPr="00A269A9">
        <w:rPr>
          <w:rFonts w:ascii="Times New Roman" w:hAnsi="Times New Roman" w:cs="Times New Roman"/>
          <w:sz w:val="24"/>
          <w:szCs w:val="24"/>
        </w:rPr>
        <w:t>si</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këto</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akte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adresohen</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konkretisht</w:t>
      </w:r>
      <w:proofErr w:type="spellEnd"/>
      <w:r w:rsidRPr="00A269A9">
        <w:rPr>
          <w:rFonts w:ascii="Times New Roman" w:hAnsi="Times New Roman" w:cs="Times New Roman"/>
          <w:sz w:val="24"/>
          <w:szCs w:val="24"/>
        </w:rPr>
        <w:t xml:space="preserve"> në </w:t>
      </w:r>
      <w:proofErr w:type="spellStart"/>
      <w:r w:rsidRPr="00A269A9">
        <w:rPr>
          <w:rFonts w:ascii="Times New Roman" w:hAnsi="Times New Roman" w:cs="Times New Roman"/>
          <w:sz w:val="24"/>
          <w:szCs w:val="24"/>
        </w:rPr>
        <w:t>përmbajtjen</w:t>
      </w:r>
      <w:proofErr w:type="spellEnd"/>
      <w:r w:rsidRPr="00A269A9">
        <w:rPr>
          <w:rFonts w:ascii="Times New Roman" w:hAnsi="Times New Roman" w:cs="Times New Roman"/>
          <w:sz w:val="24"/>
          <w:szCs w:val="24"/>
        </w:rPr>
        <w:t xml:space="preserve"> e </w:t>
      </w:r>
      <w:proofErr w:type="spellStart"/>
      <w:r w:rsidRPr="00A269A9">
        <w:rPr>
          <w:rFonts w:ascii="Times New Roman" w:hAnsi="Times New Roman" w:cs="Times New Roman"/>
          <w:sz w:val="24"/>
          <w:szCs w:val="24"/>
        </w:rPr>
        <w:t>tij</w:t>
      </w:r>
      <w:proofErr w:type="spellEnd"/>
      <w:r w:rsidRPr="00A269A9">
        <w:rPr>
          <w:rFonts w:ascii="Times New Roman" w:hAnsi="Times New Roman" w:cs="Times New Roman"/>
          <w:sz w:val="24"/>
          <w:szCs w:val="24"/>
        </w:rPr>
        <w:t>.</w:t>
      </w:r>
    </w:p>
    <w:p w14:paraId="6A483F5D" w14:textId="77777777" w:rsidR="00A31237" w:rsidRPr="00A269A9" w:rsidRDefault="00A31237" w:rsidP="00A269A9">
      <w:pPr>
        <w:pStyle w:val="ListParagraph"/>
        <w:numPr>
          <w:ilvl w:val="0"/>
          <w:numId w:val="20"/>
        </w:numPr>
        <w:jc w:val="both"/>
        <w:rPr>
          <w:rFonts w:ascii="Times New Roman" w:hAnsi="Times New Roman" w:cs="Times New Roman"/>
          <w:sz w:val="24"/>
          <w:szCs w:val="24"/>
        </w:rPr>
      </w:pPr>
      <w:proofErr w:type="spellStart"/>
      <w:r w:rsidRPr="00A269A9">
        <w:rPr>
          <w:rFonts w:ascii="Times New Roman" w:hAnsi="Times New Roman" w:cs="Times New Roman"/>
          <w:sz w:val="24"/>
          <w:szCs w:val="24"/>
        </w:rPr>
        <w:t>Tabela</w:t>
      </w:r>
      <w:proofErr w:type="spellEnd"/>
      <w:r w:rsidRPr="00A269A9">
        <w:rPr>
          <w:rFonts w:ascii="Times New Roman" w:hAnsi="Times New Roman" w:cs="Times New Roman"/>
          <w:sz w:val="24"/>
          <w:szCs w:val="24"/>
        </w:rPr>
        <w:t xml:space="preserve"> A </w:t>
      </w:r>
      <w:proofErr w:type="spellStart"/>
      <w:r w:rsidRPr="00A269A9">
        <w:rPr>
          <w:rFonts w:ascii="Times New Roman" w:hAnsi="Times New Roman" w:cs="Times New Roman"/>
          <w:sz w:val="24"/>
          <w:szCs w:val="24"/>
        </w:rPr>
        <w:t>përmbledh</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aktet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ligjore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dhe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nënligjore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që</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përcaktojnë</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kompetencat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instrumentet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dhe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standardet</w:t>
      </w:r>
      <w:proofErr w:type="spellEnd"/>
      <w:r w:rsidRPr="00A269A9">
        <w:rPr>
          <w:rFonts w:ascii="Times New Roman" w:hAnsi="Times New Roman" w:cs="Times New Roman"/>
          <w:sz w:val="24"/>
          <w:szCs w:val="24"/>
        </w:rPr>
        <w:t xml:space="preserve"> e </w:t>
      </w:r>
      <w:proofErr w:type="spellStart"/>
      <w:r w:rsidRPr="00A269A9">
        <w:rPr>
          <w:rFonts w:ascii="Times New Roman" w:hAnsi="Times New Roman" w:cs="Times New Roman"/>
          <w:sz w:val="24"/>
          <w:szCs w:val="24"/>
        </w:rPr>
        <w:t>strehimit</w:t>
      </w:r>
      <w:proofErr w:type="spellEnd"/>
      <w:r w:rsidRPr="00A269A9">
        <w:rPr>
          <w:rFonts w:ascii="Times New Roman" w:hAnsi="Times New Roman" w:cs="Times New Roman"/>
          <w:sz w:val="24"/>
          <w:szCs w:val="24"/>
        </w:rPr>
        <w:t xml:space="preserve"> social.</w:t>
      </w:r>
    </w:p>
    <w:p w14:paraId="70B3BC5B" w14:textId="77777777" w:rsidR="00A31237" w:rsidRPr="00A269A9" w:rsidRDefault="00A31237" w:rsidP="00A269A9">
      <w:pPr>
        <w:pStyle w:val="ListParagraph"/>
        <w:numPr>
          <w:ilvl w:val="0"/>
          <w:numId w:val="20"/>
        </w:numPr>
        <w:jc w:val="both"/>
        <w:rPr>
          <w:rFonts w:ascii="Times New Roman" w:hAnsi="Times New Roman" w:cs="Times New Roman"/>
          <w:sz w:val="24"/>
          <w:szCs w:val="24"/>
        </w:rPr>
      </w:pPr>
      <w:proofErr w:type="spellStart"/>
      <w:r w:rsidRPr="00A269A9">
        <w:rPr>
          <w:rFonts w:ascii="Times New Roman" w:hAnsi="Times New Roman" w:cs="Times New Roman"/>
          <w:sz w:val="24"/>
          <w:szCs w:val="24"/>
        </w:rPr>
        <w:t>Tabela</w:t>
      </w:r>
      <w:proofErr w:type="spellEnd"/>
      <w:r w:rsidRPr="00A269A9">
        <w:rPr>
          <w:rFonts w:ascii="Times New Roman" w:hAnsi="Times New Roman" w:cs="Times New Roman"/>
          <w:sz w:val="24"/>
          <w:szCs w:val="24"/>
        </w:rPr>
        <w:t xml:space="preserve"> B </w:t>
      </w:r>
      <w:proofErr w:type="spellStart"/>
      <w:r w:rsidRPr="00A269A9">
        <w:rPr>
          <w:rFonts w:ascii="Times New Roman" w:hAnsi="Times New Roman" w:cs="Times New Roman"/>
          <w:sz w:val="24"/>
          <w:szCs w:val="24"/>
        </w:rPr>
        <w:t>tregon</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mënyrën</w:t>
      </w:r>
      <w:proofErr w:type="spellEnd"/>
      <w:r w:rsidRPr="00A269A9">
        <w:rPr>
          <w:rFonts w:ascii="Times New Roman" w:hAnsi="Times New Roman" w:cs="Times New Roman"/>
          <w:sz w:val="24"/>
          <w:szCs w:val="24"/>
        </w:rPr>
        <w:t xml:space="preserve"> e </w:t>
      </w:r>
      <w:proofErr w:type="spellStart"/>
      <w:r w:rsidRPr="00A269A9">
        <w:rPr>
          <w:rFonts w:ascii="Times New Roman" w:hAnsi="Times New Roman" w:cs="Times New Roman"/>
          <w:sz w:val="24"/>
          <w:szCs w:val="24"/>
        </w:rPr>
        <w:t>adresimit</w:t>
      </w:r>
      <w:proofErr w:type="spellEnd"/>
      <w:r w:rsidRPr="00A269A9">
        <w:rPr>
          <w:rFonts w:ascii="Times New Roman" w:hAnsi="Times New Roman" w:cs="Times New Roman"/>
          <w:sz w:val="24"/>
          <w:szCs w:val="24"/>
        </w:rPr>
        <w:t xml:space="preserve"> të </w:t>
      </w:r>
      <w:proofErr w:type="spellStart"/>
      <w:r w:rsidRPr="00A269A9">
        <w:rPr>
          <w:rFonts w:ascii="Times New Roman" w:hAnsi="Times New Roman" w:cs="Times New Roman"/>
          <w:sz w:val="24"/>
          <w:szCs w:val="24"/>
        </w:rPr>
        <w:t>këtyre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kërkesave</w:t>
      </w:r>
      <w:proofErr w:type="spellEnd"/>
      <w:r w:rsidRPr="00A269A9">
        <w:rPr>
          <w:rFonts w:ascii="Times New Roman" w:hAnsi="Times New Roman" w:cs="Times New Roman"/>
          <w:sz w:val="24"/>
          <w:szCs w:val="24"/>
        </w:rPr>
        <w:t xml:space="preserve"> në plan, duke </w:t>
      </w:r>
      <w:proofErr w:type="spellStart"/>
      <w:r w:rsidRPr="00A269A9">
        <w:rPr>
          <w:rFonts w:ascii="Times New Roman" w:hAnsi="Times New Roman" w:cs="Times New Roman"/>
          <w:sz w:val="24"/>
          <w:szCs w:val="24"/>
        </w:rPr>
        <w:t>i</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lidhur</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dispozitat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ligjore</w:t>
      </w:r>
      <w:proofErr w:type="spellEnd"/>
      <w:r w:rsidRPr="00A269A9">
        <w:rPr>
          <w:rFonts w:ascii="Times New Roman" w:hAnsi="Times New Roman" w:cs="Times New Roman"/>
          <w:sz w:val="24"/>
          <w:szCs w:val="24"/>
        </w:rPr>
        <w:t xml:space="preserve"> me </w:t>
      </w:r>
      <w:proofErr w:type="spellStart"/>
      <w:r w:rsidRPr="00A269A9">
        <w:rPr>
          <w:rFonts w:ascii="Times New Roman" w:hAnsi="Times New Roman" w:cs="Times New Roman"/>
          <w:sz w:val="24"/>
          <w:szCs w:val="24"/>
        </w:rPr>
        <w:t>programet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masat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dhe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seksionet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përkatëse</w:t>
      </w:r>
      <w:proofErr w:type="spellEnd"/>
      <w:r w:rsidRPr="00A269A9">
        <w:rPr>
          <w:rFonts w:ascii="Times New Roman" w:hAnsi="Times New Roman" w:cs="Times New Roman"/>
          <w:sz w:val="24"/>
          <w:szCs w:val="24"/>
        </w:rPr>
        <w:t xml:space="preserve"> të </w:t>
      </w:r>
      <w:proofErr w:type="spellStart"/>
      <w:r w:rsidRPr="00A269A9">
        <w:rPr>
          <w:rFonts w:ascii="Times New Roman" w:hAnsi="Times New Roman" w:cs="Times New Roman"/>
          <w:sz w:val="24"/>
          <w:szCs w:val="24"/>
        </w:rPr>
        <w:t>dokumentit</w:t>
      </w:r>
      <w:proofErr w:type="spellEnd"/>
      <w:r w:rsidRPr="00A269A9">
        <w:rPr>
          <w:rFonts w:ascii="Times New Roman" w:hAnsi="Times New Roman" w:cs="Times New Roman"/>
          <w:sz w:val="24"/>
          <w:szCs w:val="24"/>
        </w:rPr>
        <w:t>.</w:t>
      </w:r>
    </w:p>
    <w:p w14:paraId="3A4DECA4" w14:textId="77777777" w:rsidR="004E79D9" w:rsidRPr="00A269A9" w:rsidRDefault="004E79D9"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Tabela</w:t>
      </w:r>
      <w:proofErr w:type="spellEnd"/>
      <w:r w:rsidRPr="00A269A9">
        <w:rPr>
          <w:rFonts w:ascii="Times New Roman" w:hAnsi="Times New Roman" w:cs="Times New Roman"/>
          <w:sz w:val="24"/>
          <w:szCs w:val="24"/>
        </w:rPr>
        <w:t xml:space="preserve"> A. </w:t>
      </w:r>
      <w:proofErr w:type="spellStart"/>
      <w:r w:rsidRPr="00A269A9">
        <w:rPr>
          <w:rFonts w:ascii="Times New Roman" w:hAnsi="Times New Roman" w:cs="Times New Roman"/>
          <w:sz w:val="24"/>
          <w:szCs w:val="24"/>
        </w:rPr>
        <w:t>Kuadri</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ligjor</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dhe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politik</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që</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mbështet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Planin</w:t>
      </w:r>
      <w:proofErr w:type="spellEnd"/>
      <w:r w:rsidRPr="00A269A9">
        <w:rPr>
          <w:rFonts w:ascii="Times New Roman" w:hAnsi="Times New Roman" w:cs="Times New Roman"/>
          <w:sz w:val="24"/>
          <w:szCs w:val="24"/>
        </w:rPr>
        <w:t xml:space="preserve"> Vendor të </w:t>
      </w:r>
      <w:proofErr w:type="spellStart"/>
      <w:r w:rsidRPr="00A269A9">
        <w:rPr>
          <w:rFonts w:ascii="Times New Roman" w:hAnsi="Times New Roman" w:cs="Times New Roman"/>
          <w:sz w:val="24"/>
          <w:szCs w:val="24"/>
        </w:rPr>
        <w:t>Strehimit</w:t>
      </w:r>
      <w:proofErr w:type="spellEnd"/>
      <w:r w:rsidRPr="00A269A9">
        <w:rPr>
          <w:rFonts w:ascii="Times New Roman" w:hAnsi="Times New Roman" w:cs="Times New Roman"/>
          <w:sz w:val="24"/>
          <w:szCs w:val="24"/>
        </w:rPr>
        <w:t xml:space="preserve"> të </w:t>
      </w:r>
      <w:proofErr w:type="spellStart"/>
      <w:r w:rsidRPr="00A269A9">
        <w:rPr>
          <w:rFonts w:ascii="Times New Roman" w:hAnsi="Times New Roman" w:cs="Times New Roman"/>
          <w:sz w:val="24"/>
          <w:szCs w:val="24"/>
        </w:rPr>
        <w:t>Bashkisë</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Prrenjas</w:t>
      </w:r>
      <w:proofErr w:type="spellEnd"/>
    </w:p>
    <w:tbl>
      <w:tblPr>
        <w:tblW w:w="9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8"/>
        <w:gridCol w:w="1930"/>
        <w:gridCol w:w="1710"/>
        <w:gridCol w:w="3780"/>
      </w:tblGrid>
      <w:tr w:rsidR="004E79D9" w:rsidRPr="00A269A9" w14:paraId="4FC6844E" w14:textId="77777777" w:rsidTr="00BC52BC">
        <w:tc>
          <w:tcPr>
            <w:tcW w:w="1598" w:type="dxa"/>
            <w:shd w:val="clear" w:color="auto" w:fill="EAF1DD" w:themeFill="accent3" w:themeFillTint="33"/>
          </w:tcPr>
          <w:p w14:paraId="5A7C1389" w14:textId="77777777" w:rsidR="004E79D9" w:rsidRPr="00A269A9" w:rsidRDefault="004E79D9" w:rsidP="00A269A9">
            <w:pPr>
              <w:jc w:val="both"/>
              <w:rPr>
                <w:rFonts w:ascii="Times New Roman" w:hAnsi="Times New Roman" w:cs="Times New Roman"/>
                <w:b/>
                <w:sz w:val="24"/>
                <w:szCs w:val="24"/>
              </w:rPr>
            </w:pPr>
            <w:r w:rsidRPr="00A269A9">
              <w:rPr>
                <w:rFonts w:ascii="Times New Roman" w:hAnsi="Times New Roman" w:cs="Times New Roman"/>
                <w:b/>
                <w:sz w:val="24"/>
                <w:szCs w:val="24"/>
              </w:rPr>
              <w:t>Ligh/VKM</w:t>
            </w:r>
          </w:p>
        </w:tc>
        <w:tc>
          <w:tcPr>
            <w:tcW w:w="1930" w:type="dxa"/>
            <w:shd w:val="clear" w:color="auto" w:fill="EAF1DD" w:themeFill="accent3" w:themeFillTint="33"/>
          </w:tcPr>
          <w:p w14:paraId="6506654E" w14:textId="77777777" w:rsidR="004E79D9" w:rsidRPr="00A269A9" w:rsidRDefault="004E79D9" w:rsidP="00A269A9">
            <w:pPr>
              <w:jc w:val="both"/>
              <w:rPr>
                <w:rFonts w:ascii="Times New Roman" w:hAnsi="Times New Roman" w:cs="Times New Roman"/>
                <w:b/>
                <w:sz w:val="24"/>
                <w:szCs w:val="24"/>
              </w:rPr>
            </w:pPr>
            <w:proofErr w:type="spellStart"/>
            <w:r w:rsidRPr="00A269A9">
              <w:rPr>
                <w:rFonts w:ascii="Times New Roman" w:hAnsi="Times New Roman" w:cs="Times New Roman"/>
                <w:b/>
                <w:sz w:val="24"/>
                <w:szCs w:val="24"/>
              </w:rPr>
              <w:t>Fokusi</w:t>
            </w:r>
            <w:proofErr w:type="spellEnd"/>
            <w:r w:rsidRPr="00A269A9">
              <w:rPr>
                <w:rFonts w:ascii="Times New Roman" w:hAnsi="Times New Roman" w:cs="Times New Roman"/>
                <w:b/>
                <w:sz w:val="24"/>
                <w:szCs w:val="24"/>
              </w:rPr>
              <w:t xml:space="preserve"> </w:t>
            </w:r>
            <w:proofErr w:type="spellStart"/>
            <w:r w:rsidRPr="00A269A9">
              <w:rPr>
                <w:rFonts w:ascii="Times New Roman" w:hAnsi="Times New Roman" w:cs="Times New Roman"/>
                <w:b/>
                <w:sz w:val="24"/>
                <w:szCs w:val="24"/>
              </w:rPr>
              <w:t>për</w:t>
            </w:r>
            <w:proofErr w:type="spellEnd"/>
            <w:r w:rsidRPr="00A269A9">
              <w:rPr>
                <w:rFonts w:ascii="Times New Roman" w:hAnsi="Times New Roman" w:cs="Times New Roman"/>
                <w:b/>
                <w:sz w:val="24"/>
                <w:szCs w:val="24"/>
              </w:rPr>
              <w:t xml:space="preserve"> </w:t>
            </w:r>
            <w:proofErr w:type="spellStart"/>
            <w:r w:rsidRPr="00A269A9">
              <w:rPr>
                <w:rFonts w:ascii="Times New Roman" w:hAnsi="Times New Roman" w:cs="Times New Roman"/>
                <w:b/>
                <w:sz w:val="24"/>
                <w:szCs w:val="24"/>
              </w:rPr>
              <w:t>planin</w:t>
            </w:r>
            <w:proofErr w:type="spellEnd"/>
          </w:p>
        </w:tc>
        <w:tc>
          <w:tcPr>
            <w:tcW w:w="1710" w:type="dxa"/>
            <w:shd w:val="clear" w:color="auto" w:fill="EAF1DD" w:themeFill="accent3" w:themeFillTint="33"/>
          </w:tcPr>
          <w:p w14:paraId="416948D0" w14:textId="77777777" w:rsidR="004E79D9" w:rsidRPr="00A269A9" w:rsidRDefault="004E79D9" w:rsidP="00A269A9">
            <w:pPr>
              <w:jc w:val="both"/>
              <w:rPr>
                <w:rFonts w:ascii="Times New Roman" w:hAnsi="Times New Roman" w:cs="Times New Roman"/>
                <w:b/>
                <w:sz w:val="24"/>
                <w:szCs w:val="24"/>
              </w:rPr>
            </w:pPr>
            <w:proofErr w:type="spellStart"/>
            <w:r w:rsidRPr="00A269A9">
              <w:rPr>
                <w:rFonts w:ascii="Times New Roman" w:hAnsi="Times New Roman" w:cs="Times New Roman"/>
                <w:b/>
                <w:sz w:val="24"/>
                <w:szCs w:val="24"/>
              </w:rPr>
              <w:t>Elementët</w:t>
            </w:r>
            <w:proofErr w:type="spellEnd"/>
            <w:r w:rsidRPr="00A269A9">
              <w:rPr>
                <w:rFonts w:ascii="Times New Roman" w:hAnsi="Times New Roman" w:cs="Times New Roman"/>
                <w:b/>
                <w:sz w:val="24"/>
                <w:szCs w:val="24"/>
              </w:rPr>
              <w:t xml:space="preserve">/Nenet </w:t>
            </w:r>
            <w:proofErr w:type="spellStart"/>
            <w:r w:rsidRPr="00A269A9">
              <w:rPr>
                <w:rFonts w:ascii="Times New Roman" w:hAnsi="Times New Roman" w:cs="Times New Roman"/>
                <w:b/>
                <w:sz w:val="24"/>
                <w:szCs w:val="24"/>
              </w:rPr>
              <w:t>kyç</w:t>
            </w:r>
            <w:proofErr w:type="spellEnd"/>
          </w:p>
        </w:tc>
        <w:tc>
          <w:tcPr>
            <w:tcW w:w="3780" w:type="dxa"/>
            <w:shd w:val="clear" w:color="auto" w:fill="EAF1DD" w:themeFill="accent3" w:themeFillTint="33"/>
          </w:tcPr>
          <w:p w14:paraId="7F1B277B" w14:textId="77777777" w:rsidR="004E79D9" w:rsidRPr="00A269A9" w:rsidRDefault="004E79D9" w:rsidP="00A269A9">
            <w:pPr>
              <w:jc w:val="both"/>
              <w:rPr>
                <w:rFonts w:ascii="Times New Roman" w:hAnsi="Times New Roman" w:cs="Times New Roman"/>
                <w:b/>
                <w:sz w:val="24"/>
                <w:szCs w:val="24"/>
              </w:rPr>
            </w:pPr>
            <w:proofErr w:type="spellStart"/>
            <w:r w:rsidRPr="00A269A9">
              <w:rPr>
                <w:rFonts w:ascii="Times New Roman" w:hAnsi="Times New Roman" w:cs="Times New Roman"/>
                <w:b/>
                <w:sz w:val="24"/>
                <w:szCs w:val="24"/>
              </w:rPr>
              <w:t>Zbatimi</w:t>
            </w:r>
            <w:proofErr w:type="spellEnd"/>
            <w:r w:rsidRPr="00A269A9">
              <w:rPr>
                <w:rFonts w:ascii="Times New Roman" w:hAnsi="Times New Roman" w:cs="Times New Roman"/>
                <w:b/>
                <w:sz w:val="24"/>
                <w:szCs w:val="24"/>
              </w:rPr>
              <w:t xml:space="preserve"> në plan</w:t>
            </w:r>
          </w:p>
        </w:tc>
      </w:tr>
      <w:tr w:rsidR="004E79D9" w:rsidRPr="00A269A9" w14:paraId="601AB278" w14:textId="77777777" w:rsidTr="00CE392B">
        <w:tc>
          <w:tcPr>
            <w:tcW w:w="1598" w:type="dxa"/>
          </w:tcPr>
          <w:p w14:paraId="0DCE9076" w14:textId="77777777" w:rsidR="004E79D9" w:rsidRPr="00A269A9" w:rsidRDefault="004E79D9"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Ligji</w:t>
            </w:r>
            <w:proofErr w:type="spellEnd"/>
            <w:r w:rsidRPr="00A269A9">
              <w:rPr>
                <w:rFonts w:ascii="Times New Roman" w:hAnsi="Times New Roman" w:cs="Times New Roman"/>
                <w:sz w:val="24"/>
                <w:szCs w:val="24"/>
              </w:rPr>
              <w:t xml:space="preserve"> nr. 22/2018, </w:t>
            </w:r>
            <w:proofErr w:type="spellStart"/>
            <w:r w:rsidRPr="00A269A9">
              <w:rPr>
                <w:rFonts w:ascii="Times New Roman" w:hAnsi="Times New Roman" w:cs="Times New Roman"/>
                <w:sz w:val="24"/>
                <w:szCs w:val="24"/>
              </w:rPr>
              <w:t>i</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ndryshuar</w:t>
            </w:r>
            <w:proofErr w:type="spellEnd"/>
            <w:r w:rsidRPr="00A269A9">
              <w:rPr>
                <w:rFonts w:ascii="Times New Roman" w:hAnsi="Times New Roman" w:cs="Times New Roman"/>
                <w:sz w:val="24"/>
                <w:szCs w:val="24"/>
              </w:rPr>
              <w:t xml:space="preserve"> – “</w:t>
            </w:r>
            <w:proofErr w:type="spellStart"/>
            <w:r w:rsidRPr="00A269A9">
              <w:rPr>
                <w:rFonts w:ascii="Times New Roman" w:hAnsi="Times New Roman" w:cs="Times New Roman"/>
                <w:sz w:val="24"/>
                <w:szCs w:val="24"/>
              </w:rPr>
              <w:t>Për</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strehimin</w:t>
            </w:r>
            <w:proofErr w:type="spellEnd"/>
            <w:r w:rsidRPr="00A269A9">
              <w:rPr>
                <w:rFonts w:ascii="Times New Roman" w:hAnsi="Times New Roman" w:cs="Times New Roman"/>
                <w:sz w:val="24"/>
                <w:szCs w:val="24"/>
              </w:rPr>
              <w:t xml:space="preserve"> social”</w:t>
            </w:r>
          </w:p>
        </w:tc>
        <w:tc>
          <w:tcPr>
            <w:tcW w:w="1930" w:type="dxa"/>
          </w:tcPr>
          <w:p w14:paraId="4888B677" w14:textId="77777777" w:rsidR="004E79D9" w:rsidRPr="005B1542" w:rsidRDefault="004E79D9"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Programe strehimi social; kritere; kompetenca vendore</w:t>
            </w:r>
          </w:p>
        </w:tc>
        <w:tc>
          <w:tcPr>
            <w:tcW w:w="1710" w:type="dxa"/>
          </w:tcPr>
          <w:p w14:paraId="3FCCC487" w14:textId="77777777" w:rsidR="004E79D9" w:rsidRPr="005B1542" w:rsidRDefault="004E79D9"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Kapitujt II–VI; dispozitat për kriteret/kompetencat</w:t>
            </w:r>
          </w:p>
        </w:tc>
        <w:tc>
          <w:tcPr>
            <w:tcW w:w="3780" w:type="dxa"/>
          </w:tcPr>
          <w:p w14:paraId="2D9C4BF5" w14:textId="77777777" w:rsidR="004E79D9" w:rsidRPr="00A269A9" w:rsidRDefault="004E79D9" w:rsidP="00A269A9">
            <w:pPr>
              <w:jc w:val="both"/>
              <w:rPr>
                <w:rFonts w:ascii="Times New Roman" w:hAnsi="Times New Roman" w:cs="Times New Roman"/>
                <w:sz w:val="24"/>
                <w:szCs w:val="24"/>
              </w:rPr>
            </w:pPr>
            <w:r w:rsidRPr="005B1542">
              <w:rPr>
                <w:rFonts w:ascii="Times New Roman" w:hAnsi="Times New Roman" w:cs="Times New Roman"/>
                <w:sz w:val="24"/>
                <w:szCs w:val="24"/>
                <w:lang w:val="it-IT"/>
              </w:rPr>
              <w:t xml:space="preserve">Zbatohet në gjithë planin si kuadri bazë ligjor; programet e strehimit (qira, përmirësim banesash, banesa sociale). </w:t>
            </w:r>
            <w:proofErr w:type="spellStart"/>
            <w:r w:rsidRPr="00A269A9">
              <w:rPr>
                <w:rFonts w:ascii="Times New Roman" w:hAnsi="Times New Roman" w:cs="Times New Roman"/>
                <w:sz w:val="24"/>
                <w:szCs w:val="24"/>
              </w:rPr>
              <w:t>Evidentuar</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tek</w:t>
            </w:r>
            <w:proofErr w:type="spellEnd"/>
            <w:r w:rsidRPr="00A269A9">
              <w:rPr>
                <w:rFonts w:ascii="Times New Roman" w:hAnsi="Times New Roman" w:cs="Times New Roman"/>
                <w:sz w:val="24"/>
                <w:szCs w:val="24"/>
              </w:rPr>
              <w:t xml:space="preserve"> Kap. 4, Kap. 4.4 </w:t>
            </w:r>
            <w:proofErr w:type="spellStart"/>
            <w:r w:rsidRPr="00A269A9">
              <w:rPr>
                <w:rFonts w:ascii="Times New Roman" w:hAnsi="Times New Roman" w:cs="Times New Roman"/>
                <w:sz w:val="24"/>
                <w:szCs w:val="24"/>
              </w:rPr>
              <w:t>dhe</w:t>
            </w:r>
            <w:proofErr w:type="spellEnd"/>
            <w:r w:rsidRPr="00A269A9">
              <w:rPr>
                <w:rFonts w:ascii="Times New Roman" w:hAnsi="Times New Roman" w:cs="Times New Roman"/>
                <w:sz w:val="24"/>
                <w:szCs w:val="24"/>
              </w:rPr>
              <w:t xml:space="preserve"> Kap. 10.</w:t>
            </w:r>
          </w:p>
        </w:tc>
      </w:tr>
      <w:tr w:rsidR="004E79D9" w:rsidRPr="005B1542" w14:paraId="3550F68A" w14:textId="77777777" w:rsidTr="00CE392B">
        <w:tc>
          <w:tcPr>
            <w:tcW w:w="1598" w:type="dxa"/>
          </w:tcPr>
          <w:p w14:paraId="7B3D95D5" w14:textId="77777777" w:rsidR="004E79D9" w:rsidRPr="00A269A9" w:rsidRDefault="004E79D9"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Ligji</w:t>
            </w:r>
            <w:proofErr w:type="spellEnd"/>
            <w:r w:rsidRPr="00A269A9">
              <w:rPr>
                <w:rFonts w:ascii="Times New Roman" w:hAnsi="Times New Roman" w:cs="Times New Roman"/>
                <w:sz w:val="24"/>
                <w:szCs w:val="24"/>
              </w:rPr>
              <w:t xml:space="preserve"> nr. 139/2015 – “</w:t>
            </w:r>
            <w:proofErr w:type="spellStart"/>
            <w:r w:rsidRPr="00A269A9">
              <w:rPr>
                <w:rFonts w:ascii="Times New Roman" w:hAnsi="Times New Roman" w:cs="Times New Roman"/>
                <w:sz w:val="24"/>
                <w:szCs w:val="24"/>
              </w:rPr>
              <w:t>Për</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vetëqeverisjen</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vendore</w:t>
            </w:r>
            <w:proofErr w:type="spellEnd"/>
            <w:r w:rsidRPr="00A269A9">
              <w:rPr>
                <w:rFonts w:ascii="Times New Roman" w:hAnsi="Times New Roman" w:cs="Times New Roman"/>
                <w:sz w:val="24"/>
                <w:szCs w:val="24"/>
              </w:rPr>
              <w:t>”</w:t>
            </w:r>
          </w:p>
        </w:tc>
        <w:tc>
          <w:tcPr>
            <w:tcW w:w="1930" w:type="dxa"/>
          </w:tcPr>
          <w:p w14:paraId="04AA1055" w14:textId="77777777" w:rsidR="004E79D9" w:rsidRPr="005B1542" w:rsidRDefault="004E79D9"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Funksionet e bashkisë (strehim/shërbime sociale)</w:t>
            </w:r>
          </w:p>
        </w:tc>
        <w:tc>
          <w:tcPr>
            <w:tcW w:w="1710" w:type="dxa"/>
          </w:tcPr>
          <w:p w14:paraId="0B413B6A" w14:textId="77777777" w:rsidR="004E79D9" w:rsidRPr="00A269A9" w:rsidRDefault="004E79D9"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Funksione</w:t>
            </w:r>
            <w:proofErr w:type="spellEnd"/>
            <w:r w:rsidRPr="00A269A9">
              <w:rPr>
                <w:rFonts w:ascii="Times New Roman" w:hAnsi="Times New Roman" w:cs="Times New Roman"/>
                <w:sz w:val="24"/>
                <w:szCs w:val="24"/>
              </w:rPr>
              <w:t xml:space="preserve"> të </w:t>
            </w:r>
            <w:proofErr w:type="spellStart"/>
            <w:r w:rsidRPr="00A269A9">
              <w:rPr>
                <w:rFonts w:ascii="Times New Roman" w:hAnsi="Times New Roman" w:cs="Times New Roman"/>
                <w:sz w:val="24"/>
                <w:szCs w:val="24"/>
              </w:rPr>
              <w:t>veta</w:t>
            </w:r>
            <w:proofErr w:type="spellEnd"/>
            <w:r w:rsidRPr="00A269A9">
              <w:rPr>
                <w:rFonts w:ascii="Times New Roman" w:hAnsi="Times New Roman" w:cs="Times New Roman"/>
                <w:sz w:val="24"/>
                <w:szCs w:val="24"/>
              </w:rPr>
              <w:t>/</w:t>
            </w:r>
            <w:proofErr w:type="spellStart"/>
            <w:r w:rsidRPr="00A269A9">
              <w:rPr>
                <w:rFonts w:ascii="Times New Roman" w:hAnsi="Times New Roman" w:cs="Times New Roman"/>
                <w:sz w:val="24"/>
                <w:szCs w:val="24"/>
              </w:rPr>
              <w:t>përbashkëta</w:t>
            </w:r>
            <w:proofErr w:type="spellEnd"/>
          </w:p>
        </w:tc>
        <w:tc>
          <w:tcPr>
            <w:tcW w:w="3780" w:type="dxa"/>
          </w:tcPr>
          <w:p w14:paraId="6090FD44" w14:textId="77777777" w:rsidR="004E79D9" w:rsidRPr="005B1542" w:rsidRDefault="004E79D9"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Pasqyruar tek vizioni, prioritetet dhe masat e planit. Përfshihet në Kap. 7 dhe Kap. 9–10.</w:t>
            </w:r>
          </w:p>
        </w:tc>
      </w:tr>
      <w:tr w:rsidR="004E79D9" w:rsidRPr="00A269A9" w14:paraId="3DE25ED6" w14:textId="77777777" w:rsidTr="00CE392B">
        <w:tc>
          <w:tcPr>
            <w:tcW w:w="1598" w:type="dxa"/>
          </w:tcPr>
          <w:p w14:paraId="7E0EE7FE" w14:textId="77777777" w:rsidR="004E79D9" w:rsidRPr="005B1542" w:rsidRDefault="004E79D9"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lastRenderedPageBreak/>
              <w:t>Ligji nr. 121/2016 – “Për shërbimet e kujdesit shoqëror”</w:t>
            </w:r>
          </w:p>
        </w:tc>
        <w:tc>
          <w:tcPr>
            <w:tcW w:w="1930" w:type="dxa"/>
          </w:tcPr>
          <w:p w14:paraId="1CE6EFA4" w14:textId="77777777" w:rsidR="004E79D9" w:rsidRPr="00A269A9" w:rsidRDefault="004E79D9"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Lidhje</w:t>
            </w:r>
            <w:proofErr w:type="spellEnd"/>
            <w:r w:rsidRPr="00A269A9">
              <w:rPr>
                <w:rFonts w:ascii="Times New Roman" w:hAnsi="Times New Roman" w:cs="Times New Roman"/>
                <w:sz w:val="24"/>
                <w:szCs w:val="24"/>
              </w:rPr>
              <w:t xml:space="preserve"> me </w:t>
            </w:r>
            <w:proofErr w:type="spellStart"/>
            <w:r w:rsidRPr="00A269A9">
              <w:rPr>
                <w:rFonts w:ascii="Times New Roman" w:hAnsi="Times New Roman" w:cs="Times New Roman"/>
                <w:sz w:val="24"/>
                <w:szCs w:val="24"/>
              </w:rPr>
              <w:t>strehimin</w:t>
            </w:r>
            <w:proofErr w:type="spellEnd"/>
            <w:r w:rsidRPr="00A269A9">
              <w:rPr>
                <w:rFonts w:ascii="Times New Roman" w:hAnsi="Times New Roman" w:cs="Times New Roman"/>
                <w:sz w:val="24"/>
                <w:szCs w:val="24"/>
              </w:rPr>
              <w:t xml:space="preserve"> e </w:t>
            </w:r>
            <w:proofErr w:type="spellStart"/>
            <w:r w:rsidRPr="00A269A9">
              <w:rPr>
                <w:rFonts w:ascii="Times New Roman" w:hAnsi="Times New Roman" w:cs="Times New Roman"/>
                <w:sz w:val="24"/>
                <w:szCs w:val="24"/>
              </w:rPr>
              <w:t>përkohshëm</w:t>
            </w:r>
            <w:proofErr w:type="spellEnd"/>
            <w:r w:rsidRPr="00A269A9">
              <w:rPr>
                <w:rFonts w:ascii="Times New Roman" w:hAnsi="Times New Roman" w:cs="Times New Roman"/>
                <w:sz w:val="24"/>
                <w:szCs w:val="24"/>
              </w:rPr>
              <w:t>/</w:t>
            </w:r>
            <w:proofErr w:type="spellStart"/>
            <w:r w:rsidRPr="00A269A9">
              <w:rPr>
                <w:rFonts w:ascii="Times New Roman" w:hAnsi="Times New Roman" w:cs="Times New Roman"/>
                <w:sz w:val="24"/>
                <w:szCs w:val="24"/>
              </w:rPr>
              <w:t>shërbimet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sociale</w:t>
            </w:r>
            <w:proofErr w:type="spellEnd"/>
          </w:p>
        </w:tc>
        <w:tc>
          <w:tcPr>
            <w:tcW w:w="1710" w:type="dxa"/>
          </w:tcPr>
          <w:p w14:paraId="62841D80" w14:textId="77777777" w:rsidR="004E79D9" w:rsidRPr="00A269A9" w:rsidRDefault="004E79D9"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Përgjegjësitë</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vendore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shërbimet</w:t>
            </w:r>
            <w:proofErr w:type="spellEnd"/>
            <w:r w:rsidRPr="00A269A9">
              <w:rPr>
                <w:rFonts w:ascii="Times New Roman" w:hAnsi="Times New Roman" w:cs="Times New Roman"/>
                <w:sz w:val="24"/>
                <w:szCs w:val="24"/>
              </w:rPr>
              <w:t xml:space="preserve"> e </w:t>
            </w:r>
            <w:proofErr w:type="spellStart"/>
            <w:r w:rsidRPr="00A269A9">
              <w:rPr>
                <w:rFonts w:ascii="Times New Roman" w:hAnsi="Times New Roman" w:cs="Times New Roman"/>
                <w:sz w:val="24"/>
                <w:szCs w:val="24"/>
              </w:rPr>
              <w:t>kujdesit</w:t>
            </w:r>
            <w:proofErr w:type="spellEnd"/>
          </w:p>
        </w:tc>
        <w:tc>
          <w:tcPr>
            <w:tcW w:w="3780" w:type="dxa"/>
          </w:tcPr>
          <w:p w14:paraId="016C96D0" w14:textId="77777777" w:rsidR="004E79D9" w:rsidRPr="00A269A9" w:rsidRDefault="004E79D9"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Lidhur</w:t>
            </w:r>
            <w:proofErr w:type="spellEnd"/>
            <w:r w:rsidRPr="00A269A9">
              <w:rPr>
                <w:rFonts w:ascii="Times New Roman" w:hAnsi="Times New Roman" w:cs="Times New Roman"/>
                <w:sz w:val="24"/>
                <w:szCs w:val="24"/>
              </w:rPr>
              <w:t xml:space="preserve"> me Kap. 4.3 (</w:t>
            </w:r>
            <w:proofErr w:type="spellStart"/>
            <w:r w:rsidRPr="00A269A9">
              <w:rPr>
                <w:rFonts w:ascii="Times New Roman" w:hAnsi="Times New Roman" w:cs="Times New Roman"/>
                <w:sz w:val="24"/>
                <w:szCs w:val="24"/>
              </w:rPr>
              <w:t>shërbimet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ekzistuese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dhe</w:t>
            </w:r>
            <w:proofErr w:type="spellEnd"/>
            <w:r w:rsidRPr="00A269A9">
              <w:rPr>
                <w:rFonts w:ascii="Times New Roman" w:hAnsi="Times New Roman" w:cs="Times New Roman"/>
                <w:sz w:val="24"/>
                <w:szCs w:val="24"/>
              </w:rPr>
              <w:t xml:space="preserve"> Kap. 5–6 (</w:t>
            </w:r>
            <w:proofErr w:type="spellStart"/>
            <w:r w:rsidRPr="00A269A9">
              <w:rPr>
                <w:rFonts w:ascii="Times New Roman" w:hAnsi="Times New Roman" w:cs="Times New Roman"/>
                <w:sz w:val="24"/>
                <w:szCs w:val="24"/>
              </w:rPr>
              <w:t>diagnoza</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dhe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boshllëqet</w:t>
            </w:r>
            <w:proofErr w:type="spellEnd"/>
            <w:r w:rsidRPr="00A269A9">
              <w:rPr>
                <w:rFonts w:ascii="Times New Roman" w:hAnsi="Times New Roman" w:cs="Times New Roman"/>
                <w:sz w:val="24"/>
                <w:szCs w:val="24"/>
              </w:rPr>
              <w:t>).</w:t>
            </w:r>
          </w:p>
        </w:tc>
      </w:tr>
      <w:tr w:rsidR="004E79D9" w:rsidRPr="005B1542" w14:paraId="6D4083E9" w14:textId="77777777" w:rsidTr="00CE392B">
        <w:tc>
          <w:tcPr>
            <w:tcW w:w="1598" w:type="dxa"/>
          </w:tcPr>
          <w:p w14:paraId="305D1734" w14:textId="77777777" w:rsidR="004E79D9" w:rsidRPr="00A269A9" w:rsidRDefault="004E79D9"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Ligji</w:t>
            </w:r>
            <w:proofErr w:type="spellEnd"/>
            <w:r w:rsidRPr="00A269A9">
              <w:rPr>
                <w:rFonts w:ascii="Times New Roman" w:hAnsi="Times New Roman" w:cs="Times New Roman"/>
                <w:sz w:val="24"/>
                <w:szCs w:val="24"/>
              </w:rPr>
              <w:t xml:space="preserve"> nr. 45/2019 – “</w:t>
            </w:r>
            <w:proofErr w:type="spellStart"/>
            <w:r w:rsidRPr="00A269A9">
              <w:rPr>
                <w:rFonts w:ascii="Times New Roman" w:hAnsi="Times New Roman" w:cs="Times New Roman"/>
                <w:sz w:val="24"/>
                <w:szCs w:val="24"/>
              </w:rPr>
              <w:t>Për</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mbrojtjen</w:t>
            </w:r>
            <w:proofErr w:type="spellEnd"/>
            <w:r w:rsidRPr="00A269A9">
              <w:rPr>
                <w:rFonts w:ascii="Times New Roman" w:hAnsi="Times New Roman" w:cs="Times New Roman"/>
                <w:sz w:val="24"/>
                <w:szCs w:val="24"/>
              </w:rPr>
              <w:t xml:space="preserve"> civile”</w:t>
            </w:r>
          </w:p>
        </w:tc>
        <w:tc>
          <w:tcPr>
            <w:tcW w:w="1930" w:type="dxa"/>
          </w:tcPr>
          <w:p w14:paraId="7E4FF490" w14:textId="77777777" w:rsidR="004E79D9" w:rsidRPr="00A269A9" w:rsidRDefault="004E79D9"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Strehim</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i</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përkohshëm</w:t>
            </w:r>
            <w:proofErr w:type="spellEnd"/>
            <w:r w:rsidRPr="00A269A9">
              <w:rPr>
                <w:rFonts w:ascii="Times New Roman" w:hAnsi="Times New Roman" w:cs="Times New Roman"/>
                <w:sz w:val="24"/>
                <w:szCs w:val="24"/>
              </w:rPr>
              <w:t xml:space="preserve"> në </w:t>
            </w:r>
            <w:proofErr w:type="spellStart"/>
            <w:r w:rsidRPr="00A269A9">
              <w:rPr>
                <w:rFonts w:ascii="Times New Roman" w:hAnsi="Times New Roman" w:cs="Times New Roman"/>
                <w:sz w:val="24"/>
                <w:szCs w:val="24"/>
              </w:rPr>
              <w:t>emergjenca</w:t>
            </w:r>
            <w:proofErr w:type="spellEnd"/>
            <w:r w:rsidRPr="00A269A9">
              <w:rPr>
                <w:rFonts w:ascii="Times New Roman" w:hAnsi="Times New Roman" w:cs="Times New Roman"/>
                <w:sz w:val="24"/>
                <w:szCs w:val="24"/>
              </w:rPr>
              <w:t>/</w:t>
            </w:r>
            <w:proofErr w:type="spellStart"/>
            <w:r w:rsidRPr="00A269A9">
              <w:rPr>
                <w:rFonts w:ascii="Times New Roman" w:hAnsi="Times New Roman" w:cs="Times New Roman"/>
                <w:sz w:val="24"/>
                <w:szCs w:val="24"/>
              </w:rPr>
              <w:t>fatkeqësi</w:t>
            </w:r>
            <w:proofErr w:type="spellEnd"/>
          </w:p>
        </w:tc>
        <w:tc>
          <w:tcPr>
            <w:tcW w:w="1710" w:type="dxa"/>
          </w:tcPr>
          <w:p w14:paraId="5C662DE0" w14:textId="77777777" w:rsidR="004E79D9" w:rsidRPr="005B1542" w:rsidRDefault="004E79D9"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Strehimi i përkohshëm; koordinimi ndërinstitucional</w:t>
            </w:r>
          </w:p>
        </w:tc>
        <w:tc>
          <w:tcPr>
            <w:tcW w:w="3780" w:type="dxa"/>
          </w:tcPr>
          <w:p w14:paraId="56FAC410" w14:textId="77777777" w:rsidR="004E79D9" w:rsidRPr="005B1542" w:rsidRDefault="004E79D9"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Pasqyrohet tek Kap. 4.4 (nevojat emergjente) për strehimin emergjent dhe koordinimin ndërinstitucional.</w:t>
            </w:r>
          </w:p>
        </w:tc>
      </w:tr>
      <w:tr w:rsidR="004E79D9" w:rsidRPr="005B1542" w14:paraId="3B72B183" w14:textId="77777777" w:rsidTr="00CE392B">
        <w:tc>
          <w:tcPr>
            <w:tcW w:w="1598" w:type="dxa"/>
          </w:tcPr>
          <w:p w14:paraId="5F116346" w14:textId="77777777" w:rsidR="004E79D9" w:rsidRPr="005B1542" w:rsidRDefault="004E79D9"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VKM nr. 362/2019 – Subvencioni i qirasë</w:t>
            </w:r>
          </w:p>
        </w:tc>
        <w:tc>
          <w:tcPr>
            <w:tcW w:w="1930" w:type="dxa"/>
          </w:tcPr>
          <w:p w14:paraId="391A6858" w14:textId="77777777" w:rsidR="004E79D9" w:rsidRPr="00A269A9" w:rsidRDefault="004E79D9"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Kriteret</w:t>
            </w:r>
            <w:proofErr w:type="spellEnd"/>
            <w:r w:rsidRPr="00A269A9">
              <w:rPr>
                <w:rFonts w:ascii="Times New Roman" w:hAnsi="Times New Roman" w:cs="Times New Roman"/>
                <w:sz w:val="24"/>
                <w:szCs w:val="24"/>
              </w:rPr>
              <w:t>/</w:t>
            </w:r>
            <w:proofErr w:type="spellStart"/>
            <w:r w:rsidRPr="00A269A9">
              <w:rPr>
                <w:rFonts w:ascii="Times New Roman" w:hAnsi="Times New Roman" w:cs="Times New Roman"/>
                <w:sz w:val="24"/>
                <w:szCs w:val="24"/>
              </w:rPr>
              <w:t>procedurat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për</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subvencion</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qiraje</w:t>
            </w:r>
            <w:proofErr w:type="spellEnd"/>
          </w:p>
        </w:tc>
        <w:tc>
          <w:tcPr>
            <w:tcW w:w="1710" w:type="dxa"/>
          </w:tcPr>
          <w:p w14:paraId="4521D1BC" w14:textId="77777777" w:rsidR="004E79D9" w:rsidRPr="00A269A9" w:rsidRDefault="004E79D9" w:rsidP="00A269A9">
            <w:pPr>
              <w:jc w:val="both"/>
              <w:rPr>
                <w:rFonts w:ascii="Times New Roman" w:hAnsi="Times New Roman" w:cs="Times New Roman"/>
                <w:sz w:val="24"/>
                <w:szCs w:val="24"/>
              </w:rPr>
            </w:pPr>
            <w:r w:rsidRPr="00A269A9">
              <w:rPr>
                <w:rFonts w:ascii="Times New Roman" w:hAnsi="Times New Roman" w:cs="Times New Roman"/>
                <w:sz w:val="24"/>
                <w:szCs w:val="24"/>
              </w:rPr>
              <w:t xml:space="preserve">Kriteret; </w:t>
            </w:r>
            <w:proofErr w:type="spellStart"/>
            <w:r w:rsidRPr="00A269A9">
              <w:rPr>
                <w:rFonts w:ascii="Times New Roman" w:hAnsi="Times New Roman" w:cs="Times New Roman"/>
                <w:sz w:val="24"/>
                <w:szCs w:val="24"/>
              </w:rPr>
              <w:t>dokumentet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afatet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listat</w:t>
            </w:r>
            <w:proofErr w:type="spellEnd"/>
            <w:r w:rsidRPr="00A269A9">
              <w:rPr>
                <w:rFonts w:ascii="Times New Roman" w:hAnsi="Times New Roman" w:cs="Times New Roman"/>
                <w:sz w:val="24"/>
                <w:szCs w:val="24"/>
              </w:rPr>
              <w:t xml:space="preserve"> e </w:t>
            </w:r>
            <w:proofErr w:type="spellStart"/>
            <w:r w:rsidRPr="00A269A9">
              <w:rPr>
                <w:rFonts w:ascii="Times New Roman" w:hAnsi="Times New Roman" w:cs="Times New Roman"/>
                <w:sz w:val="24"/>
                <w:szCs w:val="24"/>
              </w:rPr>
              <w:t>pritjes</w:t>
            </w:r>
            <w:proofErr w:type="spellEnd"/>
          </w:p>
        </w:tc>
        <w:tc>
          <w:tcPr>
            <w:tcW w:w="3780" w:type="dxa"/>
          </w:tcPr>
          <w:p w14:paraId="3D77E400" w14:textId="77777777" w:rsidR="004E79D9" w:rsidRPr="005B1542" w:rsidRDefault="004E79D9"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Evidentuar tek Kap. 4.3 si program kryesor ekzistues; Kap. 10 si pjesë e financimit.</w:t>
            </w:r>
          </w:p>
        </w:tc>
      </w:tr>
      <w:tr w:rsidR="004E79D9" w:rsidRPr="005B1542" w14:paraId="38E59777" w14:textId="77777777" w:rsidTr="00CE392B">
        <w:tc>
          <w:tcPr>
            <w:tcW w:w="1598" w:type="dxa"/>
          </w:tcPr>
          <w:p w14:paraId="3A10BC71" w14:textId="77777777" w:rsidR="004E79D9" w:rsidRPr="00A269A9" w:rsidRDefault="004E79D9" w:rsidP="00A269A9">
            <w:pPr>
              <w:jc w:val="both"/>
              <w:rPr>
                <w:rFonts w:ascii="Times New Roman" w:hAnsi="Times New Roman" w:cs="Times New Roman"/>
                <w:sz w:val="24"/>
                <w:szCs w:val="24"/>
              </w:rPr>
            </w:pPr>
            <w:r w:rsidRPr="00A269A9">
              <w:rPr>
                <w:rFonts w:ascii="Times New Roman" w:hAnsi="Times New Roman" w:cs="Times New Roman"/>
                <w:sz w:val="24"/>
                <w:szCs w:val="24"/>
              </w:rPr>
              <w:t xml:space="preserve">VKM nr. 301/2020 – Standardet </w:t>
            </w:r>
            <w:proofErr w:type="spellStart"/>
            <w:r w:rsidRPr="00A269A9">
              <w:rPr>
                <w:rFonts w:ascii="Times New Roman" w:hAnsi="Times New Roman" w:cs="Times New Roman"/>
                <w:sz w:val="24"/>
                <w:szCs w:val="24"/>
              </w:rPr>
              <w:t>për</w:t>
            </w:r>
            <w:proofErr w:type="spellEnd"/>
            <w:r w:rsidRPr="00A269A9">
              <w:rPr>
                <w:rFonts w:ascii="Times New Roman" w:hAnsi="Times New Roman" w:cs="Times New Roman"/>
                <w:sz w:val="24"/>
                <w:szCs w:val="24"/>
              </w:rPr>
              <w:t xml:space="preserve"> BSQ/BKU</w:t>
            </w:r>
          </w:p>
        </w:tc>
        <w:tc>
          <w:tcPr>
            <w:tcW w:w="1930" w:type="dxa"/>
          </w:tcPr>
          <w:p w14:paraId="2F1A0A54" w14:textId="77777777" w:rsidR="004E79D9" w:rsidRPr="00A269A9" w:rsidRDefault="004E79D9"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Normat</w:t>
            </w:r>
            <w:proofErr w:type="spellEnd"/>
            <w:r w:rsidRPr="00A269A9">
              <w:rPr>
                <w:rFonts w:ascii="Times New Roman" w:hAnsi="Times New Roman" w:cs="Times New Roman"/>
                <w:sz w:val="24"/>
                <w:szCs w:val="24"/>
              </w:rPr>
              <w:t>/</w:t>
            </w:r>
            <w:proofErr w:type="spellStart"/>
            <w:r w:rsidRPr="00A269A9">
              <w:rPr>
                <w:rFonts w:ascii="Times New Roman" w:hAnsi="Times New Roman" w:cs="Times New Roman"/>
                <w:sz w:val="24"/>
                <w:szCs w:val="24"/>
              </w:rPr>
              <w:t>standardet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aksesueshmëria</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eficienca</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energjetike</w:t>
            </w:r>
            <w:proofErr w:type="spellEnd"/>
          </w:p>
        </w:tc>
        <w:tc>
          <w:tcPr>
            <w:tcW w:w="1710" w:type="dxa"/>
          </w:tcPr>
          <w:p w14:paraId="150AF2BD" w14:textId="77777777" w:rsidR="004E79D9" w:rsidRPr="00A269A9" w:rsidRDefault="004E79D9"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Sipërfaqe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standarde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dizajn</w:t>
            </w:r>
            <w:proofErr w:type="spellEnd"/>
            <w:r w:rsidRPr="00A269A9">
              <w:rPr>
                <w:rFonts w:ascii="Times New Roman" w:hAnsi="Times New Roman" w:cs="Times New Roman"/>
                <w:sz w:val="24"/>
                <w:szCs w:val="24"/>
              </w:rPr>
              <w:t xml:space="preserve"> universal</w:t>
            </w:r>
          </w:p>
        </w:tc>
        <w:tc>
          <w:tcPr>
            <w:tcW w:w="3780" w:type="dxa"/>
          </w:tcPr>
          <w:p w14:paraId="600EF54E" w14:textId="77777777" w:rsidR="004E79D9" w:rsidRPr="005B1542" w:rsidRDefault="004E79D9"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Referuar tek Kap. 4.2 dhe 4.4 si standard për ndërtimin e banesave sociale në truallin 3.64 ha.</w:t>
            </w:r>
          </w:p>
        </w:tc>
      </w:tr>
      <w:tr w:rsidR="004E79D9" w:rsidRPr="00A269A9" w14:paraId="032BB653" w14:textId="77777777" w:rsidTr="00CE392B">
        <w:tc>
          <w:tcPr>
            <w:tcW w:w="1598" w:type="dxa"/>
          </w:tcPr>
          <w:p w14:paraId="5AF079CF" w14:textId="77777777" w:rsidR="004E79D9" w:rsidRPr="00A269A9" w:rsidRDefault="004E79D9" w:rsidP="00A269A9">
            <w:pPr>
              <w:jc w:val="both"/>
              <w:rPr>
                <w:rFonts w:ascii="Times New Roman" w:hAnsi="Times New Roman" w:cs="Times New Roman"/>
                <w:sz w:val="24"/>
                <w:szCs w:val="24"/>
              </w:rPr>
            </w:pPr>
            <w:r w:rsidRPr="00A269A9">
              <w:rPr>
                <w:rFonts w:ascii="Times New Roman" w:hAnsi="Times New Roman" w:cs="Times New Roman"/>
                <w:sz w:val="24"/>
                <w:szCs w:val="24"/>
              </w:rPr>
              <w:t xml:space="preserve">VKM nr. 579/2020 – </w:t>
            </w:r>
            <w:proofErr w:type="spellStart"/>
            <w:r w:rsidRPr="00A269A9">
              <w:rPr>
                <w:rFonts w:ascii="Times New Roman" w:hAnsi="Times New Roman" w:cs="Times New Roman"/>
                <w:sz w:val="24"/>
                <w:szCs w:val="24"/>
              </w:rPr>
              <w:t>Strehët</w:t>
            </w:r>
            <w:proofErr w:type="spellEnd"/>
            <w:r w:rsidRPr="00A269A9">
              <w:rPr>
                <w:rFonts w:ascii="Times New Roman" w:hAnsi="Times New Roman" w:cs="Times New Roman"/>
                <w:sz w:val="24"/>
                <w:szCs w:val="24"/>
              </w:rPr>
              <w:t xml:space="preserve"> e </w:t>
            </w:r>
            <w:proofErr w:type="spellStart"/>
            <w:r w:rsidRPr="00A269A9">
              <w:rPr>
                <w:rFonts w:ascii="Times New Roman" w:hAnsi="Times New Roman" w:cs="Times New Roman"/>
                <w:sz w:val="24"/>
                <w:szCs w:val="24"/>
              </w:rPr>
              <w:t>përkohshme</w:t>
            </w:r>
            <w:proofErr w:type="spellEnd"/>
          </w:p>
        </w:tc>
        <w:tc>
          <w:tcPr>
            <w:tcW w:w="1930" w:type="dxa"/>
          </w:tcPr>
          <w:p w14:paraId="567DE246" w14:textId="77777777" w:rsidR="004E79D9" w:rsidRPr="00A269A9" w:rsidRDefault="004E79D9"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Administrimi</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i</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strehëve</w:t>
            </w:r>
            <w:proofErr w:type="spellEnd"/>
            <w:r w:rsidRPr="00A269A9">
              <w:rPr>
                <w:rFonts w:ascii="Times New Roman" w:hAnsi="Times New Roman" w:cs="Times New Roman"/>
                <w:sz w:val="24"/>
                <w:szCs w:val="24"/>
              </w:rPr>
              <w:t xml:space="preserve"> të </w:t>
            </w:r>
            <w:proofErr w:type="spellStart"/>
            <w:r w:rsidRPr="00A269A9">
              <w:rPr>
                <w:rFonts w:ascii="Times New Roman" w:hAnsi="Times New Roman" w:cs="Times New Roman"/>
                <w:sz w:val="24"/>
                <w:szCs w:val="24"/>
              </w:rPr>
              <w:t>përkohshme</w:t>
            </w:r>
            <w:proofErr w:type="spellEnd"/>
          </w:p>
        </w:tc>
        <w:tc>
          <w:tcPr>
            <w:tcW w:w="1710" w:type="dxa"/>
          </w:tcPr>
          <w:p w14:paraId="365E7CBC" w14:textId="77777777" w:rsidR="004E79D9" w:rsidRPr="00A269A9" w:rsidRDefault="004E79D9"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Institucionet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standardet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minimale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bashkëpunimi</w:t>
            </w:r>
            <w:proofErr w:type="spellEnd"/>
          </w:p>
        </w:tc>
        <w:tc>
          <w:tcPr>
            <w:tcW w:w="3780" w:type="dxa"/>
          </w:tcPr>
          <w:p w14:paraId="61E401F3" w14:textId="77777777" w:rsidR="004E79D9" w:rsidRPr="00A269A9" w:rsidRDefault="004E79D9"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Reflektuar</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tek</w:t>
            </w:r>
            <w:proofErr w:type="spellEnd"/>
            <w:r w:rsidRPr="00A269A9">
              <w:rPr>
                <w:rFonts w:ascii="Times New Roman" w:hAnsi="Times New Roman" w:cs="Times New Roman"/>
                <w:sz w:val="24"/>
                <w:szCs w:val="24"/>
              </w:rPr>
              <w:t xml:space="preserve"> Kap. 4.4 (</w:t>
            </w:r>
            <w:proofErr w:type="spellStart"/>
            <w:r w:rsidRPr="00A269A9">
              <w:rPr>
                <w:rFonts w:ascii="Times New Roman" w:hAnsi="Times New Roman" w:cs="Times New Roman"/>
                <w:sz w:val="24"/>
                <w:szCs w:val="24"/>
              </w:rPr>
              <w:t>nevojat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emergjente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dhe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boshllëqet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për</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mungesën</w:t>
            </w:r>
            <w:proofErr w:type="spellEnd"/>
            <w:r w:rsidRPr="00A269A9">
              <w:rPr>
                <w:rFonts w:ascii="Times New Roman" w:hAnsi="Times New Roman" w:cs="Times New Roman"/>
                <w:sz w:val="24"/>
                <w:szCs w:val="24"/>
              </w:rPr>
              <w:t xml:space="preserve"> e </w:t>
            </w:r>
            <w:proofErr w:type="spellStart"/>
            <w:r w:rsidRPr="00A269A9">
              <w:rPr>
                <w:rFonts w:ascii="Times New Roman" w:hAnsi="Times New Roman" w:cs="Times New Roman"/>
                <w:sz w:val="24"/>
                <w:szCs w:val="24"/>
              </w:rPr>
              <w:t>strukturës</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së</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dedikuar</w:t>
            </w:r>
            <w:proofErr w:type="spellEnd"/>
            <w:r w:rsidRPr="00A269A9">
              <w:rPr>
                <w:rFonts w:ascii="Times New Roman" w:hAnsi="Times New Roman" w:cs="Times New Roman"/>
                <w:sz w:val="24"/>
                <w:szCs w:val="24"/>
              </w:rPr>
              <w:t>.</w:t>
            </w:r>
          </w:p>
        </w:tc>
      </w:tr>
      <w:tr w:rsidR="004E79D9" w:rsidRPr="005B1542" w14:paraId="3EF318BC" w14:textId="77777777" w:rsidTr="00CE392B">
        <w:tc>
          <w:tcPr>
            <w:tcW w:w="1598" w:type="dxa"/>
          </w:tcPr>
          <w:p w14:paraId="3EFE48F9" w14:textId="77777777" w:rsidR="004E79D9" w:rsidRPr="005B1542" w:rsidRDefault="004E79D9"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VKM nr. 325/2024 – Kontributi i sektorit privat në fondin e BSQ</w:t>
            </w:r>
          </w:p>
        </w:tc>
        <w:tc>
          <w:tcPr>
            <w:tcW w:w="1930" w:type="dxa"/>
          </w:tcPr>
          <w:p w14:paraId="3C42427D" w14:textId="77777777" w:rsidR="004E79D9" w:rsidRPr="00A269A9" w:rsidRDefault="004E79D9"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Kontributet</w:t>
            </w:r>
            <w:proofErr w:type="spellEnd"/>
            <w:r w:rsidRPr="00A269A9">
              <w:rPr>
                <w:rFonts w:ascii="Times New Roman" w:hAnsi="Times New Roman" w:cs="Times New Roman"/>
                <w:sz w:val="24"/>
                <w:szCs w:val="24"/>
              </w:rPr>
              <w:t xml:space="preserve"> private në </w:t>
            </w:r>
            <w:proofErr w:type="spellStart"/>
            <w:r w:rsidRPr="00A269A9">
              <w:rPr>
                <w:rFonts w:ascii="Times New Roman" w:hAnsi="Times New Roman" w:cs="Times New Roman"/>
                <w:sz w:val="24"/>
                <w:szCs w:val="24"/>
              </w:rPr>
              <w:t>fondin</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publik</w:t>
            </w:r>
            <w:proofErr w:type="spellEnd"/>
          </w:p>
        </w:tc>
        <w:tc>
          <w:tcPr>
            <w:tcW w:w="1710" w:type="dxa"/>
          </w:tcPr>
          <w:p w14:paraId="54FD9192" w14:textId="77777777" w:rsidR="004E79D9" w:rsidRPr="005B1542" w:rsidRDefault="004E79D9"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Llojet e kontributeve; verifikimi; pranim/dorëzim</w:t>
            </w:r>
          </w:p>
        </w:tc>
        <w:tc>
          <w:tcPr>
            <w:tcW w:w="3780" w:type="dxa"/>
          </w:tcPr>
          <w:p w14:paraId="1EC677EA" w14:textId="77777777" w:rsidR="004E79D9" w:rsidRPr="005B1542" w:rsidRDefault="004E79D9"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Adresohet tek Kap. 10 (financimi) si mekanizëm i ri për mobilizim burimesh.</w:t>
            </w:r>
          </w:p>
        </w:tc>
      </w:tr>
    </w:tbl>
    <w:p w14:paraId="0F08BE24" w14:textId="77777777" w:rsidR="004E79D9" w:rsidRPr="005B1542" w:rsidRDefault="004E79D9" w:rsidP="00A269A9">
      <w:pPr>
        <w:jc w:val="both"/>
        <w:rPr>
          <w:rFonts w:ascii="Times New Roman" w:hAnsi="Times New Roman" w:cs="Times New Roman"/>
          <w:sz w:val="24"/>
          <w:szCs w:val="24"/>
          <w:lang w:val="it-IT"/>
        </w:rPr>
      </w:pPr>
    </w:p>
    <w:p w14:paraId="5D731663" w14:textId="77777777" w:rsidR="00312EDA" w:rsidRPr="005B1542" w:rsidRDefault="00312EDA"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Tabela B:  Adresimi i kërkesave ligjore dhe nënligjore në Planin Vendor të Strehimit të Bashkisë Prrenjas</w:t>
      </w:r>
    </w:p>
    <w:p w14:paraId="232EAD5B" w14:textId="77777777" w:rsidR="00BE0E48" w:rsidRPr="005B1542" w:rsidRDefault="00BE0E48" w:rsidP="00A269A9">
      <w:pPr>
        <w:jc w:val="both"/>
        <w:rPr>
          <w:rFonts w:ascii="Times New Roman" w:hAnsi="Times New Roman" w:cs="Times New Roman"/>
          <w:sz w:val="24"/>
          <w:szCs w:val="24"/>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5"/>
        <w:gridCol w:w="1080"/>
        <w:gridCol w:w="1972"/>
        <w:gridCol w:w="2817"/>
        <w:gridCol w:w="1396"/>
      </w:tblGrid>
      <w:tr w:rsidR="00BE0E48" w:rsidRPr="00A269A9" w14:paraId="1A22E070" w14:textId="77777777" w:rsidTr="00BC52BC">
        <w:tc>
          <w:tcPr>
            <w:tcW w:w="1368" w:type="dxa"/>
            <w:shd w:val="clear" w:color="auto" w:fill="EAF1DD" w:themeFill="accent3" w:themeFillTint="33"/>
          </w:tcPr>
          <w:p w14:paraId="50BD4A48" w14:textId="77777777" w:rsidR="00BE0E48" w:rsidRPr="00A269A9" w:rsidRDefault="00BE0E48" w:rsidP="00A269A9">
            <w:pPr>
              <w:jc w:val="both"/>
              <w:rPr>
                <w:rFonts w:ascii="Times New Roman" w:hAnsi="Times New Roman" w:cs="Times New Roman"/>
                <w:b/>
                <w:sz w:val="24"/>
                <w:szCs w:val="24"/>
              </w:rPr>
            </w:pPr>
            <w:proofErr w:type="spellStart"/>
            <w:r w:rsidRPr="00A269A9">
              <w:rPr>
                <w:rFonts w:ascii="Times New Roman" w:hAnsi="Times New Roman" w:cs="Times New Roman"/>
                <w:b/>
                <w:sz w:val="24"/>
                <w:szCs w:val="24"/>
              </w:rPr>
              <w:lastRenderedPageBreak/>
              <w:t>Akti</w:t>
            </w:r>
            <w:proofErr w:type="spellEnd"/>
          </w:p>
        </w:tc>
        <w:tc>
          <w:tcPr>
            <w:tcW w:w="1080" w:type="dxa"/>
            <w:shd w:val="clear" w:color="auto" w:fill="EAF1DD" w:themeFill="accent3" w:themeFillTint="33"/>
          </w:tcPr>
          <w:p w14:paraId="08D79E47" w14:textId="77777777" w:rsidR="00BE0E48" w:rsidRPr="00A269A9" w:rsidRDefault="00BE0E48" w:rsidP="00A269A9">
            <w:pPr>
              <w:jc w:val="both"/>
              <w:rPr>
                <w:rFonts w:ascii="Times New Roman" w:hAnsi="Times New Roman" w:cs="Times New Roman"/>
                <w:b/>
                <w:sz w:val="24"/>
                <w:szCs w:val="24"/>
              </w:rPr>
            </w:pPr>
            <w:proofErr w:type="spellStart"/>
            <w:r w:rsidRPr="00A269A9">
              <w:rPr>
                <w:rFonts w:ascii="Times New Roman" w:hAnsi="Times New Roman" w:cs="Times New Roman"/>
                <w:b/>
                <w:sz w:val="24"/>
                <w:szCs w:val="24"/>
              </w:rPr>
              <w:t>Kërkesa</w:t>
            </w:r>
            <w:proofErr w:type="spellEnd"/>
            <w:r w:rsidRPr="00A269A9">
              <w:rPr>
                <w:rFonts w:ascii="Times New Roman" w:hAnsi="Times New Roman" w:cs="Times New Roman"/>
                <w:b/>
                <w:sz w:val="24"/>
                <w:szCs w:val="24"/>
              </w:rPr>
              <w:t xml:space="preserve"> </w:t>
            </w:r>
            <w:proofErr w:type="spellStart"/>
            <w:r w:rsidRPr="00A269A9">
              <w:rPr>
                <w:rFonts w:ascii="Times New Roman" w:hAnsi="Times New Roman" w:cs="Times New Roman"/>
                <w:b/>
                <w:sz w:val="24"/>
                <w:szCs w:val="24"/>
              </w:rPr>
              <w:t>ligjore</w:t>
            </w:r>
            <w:proofErr w:type="spellEnd"/>
            <w:r w:rsidRPr="00A269A9">
              <w:rPr>
                <w:rFonts w:ascii="Times New Roman" w:hAnsi="Times New Roman" w:cs="Times New Roman"/>
                <w:b/>
                <w:sz w:val="24"/>
                <w:szCs w:val="24"/>
              </w:rPr>
              <w:t xml:space="preserve"> /  Neni</w:t>
            </w:r>
          </w:p>
        </w:tc>
        <w:tc>
          <w:tcPr>
            <w:tcW w:w="1980" w:type="dxa"/>
            <w:shd w:val="clear" w:color="auto" w:fill="EAF1DD" w:themeFill="accent3" w:themeFillTint="33"/>
          </w:tcPr>
          <w:p w14:paraId="52DFAF68" w14:textId="77777777" w:rsidR="00BE0E48" w:rsidRPr="00A269A9" w:rsidRDefault="00BE0E48" w:rsidP="00A269A9">
            <w:pPr>
              <w:jc w:val="both"/>
              <w:rPr>
                <w:rFonts w:ascii="Times New Roman" w:hAnsi="Times New Roman" w:cs="Times New Roman"/>
                <w:b/>
                <w:sz w:val="24"/>
                <w:szCs w:val="24"/>
              </w:rPr>
            </w:pPr>
            <w:proofErr w:type="spellStart"/>
            <w:r w:rsidRPr="00A269A9">
              <w:rPr>
                <w:rFonts w:ascii="Times New Roman" w:hAnsi="Times New Roman" w:cs="Times New Roman"/>
                <w:b/>
                <w:sz w:val="24"/>
                <w:szCs w:val="24"/>
              </w:rPr>
              <w:t>Çfarë</w:t>
            </w:r>
            <w:proofErr w:type="spellEnd"/>
            <w:r w:rsidRPr="00A269A9">
              <w:rPr>
                <w:rFonts w:ascii="Times New Roman" w:hAnsi="Times New Roman" w:cs="Times New Roman"/>
                <w:b/>
                <w:sz w:val="24"/>
                <w:szCs w:val="24"/>
              </w:rPr>
              <w:t xml:space="preserve"> </w:t>
            </w:r>
            <w:proofErr w:type="spellStart"/>
            <w:r w:rsidRPr="00A269A9">
              <w:rPr>
                <w:rFonts w:ascii="Times New Roman" w:hAnsi="Times New Roman" w:cs="Times New Roman"/>
                <w:b/>
                <w:sz w:val="24"/>
                <w:szCs w:val="24"/>
              </w:rPr>
              <w:t>kërkon</w:t>
            </w:r>
            <w:proofErr w:type="spellEnd"/>
          </w:p>
        </w:tc>
        <w:tc>
          <w:tcPr>
            <w:tcW w:w="2844" w:type="dxa"/>
            <w:shd w:val="clear" w:color="auto" w:fill="EAF1DD" w:themeFill="accent3" w:themeFillTint="33"/>
          </w:tcPr>
          <w:p w14:paraId="6A5909A9" w14:textId="77777777" w:rsidR="00BE0E48" w:rsidRPr="00A269A9" w:rsidRDefault="00BE0E48" w:rsidP="00A269A9">
            <w:pPr>
              <w:jc w:val="both"/>
              <w:rPr>
                <w:rFonts w:ascii="Times New Roman" w:hAnsi="Times New Roman" w:cs="Times New Roman"/>
                <w:b/>
                <w:sz w:val="24"/>
                <w:szCs w:val="24"/>
              </w:rPr>
            </w:pPr>
            <w:r w:rsidRPr="00A269A9">
              <w:rPr>
                <w:rFonts w:ascii="Times New Roman" w:hAnsi="Times New Roman" w:cs="Times New Roman"/>
                <w:b/>
                <w:sz w:val="24"/>
                <w:szCs w:val="24"/>
              </w:rPr>
              <w:t xml:space="preserve">Si </w:t>
            </w:r>
            <w:proofErr w:type="spellStart"/>
            <w:r w:rsidRPr="00A269A9">
              <w:rPr>
                <w:rFonts w:ascii="Times New Roman" w:hAnsi="Times New Roman" w:cs="Times New Roman"/>
                <w:b/>
                <w:sz w:val="24"/>
                <w:szCs w:val="24"/>
              </w:rPr>
              <w:t>adresohet</w:t>
            </w:r>
            <w:proofErr w:type="spellEnd"/>
            <w:r w:rsidRPr="00A269A9">
              <w:rPr>
                <w:rFonts w:ascii="Times New Roman" w:hAnsi="Times New Roman" w:cs="Times New Roman"/>
                <w:b/>
                <w:sz w:val="24"/>
                <w:szCs w:val="24"/>
              </w:rPr>
              <w:t xml:space="preserve"> në plan</w:t>
            </w:r>
          </w:p>
        </w:tc>
        <w:tc>
          <w:tcPr>
            <w:tcW w:w="1368" w:type="dxa"/>
            <w:shd w:val="clear" w:color="auto" w:fill="EAF1DD" w:themeFill="accent3" w:themeFillTint="33"/>
          </w:tcPr>
          <w:p w14:paraId="74D49346" w14:textId="77777777" w:rsidR="00BE0E48" w:rsidRPr="00A269A9" w:rsidRDefault="00BE0E48" w:rsidP="00A269A9">
            <w:pPr>
              <w:jc w:val="both"/>
              <w:rPr>
                <w:rFonts w:ascii="Times New Roman" w:hAnsi="Times New Roman" w:cs="Times New Roman"/>
                <w:b/>
                <w:sz w:val="24"/>
                <w:szCs w:val="24"/>
              </w:rPr>
            </w:pPr>
            <w:proofErr w:type="spellStart"/>
            <w:r w:rsidRPr="00A269A9">
              <w:rPr>
                <w:rFonts w:ascii="Times New Roman" w:hAnsi="Times New Roman" w:cs="Times New Roman"/>
                <w:b/>
                <w:sz w:val="24"/>
                <w:szCs w:val="24"/>
              </w:rPr>
              <w:t>Seksioni</w:t>
            </w:r>
            <w:proofErr w:type="spellEnd"/>
            <w:r w:rsidRPr="00A269A9">
              <w:rPr>
                <w:rFonts w:ascii="Times New Roman" w:hAnsi="Times New Roman" w:cs="Times New Roman"/>
                <w:b/>
                <w:sz w:val="24"/>
                <w:szCs w:val="24"/>
              </w:rPr>
              <w:t xml:space="preserve"> </w:t>
            </w:r>
            <w:proofErr w:type="spellStart"/>
            <w:r w:rsidRPr="00A269A9">
              <w:rPr>
                <w:rFonts w:ascii="Times New Roman" w:hAnsi="Times New Roman" w:cs="Times New Roman"/>
                <w:b/>
                <w:sz w:val="24"/>
                <w:szCs w:val="24"/>
              </w:rPr>
              <w:t>i</w:t>
            </w:r>
            <w:proofErr w:type="spellEnd"/>
            <w:r w:rsidRPr="00A269A9">
              <w:rPr>
                <w:rFonts w:ascii="Times New Roman" w:hAnsi="Times New Roman" w:cs="Times New Roman"/>
                <w:b/>
                <w:sz w:val="24"/>
                <w:szCs w:val="24"/>
              </w:rPr>
              <w:t xml:space="preserve"> </w:t>
            </w:r>
            <w:proofErr w:type="spellStart"/>
            <w:r w:rsidRPr="00A269A9">
              <w:rPr>
                <w:rFonts w:ascii="Times New Roman" w:hAnsi="Times New Roman" w:cs="Times New Roman"/>
                <w:b/>
                <w:sz w:val="24"/>
                <w:szCs w:val="24"/>
              </w:rPr>
              <w:t>planit</w:t>
            </w:r>
            <w:proofErr w:type="spellEnd"/>
          </w:p>
        </w:tc>
      </w:tr>
      <w:tr w:rsidR="00BE0E48" w:rsidRPr="00A269A9" w14:paraId="4F053652" w14:textId="77777777" w:rsidTr="00CE392B">
        <w:tc>
          <w:tcPr>
            <w:tcW w:w="1368" w:type="dxa"/>
          </w:tcPr>
          <w:p w14:paraId="4708F3D7" w14:textId="77777777" w:rsidR="00BE0E48" w:rsidRPr="00A269A9" w:rsidRDefault="00BE0E48"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Ligji</w:t>
            </w:r>
            <w:proofErr w:type="spellEnd"/>
            <w:r w:rsidRPr="00A269A9">
              <w:rPr>
                <w:rFonts w:ascii="Times New Roman" w:hAnsi="Times New Roman" w:cs="Times New Roman"/>
                <w:sz w:val="24"/>
                <w:szCs w:val="24"/>
              </w:rPr>
              <w:t xml:space="preserve"> 22/2018 (</w:t>
            </w:r>
            <w:proofErr w:type="spellStart"/>
            <w:r w:rsidRPr="00A269A9">
              <w:rPr>
                <w:rFonts w:ascii="Times New Roman" w:hAnsi="Times New Roman" w:cs="Times New Roman"/>
                <w:sz w:val="24"/>
                <w:szCs w:val="24"/>
              </w:rPr>
              <w:t>i</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ndryshuar</w:t>
            </w:r>
            <w:proofErr w:type="spellEnd"/>
            <w:r w:rsidRPr="00A269A9">
              <w:rPr>
                <w:rFonts w:ascii="Times New Roman" w:hAnsi="Times New Roman" w:cs="Times New Roman"/>
                <w:sz w:val="24"/>
                <w:szCs w:val="24"/>
              </w:rPr>
              <w:t>)</w:t>
            </w:r>
          </w:p>
        </w:tc>
        <w:tc>
          <w:tcPr>
            <w:tcW w:w="1080" w:type="dxa"/>
          </w:tcPr>
          <w:p w14:paraId="3D7F6010" w14:textId="77777777" w:rsidR="00BE0E48" w:rsidRPr="00A269A9" w:rsidRDefault="00BE0E48" w:rsidP="00A269A9">
            <w:pPr>
              <w:jc w:val="both"/>
              <w:rPr>
                <w:rFonts w:ascii="Times New Roman" w:hAnsi="Times New Roman" w:cs="Times New Roman"/>
                <w:sz w:val="24"/>
                <w:szCs w:val="24"/>
              </w:rPr>
            </w:pPr>
            <w:r w:rsidRPr="00A269A9">
              <w:rPr>
                <w:rFonts w:ascii="Times New Roman" w:hAnsi="Times New Roman" w:cs="Times New Roman"/>
                <w:sz w:val="24"/>
                <w:szCs w:val="24"/>
              </w:rPr>
              <w:t>Nenet 4–12</w:t>
            </w:r>
          </w:p>
        </w:tc>
        <w:tc>
          <w:tcPr>
            <w:tcW w:w="1980" w:type="dxa"/>
          </w:tcPr>
          <w:p w14:paraId="5A95214C" w14:textId="77777777" w:rsidR="00BE0E48" w:rsidRPr="00A269A9" w:rsidRDefault="00BE0E48"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Kriteret</w:t>
            </w:r>
            <w:proofErr w:type="spellEnd"/>
            <w:r w:rsidRPr="00A269A9">
              <w:rPr>
                <w:rFonts w:ascii="Times New Roman" w:hAnsi="Times New Roman" w:cs="Times New Roman"/>
                <w:sz w:val="24"/>
                <w:szCs w:val="24"/>
              </w:rPr>
              <w:t xml:space="preserve"> e </w:t>
            </w:r>
            <w:proofErr w:type="spellStart"/>
            <w:r w:rsidRPr="00A269A9">
              <w:rPr>
                <w:rFonts w:ascii="Times New Roman" w:hAnsi="Times New Roman" w:cs="Times New Roman"/>
                <w:sz w:val="24"/>
                <w:szCs w:val="24"/>
              </w:rPr>
              <w:t>përfitimit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kompetencat</w:t>
            </w:r>
            <w:proofErr w:type="spellEnd"/>
            <w:r w:rsidRPr="00A269A9">
              <w:rPr>
                <w:rFonts w:ascii="Times New Roman" w:hAnsi="Times New Roman" w:cs="Times New Roman"/>
                <w:sz w:val="24"/>
                <w:szCs w:val="24"/>
              </w:rPr>
              <w:t xml:space="preserve"> e </w:t>
            </w:r>
            <w:proofErr w:type="spellStart"/>
            <w:r w:rsidRPr="00A269A9">
              <w:rPr>
                <w:rFonts w:ascii="Times New Roman" w:hAnsi="Times New Roman" w:cs="Times New Roman"/>
                <w:sz w:val="24"/>
                <w:szCs w:val="24"/>
              </w:rPr>
              <w:t>bashkisë</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programet</w:t>
            </w:r>
            <w:proofErr w:type="spellEnd"/>
            <w:r w:rsidRPr="00A269A9">
              <w:rPr>
                <w:rFonts w:ascii="Times New Roman" w:hAnsi="Times New Roman" w:cs="Times New Roman"/>
                <w:sz w:val="24"/>
                <w:szCs w:val="24"/>
              </w:rPr>
              <w:t xml:space="preserve"> e </w:t>
            </w:r>
            <w:proofErr w:type="spellStart"/>
            <w:r w:rsidRPr="00A269A9">
              <w:rPr>
                <w:rFonts w:ascii="Times New Roman" w:hAnsi="Times New Roman" w:cs="Times New Roman"/>
                <w:sz w:val="24"/>
                <w:szCs w:val="24"/>
              </w:rPr>
              <w:t>strehimit</w:t>
            </w:r>
            <w:proofErr w:type="spellEnd"/>
            <w:r w:rsidRPr="00A269A9">
              <w:rPr>
                <w:rFonts w:ascii="Times New Roman" w:hAnsi="Times New Roman" w:cs="Times New Roman"/>
                <w:sz w:val="24"/>
                <w:szCs w:val="24"/>
              </w:rPr>
              <w:t xml:space="preserve"> social</w:t>
            </w:r>
          </w:p>
        </w:tc>
        <w:tc>
          <w:tcPr>
            <w:tcW w:w="2844" w:type="dxa"/>
          </w:tcPr>
          <w:p w14:paraId="262B587F" w14:textId="77777777" w:rsidR="00BE0E48" w:rsidRPr="00A269A9" w:rsidRDefault="00BE0E48"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Përkufizohen</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programet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ekzistuese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dhe</w:t>
            </w:r>
            <w:proofErr w:type="spellEnd"/>
            <w:r w:rsidRPr="00A269A9">
              <w:rPr>
                <w:rFonts w:ascii="Times New Roman" w:hAnsi="Times New Roman" w:cs="Times New Roman"/>
                <w:sz w:val="24"/>
                <w:szCs w:val="24"/>
              </w:rPr>
              <w:t xml:space="preserve"> të </w:t>
            </w:r>
            <w:proofErr w:type="spellStart"/>
            <w:r w:rsidRPr="00A269A9">
              <w:rPr>
                <w:rFonts w:ascii="Times New Roman" w:hAnsi="Times New Roman" w:cs="Times New Roman"/>
                <w:sz w:val="24"/>
                <w:szCs w:val="24"/>
              </w:rPr>
              <w:t>reja</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subvencione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qiraje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përmirësim</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kushtesh</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banimi</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banesa</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sociale</w:t>
            </w:r>
            <w:proofErr w:type="spellEnd"/>
            <w:r w:rsidRPr="00A269A9">
              <w:rPr>
                <w:rFonts w:ascii="Times New Roman" w:hAnsi="Times New Roman" w:cs="Times New Roman"/>
                <w:sz w:val="24"/>
                <w:szCs w:val="24"/>
              </w:rPr>
              <w:t xml:space="preserve">). Bashkia ka </w:t>
            </w:r>
            <w:proofErr w:type="spellStart"/>
            <w:r w:rsidRPr="00A269A9">
              <w:rPr>
                <w:rFonts w:ascii="Times New Roman" w:hAnsi="Times New Roman" w:cs="Times New Roman"/>
                <w:sz w:val="24"/>
                <w:szCs w:val="24"/>
              </w:rPr>
              <w:t>përcaktuar</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masat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konkrete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sipas</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kompetencave</w:t>
            </w:r>
            <w:proofErr w:type="spellEnd"/>
            <w:r w:rsidRPr="00A269A9">
              <w:rPr>
                <w:rFonts w:ascii="Times New Roman" w:hAnsi="Times New Roman" w:cs="Times New Roman"/>
                <w:sz w:val="24"/>
                <w:szCs w:val="24"/>
              </w:rPr>
              <w:t xml:space="preserve"> të </w:t>
            </w:r>
            <w:proofErr w:type="spellStart"/>
            <w:r w:rsidRPr="00A269A9">
              <w:rPr>
                <w:rFonts w:ascii="Times New Roman" w:hAnsi="Times New Roman" w:cs="Times New Roman"/>
                <w:sz w:val="24"/>
                <w:szCs w:val="24"/>
              </w:rPr>
              <w:t>saj</w:t>
            </w:r>
            <w:proofErr w:type="spellEnd"/>
            <w:r w:rsidRPr="00A269A9">
              <w:rPr>
                <w:rFonts w:ascii="Times New Roman" w:hAnsi="Times New Roman" w:cs="Times New Roman"/>
                <w:sz w:val="24"/>
                <w:szCs w:val="24"/>
              </w:rPr>
              <w:t>.</w:t>
            </w:r>
          </w:p>
        </w:tc>
        <w:tc>
          <w:tcPr>
            <w:tcW w:w="1368" w:type="dxa"/>
          </w:tcPr>
          <w:p w14:paraId="67EECB96" w14:textId="77777777" w:rsidR="00BE0E48" w:rsidRPr="00A269A9" w:rsidRDefault="00BE0E48" w:rsidP="00A269A9">
            <w:pPr>
              <w:jc w:val="both"/>
              <w:rPr>
                <w:rFonts w:ascii="Times New Roman" w:hAnsi="Times New Roman" w:cs="Times New Roman"/>
                <w:sz w:val="24"/>
                <w:szCs w:val="24"/>
              </w:rPr>
            </w:pPr>
            <w:r w:rsidRPr="00A269A9">
              <w:rPr>
                <w:rFonts w:ascii="Times New Roman" w:hAnsi="Times New Roman" w:cs="Times New Roman"/>
                <w:sz w:val="24"/>
                <w:szCs w:val="24"/>
              </w:rPr>
              <w:t>Kap. 4.3, 4.4, Kap. 10</w:t>
            </w:r>
          </w:p>
        </w:tc>
      </w:tr>
      <w:tr w:rsidR="00BE0E48" w:rsidRPr="00A269A9" w14:paraId="510A83AD" w14:textId="77777777" w:rsidTr="00CE392B">
        <w:tc>
          <w:tcPr>
            <w:tcW w:w="1368" w:type="dxa"/>
          </w:tcPr>
          <w:p w14:paraId="1601D929" w14:textId="77777777" w:rsidR="00BE0E48" w:rsidRPr="00A269A9" w:rsidRDefault="00BE0E48" w:rsidP="00A269A9">
            <w:pPr>
              <w:jc w:val="both"/>
              <w:rPr>
                <w:rFonts w:ascii="Times New Roman" w:hAnsi="Times New Roman" w:cs="Times New Roman"/>
                <w:sz w:val="24"/>
                <w:szCs w:val="24"/>
              </w:rPr>
            </w:pPr>
            <w:r w:rsidRPr="00A269A9">
              <w:rPr>
                <w:rFonts w:ascii="Times New Roman" w:hAnsi="Times New Roman" w:cs="Times New Roman"/>
                <w:sz w:val="24"/>
                <w:szCs w:val="24"/>
              </w:rPr>
              <w:t>VKM 362/2019</w:t>
            </w:r>
          </w:p>
        </w:tc>
        <w:tc>
          <w:tcPr>
            <w:tcW w:w="1080" w:type="dxa"/>
          </w:tcPr>
          <w:p w14:paraId="5FF4A68D" w14:textId="77777777" w:rsidR="00BE0E48" w:rsidRPr="00A269A9" w:rsidRDefault="00BE0E48" w:rsidP="00A269A9">
            <w:pPr>
              <w:jc w:val="both"/>
              <w:rPr>
                <w:rFonts w:ascii="Times New Roman" w:hAnsi="Times New Roman" w:cs="Times New Roman"/>
                <w:sz w:val="24"/>
                <w:szCs w:val="24"/>
              </w:rPr>
            </w:pPr>
            <w:r w:rsidRPr="00A269A9">
              <w:rPr>
                <w:rFonts w:ascii="Times New Roman" w:hAnsi="Times New Roman" w:cs="Times New Roman"/>
                <w:sz w:val="24"/>
                <w:szCs w:val="24"/>
              </w:rPr>
              <w:t>Nenet 2–7</w:t>
            </w:r>
          </w:p>
        </w:tc>
        <w:tc>
          <w:tcPr>
            <w:tcW w:w="1980" w:type="dxa"/>
          </w:tcPr>
          <w:p w14:paraId="47A652F4" w14:textId="77777777" w:rsidR="00BE0E48" w:rsidRPr="005B1542" w:rsidRDefault="00BE0E48"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Kriteret dhe procedurat për subvencionin e qirasë</w:t>
            </w:r>
          </w:p>
        </w:tc>
        <w:tc>
          <w:tcPr>
            <w:tcW w:w="2844" w:type="dxa"/>
          </w:tcPr>
          <w:p w14:paraId="52C92B6A" w14:textId="77777777" w:rsidR="00BE0E48" w:rsidRPr="005B1542" w:rsidRDefault="00BE0E48"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Zbatuar në praktikë nga bashkia, përzgjedhja e përfituesve mbi bazë kriteresh dhe kontrata të noterizuara.</w:t>
            </w:r>
          </w:p>
        </w:tc>
        <w:tc>
          <w:tcPr>
            <w:tcW w:w="1368" w:type="dxa"/>
          </w:tcPr>
          <w:p w14:paraId="0A935402" w14:textId="77777777" w:rsidR="00BE0E48" w:rsidRPr="00A269A9" w:rsidRDefault="00BE0E48" w:rsidP="00A269A9">
            <w:pPr>
              <w:jc w:val="both"/>
              <w:rPr>
                <w:rFonts w:ascii="Times New Roman" w:hAnsi="Times New Roman" w:cs="Times New Roman"/>
                <w:sz w:val="24"/>
                <w:szCs w:val="24"/>
              </w:rPr>
            </w:pPr>
            <w:r w:rsidRPr="00A269A9">
              <w:rPr>
                <w:rFonts w:ascii="Times New Roman" w:hAnsi="Times New Roman" w:cs="Times New Roman"/>
                <w:sz w:val="24"/>
                <w:szCs w:val="24"/>
              </w:rPr>
              <w:t>Kap. 4.3, Kap. 10</w:t>
            </w:r>
          </w:p>
        </w:tc>
      </w:tr>
      <w:tr w:rsidR="00BE0E48" w:rsidRPr="00A269A9" w14:paraId="62B6F03E" w14:textId="77777777" w:rsidTr="00CE392B">
        <w:tc>
          <w:tcPr>
            <w:tcW w:w="1368" w:type="dxa"/>
          </w:tcPr>
          <w:p w14:paraId="1B6A7178" w14:textId="77777777" w:rsidR="00BE0E48" w:rsidRPr="00A269A9" w:rsidRDefault="00BE0E48" w:rsidP="00A269A9">
            <w:pPr>
              <w:jc w:val="both"/>
              <w:rPr>
                <w:rFonts w:ascii="Times New Roman" w:hAnsi="Times New Roman" w:cs="Times New Roman"/>
                <w:sz w:val="24"/>
                <w:szCs w:val="24"/>
              </w:rPr>
            </w:pPr>
            <w:r w:rsidRPr="00A269A9">
              <w:rPr>
                <w:rFonts w:ascii="Times New Roman" w:hAnsi="Times New Roman" w:cs="Times New Roman"/>
                <w:sz w:val="24"/>
                <w:szCs w:val="24"/>
              </w:rPr>
              <w:t>VKM 522/2019</w:t>
            </w:r>
          </w:p>
        </w:tc>
        <w:tc>
          <w:tcPr>
            <w:tcW w:w="1080" w:type="dxa"/>
          </w:tcPr>
          <w:p w14:paraId="5D8FD877" w14:textId="77777777" w:rsidR="00BE0E48" w:rsidRPr="00A269A9" w:rsidRDefault="00BE0E48" w:rsidP="00A269A9">
            <w:pPr>
              <w:jc w:val="both"/>
              <w:rPr>
                <w:rFonts w:ascii="Times New Roman" w:hAnsi="Times New Roman" w:cs="Times New Roman"/>
                <w:sz w:val="24"/>
                <w:szCs w:val="24"/>
              </w:rPr>
            </w:pPr>
            <w:r w:rsidRPr="00A269A9">
              <w:rPr>
                <w:rFonts w:ascii="Times New Roman" w:hAnsi="Times New Roman" w:cs="Times New Roman"/>
                <w:sz w:val="24"/>
                <w:szCs w:val="24"/>
              </w:rPr>
              <w:t>Neni 3</w:t>
            </w:r>
          </w:p>
        </w:tc>
        <w:tc>
          <w:tcPr>
            <w:tcW w:w="1980" w:type="dxa"/>
          </w:tcPr>
          <w:p w14:paraId="72703F32" w14:textId="77777777" w:rsidR="00BE0E48" w:rsidRPr="005B1542" w:rsidRDefault="00BE0E48"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Metodologjia e llogaritjes së qirasë për BSQ</w:t>
            </w:r>
          </w:p>
        </w:tc>
        <w:tc>
          <w:tcPr>
            <w:tcW w:w="2844" w:type="dxa"/>
          </w:tcPr>
          <w:p w14:paraId="57354591" w14:textId="77777777" w:rsidR="00BE0E48" w:rsidRPr="005B1542" w:rsidRDefault="00BE0E48"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Përdorur për përllogaritjen e subvencioneve të qirasë dhe analizën e kostove.</w:t>
            </w:r>
          </w:p>
        </w:tc>
        <w:tc>
          <w:tcPr>
            <w:tcW w:w="1368" w:type="dxa"/>
          </w:tcPr>
          <w:p w14:paraId="31BAB4CD" w14:textId="77777777" w:rsidR="00BE0E48" w:rsidRPr="00A269A9" w:rsidRDefault="00BE0E48" w:rsidP="00A269A9">
            <w:pPr>
              <w:jc w:val="both"/>
              <w:rPr>
                <w:rFonts w:ascii="Times New Roman" w:hAnsi="Times New Roman" w:cs="Times New Roman"/>
                <w:sz w:val="24"/>
                <w:szCs w:val="24"/>
              </w:rPr>
            </w:pPr>
            <w:r w:rsidRPr="00A269A9">
              <w:rPr>
                <w:rFonts w:ascii="Times New Roman" w:hAnsi="Times New Roman" w:cs="Times New Roman"/>
                <w:sz w:val="24"/>
                <w:szCs w:val="24"/>
              </w:rPr>
              <w:t>Kap. 4.2, Kap. 10</w:t>
            </w:r>
          </w:p>
        </w:tc>
      </w:tr>
      <w:tr w:rsidR="00BE0E48" w:rsidRPr="00A269A9" w14:paraId="3DD7094A" w14:textId="77777777" w:rsidTr="00CE392B">
        <w:tc>
          <w:tcPr>
            <w:tcW w:w="1368" w:type="dxa"/>
          </w:tcPr>
          <w:p w14:paraId="1F2B5736" w14:textId="77777777" w:rsidR="00BE0E48" w:rsidRPr="00A269A9" w:rsidRDefault="00BE0E48" w:rsidP="00A269A9">
            <w:pPr>
              <w:jc w:val="both"/>
              <w:rPr>
                <w:rFonts w:ascii="Times New Roman" w:hAnsi="Times New Roman" w:cs="Times New Roman"/>
                <w:sz w:val="24"/>
                <w:szCs w:val="24"/>
              </w:rPr>
            </w:pPr>
            <w:r w:rsidRPr="00A269A9">
              <w:rPr>
                <w:rFonts w:ascii="Times New Roman" w:hAnsi="Times New Roman" w:cs="Times New Roman"/>
                <w:sz w:val="24"/>
                <w:szCs w:val="24"/>
              </w:rPr>
              <w:t>VKM 823/2019</w:t>
            </w:r>
          </w:p>
        </w:tc>
        <w:tc>
          <w:tcPr>
            <w:tcW w:w="1080" w:type="dxa"/>
          </w:tcPr>
          <w:p w14:paraId="5CBD808B" w14:textId="77777777" w:rsidR="00BE0E48" w:rsidRPr="00A269A9" w:rsidRDefault="00BE0E48" w:rsidP="00A269A9">
            <w:pPr>
              <w:jc w:val="both"/>
              <w:rPr>
                <w:rFonts w:ascii="Times New Roman" w:hAnsi="Times New Roman" w:cs="Times New Roman"/>
                <w:sz w:val="24"/>
                <w:szCs w:val="24"/>
              </w:rPr>
            </w:pPr>
            <w:r w:rsidRPr="00A269A9">
              <w:rPr>
                <w:rFonts w:ascii="Times New Roman" w:hAnsi="Times New Roman" w:cs="Times New Roman"/>
                <w:sz w:val="24"/>
                <w:szCs w:val="24"/>
              </w:rPr>
              <w:t>Nenet 2–6</w:t>
            </w:r>
          </w:p>
        </w:tc>
        <w:tc>
          <w:tcPr>
            <w:tcW w:w="1980" w:type="dxa"/>
          </w:tcPr>
          <w:p w14:paraId="6CF92ABC" w14:textId="77777777" w:rsidR="00BE0E48" w:rsidRPr="005B1542" w:rsidRDefault="00BE0E48"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Procedura e blerjes nga tregu i lirë për BSQ</w:t>
            </w:r>
          </w:p>
        </w:tc>
        <w:tc>
          <w:tcPr>
            <w:tcW w:w="2844" w:type="dxa"/>
          </w:tcPr>
          <w:p w14:paraId="2DE97120" w14:textId="77777777" w:rsidR="00BE0E48" w:rsidRPr="005B1542" w:rsidRDefault="00BE0E48"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Instrument i evidentuar si boshllëk, pasi nuk është aplikuar për shkak të mungesës së fondeve.</w:t>
            </w:r>
          </w:p>
        </w:tc>
        <w:tc>
          <w:tcPr>
            <w:tcW w:w="1368" w:type="dxa"/>
          </w:tcPr>
          <w:p w14:paraId="6FA591CB" w14:textId="77777777" w:rsidR="00BE0E48" w:rsidRPr="00A269A9" w:rsidRDefault="00BE0E48" w:rsidP="00A269A9">
            <w:pPr>
              <w:jc w:val="both"/>
              <w:rPr>
                <w:rFonts w:ascii="Times New Roman" w:hAnsi="Times New Roman" w:cs="Times New Roman"/>
                <w:sz w:val="24"/>
                <w:szCs w:val="24"/>
              </w:rPr>
            </w:pPr>
            <w:r w:rsidRPr="00A269A9">
              <w:rPr>
                <w:rFonts w:ascii="Times New Roman" w:hAnsi="Times New Roman" w:cs="Times New Roman"/>
                <w:sz w:val="24"/>
                <w:szCs w:val="24"/>
              </w:rPr>
              <w:t>Kap. 4.2 (</w:t>
            </w:r>
            <w:proofErr w:type="spellStart"/>
            <w:r w:rsidRPr="00A269A9">
              <w:rPr>
                <w:rFonts w:ascii="Times New Roman" w:hAnsi="Times New Roman" w:cs="Times New Roman"/>
                <w:sz w:val="24"/>
                <w:szCs w:val="24"/>
              </w:rPr>
              <w:t>Boshllëqe</w:t>
            </w:r>
            <w:proofErr w:type="spellEnd"/>
            <w:r w:rsidRPr="00A269A9">
              <w:rPr>
                <w:rFonts w:ascii="Times New Roman" w:hAnsi="Times New Roman" w:cs="Times New Roman"/>
                <w:sz w:val="24"/>
                <w:szCs w:val="24"/>
              </w:rPr>
              <w:t>), Kap. 4.4</w:t>
            </w:r>
          </w:p>
        </w:tc>
      </w:tr>
      <w:tr w:rsidR="00BE0E48" w:rsidRPr="00A269A9" w14:paraId="2FCD2DEA" w14:textId="77777777" w:rsidTr="00CE392B">
        <w:tc>
          <w:tcPr>
            <w:tcW w:w="1368" w:type="dxa"/>
          </w:tcPr>
          <w:p w14:paraId="7D8C2F20" w14:textId="77777777" w:rsidR="00BE0E48" w:rsidRPr="00A269A9" w:rsidRDefault="00BE0E48" w:rsidP="00A269A9">
            <w:pPr>
              <w:jc w:val="both"/>
              <w:rPr>
                <w:rFonts w:ascii="Times New Roman" w:hAnsi="Times New Roman" w:cs="Times New Roman"/>
                <w:sz w:val="24"/>
                <w:szCs w:val="24"/>
              </w:rPr>
            </w:pPr>
            <w:r w:rsidRPr="00A269A9">
              <w:rPr>
                <w:rFonts w:ascii="Times New Roman" w:hAnsi="Times New Roman" w:cs="Times New Roman"/>
                <w:sz w:val="24"/>
                <w:szCs w:val="24"/>
              </w:rPr>
              <w:t>VKM 301/2020</w:t>
            </w:r>
          </w:p>
        </w:tc>
        <w:tc>
          <w:tcPr>
            <w:tcW w:w="1080" w:type="dxa"/>
          </w:tcPr>
          <w:p w14:paraId="05F8D743" w14:textId="77777777" w:rsidR="00BE0E48" w:rsidRPr="00A269A9" w:rsidRDefault="00BE0E48" w:rsidP="00A269A9">
            <w:pPr>
              <w:jc w:val="both"/>
              <w:rPr>
                <w:rFonts w:ascii="Times New Roman" w:hAnsi="Times New Roman" w:cs="Times New Roman"/>
                <w:sz w:val="24"/>
                <w:szCs w:val="24"/>
              </w:rPr>
            </w:pPr>
            <w:r w:rsidRPr="00A269A9">
              <w:rPr>
                <w:rFonts w:ascii="Times New Roman" w:hAnsi="Times New Roman" w:cs="Times New Roman"/>
                <w:sz w:val="24"/>
                <w:szCs w:val="24"/>
              </w:rPr>
              <w:t>Nenet 2–5</w:t>
            </w:r>
          </w:p>
        </w:tc>
        <w:tc>
          <w:tcPr>
            <w:tcW w:w="1980" w:type="dxa"/>
          </w:tcPr>
          <w:p w14:paraId="3666E9E6" w14:textId="77777777" w:rsidR="00BE0E48" w:rsidRPr="00A269A9" w:rsidRDefault="00BE0E48"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Normat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dhe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standardet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për</w:t>
            </w:r>
            <w:proofErr w:type="spellEnd"/>
            <w:r w:rsidRPr="00A269A9">
              <w:rPr>
                <w:rFonts w:ascii="Times New Roman" w:hAnsi="Times New Roman" w:cs="Times New Roman"/>
                <w:sz w:val="24"/>
                <w:szCs w:val="24"/>
              </w:rPr>
              <w:t xml:space="preserve"> BSQ/BKU, </w:t>
            </w:r>
            <w:proofErr w:type="spellStart"/>
            <w:r w:rsidRPr="00A269A9">
              <w:rPr>
                <w:rFonts w:ascii="Times New Roman" w:hAnsi="Times New Roman" w:cs="Times New Roman"/>
                <w:sz w:val="24"/>
                <w:szCs w:val="24"/>
              </w:rPr>
              <w:t>përfshirë</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aksesueshmëri</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dhe</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eficiencë</w:t>
            </w:r>
            <w:proofErr w:type="spellEnd"/>
          </w:p>
        </w:tc>
        <w:tc>
          <w:tcPr>
            <w:tcW w:w="2844" w:type="dxa"/>
          </w:tcPr>
          <w:p w14:paraId="2527FE1D" w14:textId="77777777" w:rsidR="00BE0E48" w:rsidRPr="005B1542" w:rsidRDefault="00BE0E48"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Përdorur si referencë për planifikimin e banesave sociale në truallin 3.64 ha.</w:t>
            </w:r>
          </w:p>
        </w:tc>
        <w:tc>
          <w:tcPr>
            <w:tcW w:w="1368" w:type="dxa"/>
          </w:tcPr>
          <w:p w14:paraId="0A4C650C" w14:textId="77777777" w:rsidR="00BE0E48" w:rsidRPr="00A269A9" w:rsidRDefault="00BE0E48" w:rsidP="00A269A9">
            <w:pPr>
              <w:jc w:val="both"/>
              <w:rPr>
                <w:rFonts w:ascii="Times New Roman" w:hAnsi="Times New Roman" w:cs="Times New Roman"/>
                <w:sz w:val="24"/>
                <w:szCs w:val="24"/>
              </w:rPr>
            </w:pPr>
            <w:r w:rsidRPr="00A269A9">
              <w:rPr>
                <w:rFonts w:ascii="Times New Roman" w:hAnsi="Times New Roman" w:cs="Times New Roman"/>
                <w:sz w:val="24"/>
                <w:szCs w:val="24"/>
              </w:rPr>
              <w:t>Kap. 4.4 (</w:t>
            </w:r>
            <w:proofErr w:type="spellStart"/>
            <w:r w:rsidRPr="00A269A9">
              <w:rPr>
                <w:rFonts w:ascii="Times New Roman" w:hAnsi="Times New Roman" w:cs="Times New Roman"/>
                <w:sz w:val="24"/>
                <w:szCs w:val="24"/>
              </w:rPr>
              <w:t>Nevoja</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afatgjata</w:t>
            </w:r>
            <w:proofErr w:type="spellEnd"/>
            <w:r w:rsidRPr="00A269A9">
              <w:rPr>
                <w:rFonts w:ascii="Times New Roman" w:hAnsi="Times New Roman" w:cs="Times New Roman"/>
                <w:sz w:val="24"/>
                <w:szCs w:val="24"/>
              </w:rPr>
              <w:t>)</w:t>
            </w:r>
          </w:p>
        </w:tc>
      </w:tr>
      <w:tr w:rsidR="00BE0E48" w:rsidRPr="00A269A9" w14:paraId="3C280787" w14:textId="77777777" w:rsidTr="00CE392B">
        <w:tc>
          <w:tcPr>
            <w:tcW w:w="1368" w:type="dxa"/>
          </w:tcPr>
          <w:p w14:paraId="6D673875" w14:textId="77777777" w:rsidR="00BE0E48" w:rsidRPr="00A269A9" w:rsidRDefault="00BE0E48" w:rsidP="00A269A9">
            <w:pPr>
              <w:jc w:val="both"/>
              <w:rPr>
                <w:rFonts w:ascii="Times New Roman" w:hAnsi="Times New Roman" w:cs="Times New Roman"/>
                <w:sz w:val="24"/>
                <w:szCs w:val="24"/>
              </w:rPr>
            </w:pPr>
            <w:r w:rsidRPr="00A269A9">
              <w:rPr>
                <w:rFonts w:ascii="Times New Roman" w:hAnsi="Times New Roman" w:cs="Times New Roman"/>
                <w:sz w:val="24"/>
                <w:szCs w:val="24"/>
              </w:rPr>
              <w:t>VKM 579/2020</w:t>
            </w:r>
          </w:p>
        </w:tc>
        <w:tc>
          <w:tcPr>
            <w:tcW w:w="1080" w:type="dxa"/>
          </w:tcPr>
          <w:p w14:paraId="2BEDC12A" w14:textId="77777777" w:rsidR="00BE0E48" w:rsidRPr="00A269A9" w:rsidRDefault="00BE0E48" w:rsidP="00A269A9">
            <w:pPr>
              <w:jc w:val="both"/>
              <w:rPr>
                <w:rFonts w:ascii="Times New Roman" w:hAnsi="Times New Roman" w:cs="Times New Roman"/>
                <w:sz w:val="24"/>
                <w:szCs w:val="24"/>
              </w:rPr>
            </w:pPr>
            <w:r w:rsidRPr="00A269A9">
              <w:rPr>
                <w:rFonts w:ascii="Times New Roman" w:hAnsi="Times New Roman" w:cs="Times New Roman"/>
                <w:sz w:val="24"/>
                <w:szCs w:val="24"/>
              </w:rPr>
              <w:t>Nenet 2–4</w:t>
            </w:r>
          </w:p>
        </w:tc>
        <w:tc>
          <w:tcPr>
            <w:tcW w:w="1980" w:type="dxa"/>
          </w:tcPr>
          <w:p w14:paraId="5B182805" w14:textId="77777777" w:rsidR="00BE0E48" w:rsidRPr="00A269A9" w:rsidRDefault="00BE0E48"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Rregullat</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për</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funksionimin</w:t>
            </w:r>
            <w:proofErr w:type="spellEnd"/>
            <w:r w:rsidRPr="00A269A9">
              <w:rPr>
                <w:rFonts w:ascii="Times New Roman" w:hAnsi="Times New Roman" w:cs="Times New Roman"/>
                <w:sz w:val="24"/>
                <w:szCs w:val="24"/>
              </w:rPr>
              <w:t xml:space="preserve"> e </w:t>
            </w:r>
            <w:proofErr w:type="spellStart"/>
            <w:r w:rsidRPr="00A269A9">
              <w:rPr>
                <w:rFonts w:ascii="Times New Roman" w:hAnsi="Times New Roman" w:cs="Times New Roman"/>
                <w:sz w:val="24"/>
                <w:szCs w:val="24"/>
              </w:rPr>
              <w:t>strehëve</w:t>
            </w:r>
            <w:proofErr w:type="spellEnd"/>
            <w:r w:rsidRPr="00A269A9">
              <w:rPr>
                <w:rFonts w:ascii="Times New Roman" w:hAnsi="Times New Roman" w:cs="Times New Roman"/>
                <w:sz w:val="24"/>
                <w:szCs w:val="24"/>
              </w:rPr>
              <w:t xml:space="preserve"> të </w:t>
            </w:r>
            <w:proofErr w:type="spellStart"/>
            <w:r w:rsidRPr="00A269A9">
              <w:rPr>
                <w:rFonts w:ascii="Times New Roman" w:hAnsi="Times New Roman" w:cs="Times New Roman"/>
                <w:sz w:val="24"/>
                <w:szCs w:val="24"/>
              </w:rPr>
              <w:t>përkohshme</w:t>
            </w:r>
            <w:proofErr w:type="spellEnd"/>
          </w:p>
        </w:tc>
        <w:tc>
          <w:tcPr>
            <w:tcW w:w="2844" w:type="dxa"/>
          </w:tcPr>
          <w:p w14:paraId="48C437C2" w14:textId="77777777" w:rsidR="00BE0E48" w:rsidRPr="00A269A9" w:rsidRDefault="00BE0E48" w:rsidP="00A269A9">
            <w:pPr>
              <w:jc w:val="both"/>
              <w:rPr>
                <w:rFonts w:ascii="Times New Roman" w:hAnsi="Times New Roman" w:cs="Times New Roman"/>
                <w:sz w:val="24"/>
                <w:szCs w:val="24"/>
              </w:rPr>
            </w:pPr>
            <w:proofErr w:type="spellStart"/>
            <w:r w:rsidRPr="00A269A9">
              <w:rPr>
                <w:rFonts w:ascii="Times New Roman" w:hAnsi="Times New Roman" w:cs="Times New Roman"/>
                <w:sz w:val="24"/>
                <w:szCs w:val="24"/>
              </w:rPr>
              <w:t>Evidentuar</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si</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boshllëk</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për</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bashkinë</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pasi</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nuk</w:t>
            </w:r>
            <w:proofErr w:type="spellEnd"/>
            <w:r w:rsidRPr="00A269A9">
              <w:rPr>
                <w:rFonts w:ascii="Times New Roman" w:hAnsi="Times New Roman" w:cs="Times New Roman"/>
                <w:sz w:val="24"/>
                <w:szCs w:val="24"/>
              </w:rPr>
              <w:t xml:space="preserve"> ka </w:t>
            </w:r>
            <w:proofErr w:type="spellStart"/>
            <w:r w:rsidRPr="00A269A9">
              <w:rPr>
                <w:rFonts w:ascii="Times New Roman" w:hAnsi="Times New Roman" w:cs="Times New Roman"/>
                <w:sz w:val="24"/>
                <w:szCs w:val="24"/>
              </w:rPr>
              <w:t>strukturë</w:t>
            </w:r>
            <w:proofErr w:type="spellEnd"/>
            <w:r w:rsidRPr="00A269A9">
              <w:rPr>
                <w:rFonts w:ascii="Times New Roman" w:hAnsi="Times New Roman" w:cs="Times New Roman"/>
                <w:sz w:val="24"/>
                <w:szCs w:val="24"/>
              </w:rPr>
              <w:t xml:space="preserve"> të </w:t>
            </w:r>
            <w:proofErr w:type="spellStart"/>
            <w:r w:rsidRPr="00A269A9">
              <w:rPr>
                <w:rFonts w:ascii="Times New Roman" w:hAnsi="Times New Roman" w:cs="Times New Roman"/>
                <w:sz w:val="24"/>
                <w:szCs w:val="24"/>
              </w:rPr>
              <w:t>dedikuar</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për</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strehim</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emergjent</w:t>
            </w:r>
            <w:proofErr w:type="spellEnd"/>
            <w:r w:rsidRPr="00A269A9">
              <w:rPr>
                <w:rFonts w:ascii="Times New Roman" w:hAnsi="Times New Roman" w:cs="Times New Roman"/>
                <w:sz w:val="24"/>
                <w:szCs w:val="24"/>
              </w:rPr>
              <w:t>.</w:t>
            </w:r>
          </w:p>
        </w:tc>
        <w:tc>
          <w:tcPr>
            <w:tcW w:w="1368" w:type="dxa"/>
          </w:tcPr>
          <w:p w14:paraId="2A9BF58E" w14:textId="77777777" w:rsidR="00BE0E48" w:rsidRPr="00A269A9" w:rsidRDefault="00BE0E48" w:rsidP="00A269A9">
            <w:pPr>
              <w:jc w:val="both"/>
              <w:rPr>
                <w:rFonts w:ascii="Times New Roman" w:hAnsi="Times New Roman" w:cs="Times New Roman"/>
                <w:sz w:val="24"/>
                <w:szCs w:val="24"/>
              </w:rPr>
            </w:pPr>
            <w:r w:rsidRPr="00A269A9">
              <w:rPr>
                <w:rFonts w:ascii="Times New Roman" w:hAnsi="Times New Roman" w:cs="Times New Roman"/>
                <w:sz w:val="24"/>
                <w:szCs w:val="24"/>
              </w:rPr>
              <w:t>Kap. 4.4 (</w:t>
            </w:r>
            <w:proofErr w:type="spellStart"/>
            <w:r w:rsidRPr="00A269A9">
              <w:rPr>
                <w:rFonts w:ascii="Times New Roman" w:hAnsi="Times New Roman" w:cs="Times New Roman"/>
                <w:sz w:val="24"/>
                <w:szCs w:val="24"/>
              </w:rPr>
              <w:t>Nevoja</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emergjente</w:t>
            </w:r>
            <w:proofErr w:type="spellEnd"/>
            <w:r w:rsidRPr="00A269A9">
              <w:rPr>
                <w:rFonts w:ascii="Times New Roman" w:hAnsi="Times New Roman" w:cs="Times New Roman"/>
                <w:sz w:val="24"/>
                <w:szCs w:val="24"/>
              </w:rPr>
              <w:t>)</w:t>
            </w:r>
          </w:p>
        </w:tc>
      </w:tr>
      <w:tr w:rsidR="00BE0E48" w:rsidRPr="00A269A9" w14:paraId="4C3E7D71" w14:textId="77777777" w:rsidTr="00CE392B">
        <w:tc>
          <w:tcPr>
            <w:tcW w:w="1368" w:type="dxa"/>
          </w:tcPr>
          <w:p w14:paraId="66B58FB2" w14:textId="77777777" w:rsidR="00BE0E48" w:rsidRPr="00A269A9" w:rsidRDefault="00BE0E48" w:rsidP="00A269A9">
            <w:pPr>
              <w:jc w:val="both"/>
              <w:rPr>
                <w:rFonts w:ascii="Times New Roman" w:hAnsi="Times New Roman" w:cs="Times New Roman"/>
                <w:sz w:val="24"/>
                <w:szCs w:val="24"/>
              </w:rPr>
            </w:pPr>
            <w:r w:rsidRPr="00A269A9">
              <w:rPr>
                <w:rFonts w:ascii="Times New Roman" w:hAnsi="Times New Roman" w:cs="Times New Roman"/>
                <w:sz w:val="24"/>
                <w:szCs w:val="24"/>
              </w:rPr>
              <w:t>VKM 441/2021</w:t>
            </w:r>
          </w:p>
        </w:tc>
        <w:tc>
          <w:tcPr>
            <w:tcW w:w="1080" w:type="dxa"/>
          </w:tcPr>
          <w:p w14:paraId="5E568EB5" w14:textId="77777777" w:rsidR="00BE0E48" w:rsidRPr="00A269A9" w:rsidRDefault="00BE0E48" w:rsidP="00A269A9">
            <w:pPr>
              <w:jc w:val="both"/>
              <w:rPr>
                <w:rFonts w:ascii="Times New Roman" w:hAnsi="Times New Roman" w:cs="Times New Roman"/>
                <w:sz w:val="24"/>
                <w:szCs w:val="24"/>
              </w:rPr>
            </w:pPr>
            <w:r w:rsidRPr="00A269A9">
              <w:rPr>
                <w:rFonts w:ascii="Times New Roman" w:hAnsi="Times New Roman" w:cs="Times New Roman"/>
                <w:sz w:val="24"/>
                <w:szCs w:val="24"/>
              </w:rPr>
              <w:t>Neni 3</w:t>
            </w:r>
          </w:p>
        </w:tc>
        <w:tc>
          <w:tcPr>
            <w:tcW w:w="1980" w:type="dxa"/>
          </w:tcPr>
          <w:p w14:paraId="39AD96F0" w14:textId="77777777" w:rsidR="00BE0E48" w:rsidRPr="005B1542" w:rsidRDefault="00BE0E48"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 xml:space="preserve">Përzgjedhja dhe kontraktimi me </w:t>
            </w:r>
            <w:r w:rsidRPr="005B1542">
              <w:rPr>
                <w:rFonts w:ascii="Times New Roman" w:hAnsi="Times New Roman" w:cs="Times New Roman"/>
                <w:sz w:val="24"/>
                <w:szCs w:val="24"/>
                <w:lang w:val="it-IT"/>
              </w:rPr>
              <w:lastRenderedPageBreak/>
              <w:t>subjekte private për banesa sociale</w:t>
            </w:r>
          </w:p>
        </w:tc>
        <w:tc>
          <w:tcPr>
            <w:tcW w:w="2844" w:type="dxa"/>
          </w:tcPr>
          <w:p w14:paraId="53843F37" w14:textId="77777777" w:rsidR="00BE0E48" w:rsidRPr="005B1542" w:rsidRDefault="00BE0E48"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lastRenderedPageBreak/>
              <w:t xml:space="preserve">Përdorur si bazë për të propozuar partneritete të mundshme me sektorin </w:t>
            </w:r>
            <w:r w:rsidRPr="005B1542">
              <w:rPr>
                <w:rFonts w:ascii="Times New Roman" w:hAnsi="Times New Roman" w:cs="Times New Roman"/>
                <w:sz w:val="24"/>
                <w:szCs w:val="24"/>
                <w:lang w:val="it-IT"/>
              </w:rPr>
              <w:lastRenderedPageBreak/>
              <w:t>privat për ndërtimin e banesave sociale.</w:t>
            </w:r>
          </w:p>
        </w:tc>
        <w:tc>
          <w:tcPr>
            <w:tcW w:w="1368" w:type="dxa"/>
          </w:tcPr>
          <w:p w14:paraId="137A0C81" w14:textId="77777777" w:rsidR="00BE0E48" w:rsidRPr="00A269A9" w:rsidRDefault="00BE0E48" w:rsidP="00A269A9">
            <w:pPr>
              <w:jc w:val="both"/>
              <w:rPr>
                <w:rFonts w:ascii="Times New Roman" w:hAnsi="Times New Roman" w:cs="Times New Roman"/>
                <w:sz w:val="24"/>
                <w:szCs w:val="24"/>
              </w:rPr>
            </w:pPr>
            <w:r w:rsidRPr="00A269A9">
              <w:rPr>
                <w:rFonts w:ascii="Times New Roman" w:hAnsi="Times New Roman" w:cs="Times New Roman"/>
                <w:sz w:val="24"/>
                <w:szCs w:val="24"/>
              </w:rPr>
              <w:lastRenderedPageBreak/>
              <w:t>Kap. 4.4, Kap. 10</w:t>
            </w:r>
          </w:p>
        </w:tc>
      </w:tr>
      <w:tr w:rsidR="00BE0E48" w:rsidRPr="00A269A9" w14:paraId="54CBF87C" w14:textId="77777777" w:rsidTr="00CE392B">
        <w:tc>
          <w:tcPr>
            <w:tcW w:w="1368" w:type="dxa"/>
          </w:tcPr>
          <w:p w14:paraId="145F23F5" w14:textId="77777777" w:rsidR="00BE0E48" w:rsidRPr="00A269A9" w:rsidRDefault="00BE0E48" w:rsidP="00A269A9">
            <w:pPr>
              <w:jc w:val="both"/>
              <w:rPr>
                <w:rFonts w:ascii="Times New Roman" w:hAnsi="Times New Roman" w:cs="Times New Roman"/>
                <w:sz w:val="24"/>
                <w:szCs w:val="24"/>
              </w:rPr>
            </w:pPr>
            <w:r w:rsidRPr="00A269A9">
              <w:rPr>
                <w:rFonts w:ascii="Times New Roman" w:hAnsi="Times New Roman" w:cs="Times New Roman"/>
                <w:sz w:val="24"/>
                <w:szCs w:val="24"/>
              </w:rPr>
              <w:t>VKM 325/2024</w:t>
            </w:r>
          </w:p>
        </w:tc>
        <w:tc>
          <w:tcPr>
            <w:tcW w:w="1080" w:type="dxa"/>
          </w:tcPr>
          <w:p w14:paraId="20F3218F" w14:textId="77777777" w:rsidR="00BE0E48" w:rsidRPr="00A269A9" w:rsidRDefault="00BE0E48" w:rsidP="00A269A9">
            <w:pPr>
              <w:jc w:val="both"/>
              <w:rPr>
                <w:rFonts w:ascii="Times New Roman" w:hAnsi="Times New Roman" w:cs="Times New Roman"/>
                <w:sz w:val="24"/>
                <w:szCs w:val="24"/>
              </w:rPr>
            </w:pPr>
            <w:r w:rsidRPr="00A269A9">
              <w:rPr>
                <w:rFonts w:ascii="Times New Roman" w:hAnsi="Times New Roman" w:cs="Times New Roman"/>
                <w:sz w:val="24"/>
                <w:szCs w:val="24"/>
              </w:rPr>
              <w:t>Neni 4</w:t>
            </w:r>
          </w:p>
        </w:tc>
        <w:tc>
          <w:tcPr>
            <w:tcW w:w="1980" w:type="dxa"/>
          </w:tcPr>
          <w:p w14:paraId="2A5B1D3A" w14:textId="77777777" w:rsidR="00BE0E48" w:rsidRPr="005B1542" w:rsidRDefault="00BE0E48"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Kontributi i sektorit privat në fondin e BSQ</w:t>
            </w:r>
          </w:p>
        </w:tc>
        <w:tc>
          <w:tcPr>
            <w:tcW w:w="2844" w:type="dxa"/>
          </w:tcPr>
          <w:p w14:paraId="047D0F58" w14:textId="77777777" w:rsidR="00BE0E48" w:rsidRPr="005B1542" w:rsidRDefault="00BE0E48" w:rsidP="00A269A9">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Adresuar si mundësi për mobilizim burimesh shtesë në financimin e strehimit.</w:t>
            </w:r>
          </w:p>
        </w:tc>
        <w:tc>
          <w:tcPr>
            <w:tcW w:w="1368" w:type="dxa"/>
          </w:tcPr>
          <w:p w14:paraId="4CC24B34" w14:textId="77777777" w:rsidR="00BE0E48" w:rsidRPr="00A269A9" w:rsidRDefault="00BE0E48" w:rsidP="00A269A9">
            <w:pPr>
              <w:jc w:val="both"/>
              <w:rPr>
                <w:rFonts w:ascii="Times New Roman" w:hAnsi="Times New Roman" w:cs="Times New Roman"/>
                <w:sz w:val="24"/>
                <w:szCs w:val="24"/>
              </w:rPr>
            </w:pPr>
            <w:r w:rsidRPr="00A269A9">
              <w:rPr>
                <w:rFonts w:ascii="Times New Roman" w:hAnsi="Times New Roman" w:cs="Times New Roman"/>
                <w:sz w:val="24"/>
                <w:szCs w:val="24"/>
              </w:rPr>
              <w:t>Kap. 10 (</w:t>
            </w:r>
            <w:proofErr w:type="spellStart"/>
            <w:r w:rsidRPr="00A269A9">
              <w:rPr>
                <w:rFonts w:ascii="Times New Roman" w:hAnsi="Times New Roman" w:cs="Times New Roman"/>
                <w:sz w:val="24"/>
                <w:szCs w:val="24"/>
              </w:rPr>
              <w:t>Korniza</w:t>
            </w:r>
            <w:proofErr w:type="spellEnd"/>
            <w:r w:rsidRPr="00A269A9">
              <w:rPr>
                <w:rFonts w:ascii="Times New Roman" w:hAnsi="Times New Roman" w:cs="Times New Roman"/>
                <w:sz w:val="24"/>
                <w:szCs w:val="24"/>
              </w:rPr>
              <w:t xml:space="preserve"> </w:t>
            </w:r>
            <w:proofErr w:type="spellStart"/>
            <w:r w:rsidRPr="00A269A9">
              <w:rPr>
                <w:rFonts w:ascii="Times New Roman" w:hAnsi="Times New Roman" w:cs="Times New Roman"/>
                <w:sz w:val="24"/>
                <w:szCs w:val="24"/>
              </w:rPr>
              <w:t>financiare</w:t>
            </w:r>
            <w:proofErr w:type="spellEnd"/>
            <w:r w:rsidRPr="00A269A9">
              <w:rPr>
                <w:rFonts w:ascii="Times New Roman" w:hAnsi="Times New Roman" w:cs="Times New Roman"/>
                <w:sz w:val="24"/>
                <w:szCs w:val="24"/>
              </w:rPr>
              <w:t>)</w:t>
            </w:r>
          </w:p>
        </w:tc>
      </w:tr>
    </w:tbl>
    <w:p w14:paraId="30088AC9" w14:textId="77777777" w:rsidR="00BE0E48" w:rsidRPr="00A269A9" w:rsidRDefault="00BE0E48" w:rsidP="00A269A9">
      <w:pPr>
        <w:jc w:val="both"/>
        <w:rPr>
          <w:rFonts w:ascii="Times New Roman" w:hAnsi="Times New Roman" w:cs="Times New Roman"/>
          <w:sz w:val="24"/>
          <w:szCs w:val="24"/>
        </w:rPr>
      </w:pPr>
    </w:p>
    <w:p w14:paraId="52C0FD69" w14:textId="77777777" w:rsidR="004245BA" w:rsidRPr="00A269A9" w:rsidRDefault="004245BA" w:rsidP="00A269A9">
      <w:pPr>
        <w:jc w:val="both"/>
        <w:rPr>
          <w:rFonts w:ascii="Times New Roman" w:hAnsi="Times New Roman" w:cs="Times New Roman"/>
          <w:sz w:val="24"/>
          <w:szCs w:val="24"/>
        </w:rPr>
      </w:pPr>
    </w:p>
    <w:p w14:paraId="50C68E6B" w14:textId="77777777" w:rsidR="004245BA" w:rsidRPr="00D97086" w:rsidRDefault="004245BA" w:rsidP="00B06CA4">
      <w:pPr>
        <w:jc w:val="both"/>
        <w:rPr>
          <w:rFonts w:ascii="Times New Roman" w:hAnsi="Times New Roman" w:cs="Times New Roman"/>
          <w:sz w:val="24"/>
          <w:szCs w:val="24"/>
        </w:rPr>
      </w:pPr>
    </w:p>
    <w:p w14:paraId="6C528093" w14:textId="77777777" w:rsidR="004245BA" w:rsidRDefault="004245BA" w:rsidP="002706E6">
      <w:pPr>
        <w:pStyle w:val="Heading2"/>
        <w:rPr>
          <w:rFonts w:ascii="Times New Roman" w:hAnsi="Times New Roman" w:cs="Times New Roman"/>
          <w:b w:val="0"/>
        </w:rPr>
      </w:pPr>
      <w:bookmarkStart w:id="22" w:name="_Toc209703449"/>
      <w:proofErr w:type="spellStart"/>
      <w:r w:rsidRPr="00D97086">
        <w:rPr>
          <w:rFonts w:ascii="Times New Roman" w:hAnsi="Times New Roman" w:cs="Times New Roman"/>
          <w:b w:val="0"/>
        </w:rPr>
        <w:t>Aneks</w:t>
      </w:r>
      <w:proofErr w:type="spellEnd"/>
      <w:r w:rsidRPr="00D97086">
        <w:rPr>
          <w:rFonts w:ascii="Times New Roman" w:hAnsi="Times New Roman" w:cs="Times New Roman"/>
          <w:b w:val="0"/>
        </w:rPr>
        <w:t xml:space="preserve"> </w:t>
      </w:r>
      <w:r w:rsidR="00067B4B" w:rsidRPr="00D97086">
        <w:rPr>
          <w:rFonts w:ascii="Times New Roman" w:hAnsi="Times New Roman" w:cs="Times New Roman"/>
          <w:b w:val="0"/>
        </w:rPr>
        <w:t xml:space="preserve">2 </w:t>
      </w:r>
      <w:proofErr w:type="spellStart"/>
      <w:r w:rsidR="00067B4B" w:rsidRPr="00D97086">
        <w:rPr>
          <w:rFonts w:ascii="Times New Roman" w:hAnsi="Times New Roman" w:cs="Times New Roman"/>
          <w:b w:val="0"/>
        </w:rPr>
        <w:t>Raporti</w:t>
      </w:r>
      <w:proofErr w:type="spellEnd"/>
      <w:r w:rsidR="00067B4B" w:rsidRPr="00D97086">
        <w:rPr>
          <w:rFonts w:ascii="Times New Roman" w:hAnsi="Times New Roman" w:cs="Times New Roman"/>
          <w:b w:val="0"/>
        </w:rPr>
        <w:t xml:space="preserve"> </w:t>
      </w:r>
      <w:proofErr w:type="spellStart"/>
      <w:r w:rsidR="00067B4B" w:rsidRPr="00D97086">
        <w:rPr>
          <w:rFonts w:ascii="Times New Roman" w:hAnsi="Times New Roman" w:cs="Times New Roman"/>
          <w:b w:val="0"/>
        </w:rPr>
        <w:t>i</w:t>
      </w:r>
      <w:proofErr w:type="spellEnd"/>
      <w:r w:rsidRPr="00D97086">
        <w:rPr>
          <w:rFonts w:ascii="Times New Roman" w:hAnsi="Times New Roman" w:cs="Times New Roman"/>
          <w:b w:val="0"/>
        </w:rPr>
        <w:t xml:space="preserve"> </w:t>
      </w:r>
      <w:proofErr w:type="spellStart"/>
      <w:r w:rsidRPr="00D97086">
        <w:rPr>
          <w:rFonts w:ascii="Times New Roman" w:hAnsi="Times New Roman" w:cs="Times New Roman"/>
          <w:b w:val="0"/>
        </w:rPr>
        <w:t>var</w:t>
      </w:r>
      <w:r w:rsidR="002706E6" w:rsidRPr="00D97086">
        <w:rPr>
          <w:rFonts w:ascii="Times New Roman" w:hAnsi="Times New Roman" w:cs="Times New Roman"/>
          <w:b w:val="0"/>
        </w:rPr>
        <w:t>ë</w:t>
      </w:r>
      <w:r w:rsidRPr="00D97086">
        <w:rPr>
          <w:rFonts w:ascii="Times New Roman" w:hAnsi="Times New Roman" w:cs="Times New Roman"/>
          <w:b w:val="0"/>
        </w:rPr>
        <w:t>sis</w:t>
      </w:r>
      <w:r w:rsidR="002706E6" w:rsidRPr="00D97086">
        <w:rPr>
          <w:rFonts w:ascii="Times New Roman" w:hAnsi="Times New Roman" w:cs="Times New Roman"/>
          <w:b w:val="0"/>
        </w:rPr>
        <w:t>ë</w:t>
      </w:r>
      <w:bookmarkEnd w:id="22"/>
      <w:proofErr w:type="spellEnd"/>
    </w:p>
    <w:p w14:paraId="341B8236" w14:textId="77777777" w:rsidR="00A269A9" w:rsidRPr="00A269A9" w:rsidRDefault="00A269A9" w:rsidP="00A269A9"/>
    <w:p w14:paraId="1E5F205F" w14:textId="77777777" w:rsidR="004245BA" w:rsidRPr="005B1542" w:rsidRDefault="005E444E" w:rsidP="00B06CA4">
      <w:pPr>
        <w:jc w:val="both"/>
        <w:rPr>
          <w:rFonts w:ascii="Times New Roman" w:hAnsi="Times New Roman" w:cs="Times New Roman"/>
          <w:color w:val="000000" w:themeColor="text1"/>
          <w:sz w:val="24"/>
          <w:szCs w:val="24"/>
          <w:lang w:val="it-IT"/>
        </w:rPr>
      </w:pPr>
      <w:r w:rsidRPr="005B1542">
        <w:rPr>
          <w:rFonts w:ascii="Times New Roman" w:hAnsi="Times New Roman" w:cs="Times New Roman"/>
          <w:color w:val="000000" w:themeColor="text1"/>
          <w:sz w:val="24"/>
          <w:szCs w:val="24"/>
          <w:lang w:val="it-IT"/>
        </w:rPr>
        <w:t>Përkufizim i thjeshtë:</w:t>
      </w:r>
      <w:r w:rsidR="004245BA" w:rsidRPr="005B1542">
        <w:rPr>
          <w:rFonts w:ascii="Times New Roman" w:hAnsi="Times New Roman" w:cs="Times New Roman"/>
          <w:color w:val="000000" w:themeColor="text1"/>
          <w:sz w:val="24"/>
          <w:szCs w:val="24"/>
          <w:lang w:val="it-IT"/>
        </w:rPr>
        <w:t xml:space="preserve"> </w:t>
      </w:r>
      <w:r w:rsidRPr="005B1542">
        <w:rPr>
          <w:rFonts w:ascii="Times New Roman" w:hAnsi="Times New Roman" w:cs="Times New Roman"/>
          <w:color w:val="000000" w:themeColor="text1"/>
          <w:sz w:val="24"/>
          <w:szCs w:val="24"/>
          <w:lang w:val="it-IT"/>
        </w:rPr>
        <w:t>raporti i varësisë</w:t>
      </w:r>
      <w:r w:rsidRPr="005B1542">
        <w:rPr>
          <w:rFonts w:ascii="Times New Roman" w:hAnsi="Times New Roman" w:cs="Times New Roman"/>
          <w:b/>
          <w:color w:val="000000" w:themeColor="text1"/>
          <w:sz w:val="24"/>
          <w:szCs w:val="24"/>
          <w:lang w:val="it-IT"/>
        </w:rPr>
        <w:t xml:space="preserve"> </w:t>
      </w:r>
      <w:r w:rsidR="004245BA" w:rsidRPr="005B1542">
        <w:rPr>
          <w:rFonts w:ascii="Times New Roman" w:hAnsi="Times New Roman" w:cs="Times New Roman"/>
          <w:color w:val="000000" w:themeColor="text1"/>
          <w:sz w:val="24"/>
          <w:szCs w:val="24"/>
          <w:lang w:val="it-IT"/>
        </w:rPr>
        <w:t>tregon sa persona jo</w:t>
      </w:r>
      <w:r w:rsidR="004245BA" w:rsidRPr="005B1542">
        <w:rPr>
          <w:rFonts w:ascii="MS Mincho" w:eastAsia="MS Mincho" w:hAnsi="MS Mincho" w:cs="MS Mincho" w:hint="eastAsia"/>
          <w:color w:val="000000" w:themeColor="text1"/>
          <w:sz w:val="24"/>
          <w:szCs w:val="24"/>
          <w:lang w:val="it-IT"/>
        </w:rPr>
        <w:t>‑</w:t>
      </w:r>
      <w:r w:rsidR="004245BA" w:rsidRPr="005B1542">
        <w:rPr>
          <w:rFonts w:ascii="Times New Roman" w:hAnsi="Times New Roman" w:cs="Times New Roman"/>
          <w:color w:val="000000" w:themeColor="text1"/>
          <w:sz w:val="24"/>
          <w:szCs w:val="24"/>
          <w:lang w:val="it-IT"/>
        </w:rPr>
        <w:t>në moshë pune varen nga 100 persona në moshë pune.</w:t>
      </w:r>
    </w:p>
    <w:p w14:paraId="42698C51" w14:textId="77777777" w:rsidR="004245BA" w:rsidRPr="005B1542" w:rsidRDefault="004245BA" w:rsidP="00B06CA4">
      <w:pPr>
        <w:jc w:val="both"/>
        <w:rPr>
          <w:rFonts w:ascii="Times New Roman" w:hAnsi="Times New Roman" w:cs="Times New Roman"/>
          <w:color w:val="000000" w:themeColor="text1"/>
          <w:sz w:val="24"/>
          <w:szCs w:val="24"/>
          <w:lang w:val="it-IT"/>
        </w:rPr>
      </w:pPr>
      <w:r w:rsidRPr="005B1542">
        <w:rPr>
          <w:rFonts w:ascii="Times New Roman" w:hAnsi="Times New Roman" w:cs="Times New Roman"/>
          <w:b/>
          <w:color w:val="000000" w:themeColor="text1"/>
          <w:sz w:val="24"/>
          <w:szCs w:val="24"/>
          <w:lang w:val="it-IT"/>
        </w:rPr>
        <w:t xml:space="preserve">Formula </w:t>
      </w:r>
    </w:p>
    <w:p w14:paraId="6638D4EB" w14:textId="77777777" w:rsidR="004245BA" w:rsidRPr="005B1542" w:rsidRDefault="004245BA" w:rsidP="00B06CA4">
      <w:pPr>
        <w:jc w:val="both"/>
        <w:rPr>
          <w:rFonts w:ascii="Times New Roman" w:hAnsi="Times New Roman" w:cs="Times New Roman"/>
          <w:color w:val="000000" w:themeColor="text1"/>
          <w:sz w:val="24"/>
          <w:szCs w:val="24"/>
          <w:lang w:val="it-IT"/>
        </w:rPr>
      </w:pPr>
      <w:r w:rsidRPr="005B1542">
        <w:rPr>
          <w:rFonts w:ascii="Times New Roman" w:hAnsi="Times New Roman" w:cs="Times New Roman"/>
          <w:b/>
          <w:color w:val="000000" w:themeColor="text1"/>
          <w:sz w:val="24"/>
          <w:szCs w:val="24"/>
          <w:lang w:val="it-IT"/>
        </w:rPr>
        <w:t xml:space="preserve">Raporti i varësisë (total) = </w:t>
      </w:r>
      <w:r w:rsidRPr="005B1542">
        <w:rPr>
          <w:rFonts w:ascii="Times New Roman" w:hAnsi="Times New Roman" w:cs="Times New Roman"/>
          <w:color w:val="000000" w:themeColor="text1"/>
          <w:sz w:val="24"/>
          <w:szCs w:val="24"/>
          <w:lang w:val="it-IT"/>
        </w:rPr>
        <w:t>((popullsia 0–14 vjeç + 65+ vjeç) / popullsia 15–64 vjeç) × 100</w:t>
      </w:r>
    </w:p>
    <w:p w14:paraId="2D4D1EE1" w14:textId="77777777" w:rsidR="004245BA" w:rsidRPr="005B1542" w:rsidRDefault="004245BA" w:rsidP="00B06CA4">
      <w:pPr>
        <w:jc w:val="both"/>
        <w:rPr>
          <w:rFonts w:ascii="Times New Roman" w:hAnsi="Times New Roman" w:cs="Times New Roman"/>
          <w:color w:val="000000" w:themeColor="text1"/>
          <w:sz w:val="24"/>
          <w:szCs w:val="24"/>
          <w:lang w:val="it-IT"/>
        </w:rPr>
      </w:pPr>
      <w:r w:rsidRPr="005B1542">
        <w:rPr>
          <w:rFonts w:ascii="Times New Roman" w:hAnsi="Times New Roman" w:cs="Times New Roman"/>
          <w:i/>
          <w:color w:val="000000" w:themeColor="text1"/>
          <w:sz w:val="24"/>
          <w:szCs w:val="24"/>
          <w:lang w:val="it-IT"/>
        </w:rPr>
        <w:t>Nëndarje:</w:t>
      </w:r>
    </w:p>
    <w:p w14:paraId="02A6599C" w14:textId="77777777" w:rsidR="004245BA" w:rsidRPr="005B1542" w:rsidRDefault="004245BA" w:rsidP="00B06CA4">
      <w:pPr>
        <w:jc w:val="both"/>
        <w:rPr>
          <w:rFonts w:ascii="Times New Roman" w:hAnsi="Times New Roman" w:cs="Times New Roman"/>
          <w:color w:val="000000" w:themeColor="text1"/>
          <w:sz w:val="24"/>
          <w:szCs w:val="24"/>
          <w:lang w:val="it-IT"/>
        </w:rPr>
      </w:pPr>
      <w:r w:rsidRPr="005B1542">
        <w:rPr>
          <w:rFonts w:ascii="Times New Roman" w:hAnsi="Times New Roman" w:cs="Times New Roman"/>
          <w:color w:val="000000" w:themeColor="text1"/>
          <w:sz w:val="24"/>
          <w:szCs w:val="24"/>
          <w:lang w:val="it-IT"/>
        </w:rPr>
        <w:t>• Raporti i varësisë së fëmijëve = (0–14) / (15–64) × 100</w:t>
      </w:r>
    </w:p>
    <w:p w14:paraId="42C86E2B" w14:textId="77777777" w:rsidR="004245BA" w:rsidRPr="005B1542" w:rsidRDefault="004245BA" w:rsidP="00B06CA4">
      <w:pPr>
        <w:jc w:val="both"/>
        <w:rPr>
          <w:rFonts w:ascii="Times New Roman" w:hAnsi="Times New Roman" w:cs="Times New Roman"/>
          <w:color w:val="000000" w:themeColor="text1"/>
          <w:sz w:val="24"/>
          <w:szCs w:val="24"/>
          <w:lang w:val="it-IT"/>
        </w:rPr>
      </w:pPr>
      <w:r w:rsidRPr="005B1542">
        <w:rPr>
          <w:rFonts w:ascii="Times New Roman" w:hAnsi="Times New Roman" w:cs="Times New Roman"/>
          <w:color w:val="000000" w:themeColor="text1"/>
          <w:sz w:val="24"/>
          <w:szCs w:val="24"/>
          <w:lang w:val="it-IT"/>
        </w:rPr>
        <w:t>• Raporti i varësisë së të moshuarve = (65+) / (15–64) × 100</w:t>
      </w:r>
    </w:p>
    <w:p w14:paraId="1E373FD1" w14:textId="77777777" w:rsidR="004245BA" w:rsidRPr="00A269A9" w:rsidRDefault="004245BA" w:rsidP="00B06CA4">
      <w:pPr>
        <w:jc w:val="both"/>
        <w:rPr>
          <w:rFonts w:ascii="Times New Roman" w:hAnsi="Times New Roman" w:cs="Times New Roman"/>
          <w:color w:val="000000" w:themeColor="text1"/>
          <w:sz w:val="24"/>
          <w:szCs w:val="24"/>
        </w:rPr>
      </w:pPr>
      <w:proofErr w:type="spellStart"/>
      <w:r w:rsidRPr="00A269A9">
        <w:rPr>
          <w:rFonts w:ascii="Times New Roman" w:hAnsi="Times New Roman" w:cs="Times New Roman"/>
          <w:b/>
          <w:color w:val="000000" w:themeColor="text1"/>
          <w:sz w:val="24"/>
          <w:szCs w:val="24"/>
        </w:rPr>
        <w:t>Shembull</w:t>
      </w:r>
      <w:proofErr w:type="spellEnd"/>
      <w:r w:rsidRPr="00A269A9">
        <w:rPr>
          <w:rFonts w:ascii="Times New Roman" w:hAnsi="Times New Roman" w:cs="Times New Roman"/>
          <w:b/>
          <w:color w:val="000000" w:themeColor="text1"/>
          <w:sz w:val="24"/>
          <w:szCs w:val="24"/>
        </w:rPr>
        <w:t xml:space="preserve"> me </w:t>
      </w:r>
      <w:proofErr w:type="spellStart"/>
      <w:r w:rsidRPr="00A269A9">
        <w:rPr>
          <w:rFonts w:ascii="Times New Roman" w:hAnsi="Times New Roman" w:cs="Times New Roman"/>
          <w:b/>
          <w:color w:val="000000" w:themeColor="text1"/>
          <w:sz w:val="24"/>
          <w:szCs w:val="24"/>
        </w:rPr>
        <w:t>shifrat</w:t>
      </w:r>
      <w:proofErr w:type="spellEnd"/>
      <w:r w:rsidRPr="00A269A9">
        <w:rPr>
          <w:rFonts w:ascii="Times New Roman" w:hAnsi="Times New Roman" w:cs="Times New Roman"/>
          <w:b/>
          <w:color w:val="000000" w:themeColor="text1"/>
          <w:sz w:val="24"/>
          <w:szCs w:val="24"/>
        </w:rPr>
        <w:t xml:space="preserve"> e </w:t>
      </w:r>
      <w:proofErr w:type="spellStart"/>
      <w:r w:rsidRPr="00A269A9">
        <w:rPr>
          <w:rFonts w:ascii="Times New Roman" w:hAnsi="Times New Roman" w:cs="Times New Roman"/>
          <w:b/>
          <w:color w:val="000000" w:themeColor="text1"/>
          <w:sz w:val="24"/>
          <w:szCs w:val="24"/>
        </w:rPr>
        <w:t>Prrenjasit</w:t>
      </w:r>
      <w:proofErr w:type="spellEnd"/>
      <w:r w:rsidRPr="00A269A9">
        <w:rPr>
          <w:rFonts w:ascii="Times New Roman" w:hAnsi="Times New Roman" w:cs="Times New Roman"/>
          <w:b/>
          <w:color w:val="000000" w:themeColor="text1"/>
          <w:sz w:val="24"/>
          <w:szCs w:val="24"/>
        </w:rPr>
        <w:t xml:space="preserve"> (Census 2023)</w:t>
      </w:r>
    </w:p>
    <w:tbl>
      <w:tblPr>
        <w:tblStyle w:val="LightList-Accent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4335"/>
        <w:gridCol w:w="4295"/>
      </w:tblGrid>
      <w:tr w:rsidR="004245BA" w:rsidRPr="00A269A9" w14:paraId="6338E62A" w14:textId="77777777" w:rsidTr="00BC52B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80" w:type="dxa"/>
            <w:shd w:val="clear" w:color="auto" w:fill="EAF1DD" w:themeFill="accent3" w:themeFillTint="33"/>
          </w:tcPr>
          <w:p w14:paraId="4897F763" w14:textId="77777777" w:rsidR="004245BA" w:rsidRPr="00A269A9" w:rsidRDefault="004245BA" w:rsidP="00BC52BC">
            <w:pPr>
              <w:jc w:val="center"/>
              <w:rPr>
                <w:rFonts w:ascii="Times New Roman" w:hAnsi="Times New Roman" w:cs="Times New Roman"/>
                <w:color w:val="000000" w:themeColor="text1"/>
                <w:sz w:val="24"/>
                <w:szCs w:val="24"/>
              </w:rPr>
            </w:pPr>
            <w:proofErr w:type="spellStart"/>
            <w:r w:rsidRPr="00A269A9">
              <w:rPr>
                <w:rFonts w:ascii="Times New Roman" w:hAnsi="Times New Roman" w:cs="Times New Roman"/>
                <w:color w:val="000000" w:themeColor="text1"/>
                <w:sz w:val="24"/>
                <w:szCs w:val="24"/>
              </w:rPr>
              <w:t>Treguesi</w:t>
            </w:r>
            <w:proofErr w:type="spellEnd"/>
          </w:p>
        </w:tc>
        <w:tc>
          <w:tcPr>
            <w:tcW w:w="4680" w:type="dxa"/>
            <w:shd w:val="clear" w:color="auto" w:fill="EAF1DD" w:themeFill="accent3" w:themeFillTint="33"/>
          </w:tcPr>
          <w:p w14:paraId="08FA6F3A" w14:textId="77777777" w:rsidR="004245BA" w:rsidRPr="00A269A9" w:rsidRDefault="004245BA" w:rsidP="00BC52B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A269A9">
              <w:rPr>
                <w:rFonts w:ascii="Times New Roman" w:hAnsi="Times New Roman" w:cs="Times New Roman"/>
                <w:color w:val="000000" w:themeColor="text1"/>
                <w:sz w:val="24"/>
                <w:szCs w:val="24"/>
              </w:rPr>
              <w:t>Vlera</w:t>
            </w:r>
          </w:p>
          <w:p w14:paraId="0A89CAE2" w14:textId="77777777" w:rsidR="00BC52BC" w:rsidRPr="00A269A9" w:rsidRDefault="00BC52BC" w:rsidP="00BC52BC">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p>
        </w:tc>
      </w:tr>
      <w:tr w:rsidR="004245BA" w:rsidRPr="00A269A9" w14:paraId="29358933" w14:textId="77777777" w:rsidTr="00BB1D9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80" w:type="dxa"/>
            <w:tcBorders>
              <w:top w:val="none" w:sz="0" w:space="0" w:color="auto"/>
              <w:left w:val="none" w:sz="0" w:space="0" w:color="auto"/>
              <w:bottom w:val="none" w:sz="0" w:space="0" w:color="auto"/>
            </w:tcBorders>
            <w:shd w:val="clear" w:color="auto" w:fill="FFFFFF" w:themeFill="background1"/>
          </w:tcPr>
          <w:p w14:paraId="18E2BD97" w14:textId="77777777" w:rsidR="004245BA" w:rsidRPr="00A269A9" w:rsidRDefault="004245BA" w:rsidP="00B06CA4">
            <w:pPr>
              <w:jc w:val="both"/>
              <w:rPr>
                <w:rFonts w:ascii="Times New Roman" w:hAnsi="Times New Roman" w:cs="Times New Roman"/>
                <w:color w:val="000000" w:themeColor="text1"/>
                <w:sz w:val="24"/>
                <w:szCs w:val="24"/>
              </w:rPr>
            </w:pPr>
            <w:r w:rsidRPr="00A269A9">
              <w:rPr>
                <w:rFonts w:ascii="Times New Roman" w:hAnsi="Times New Roman" w:cs="Times New Roman"/>
                <w:color w:val="000000" w:themeColor="text1"/>
                <w:sz w:val="24"/>
                <w:szCs w:val="24"/>
              </w:rPr>
              <w:t xml:space="preserve">0–14 </w:t>
            </w:r>
            <w:proofErr w:type="spellStart"/>
            <w:r w:rsidRPr="00A269A9">
              <w:rPr>
                <w:rFonts w:ascii="Times New Roman" w:hAnsi="Times New Roman" w:cs="Times New Roman"/>
                <w:color w:val="000000" w:themeColor="text1"/>
                <w:sz w:val="24"/>
                <w:szCs w:val="24"/>
              </w:rPr>
              <w:t>vjeç</w:t>
            </w:r>
            <w:proofErr w:type="spellEnd"/>
            <w:r w:rsidRPr="00A269A9">
              <w:rPr>
                <w:rFonts w:ascii="Times New Roman" w:hAnsi="Times New Roman" w:cs="Times New Roman"/>
                <w:color w:val="000000" w:themeColor="text1"/>
                <w:sz w:val="24"/>
                <w:szCs w:val="24"/>
              </w:rPr>
              <w:t xml:space="preserve"> (persona)</w:t>
            </w:r>
          </w:p>
        </w:tc>
        <w:tc>
          <w:tcPr>
            <w:tcW w:w="4680" w:type="dxa"/>
            <w:tcBorders>
              <w:top w:val="none" w:sz="0" w:space="0" w:color="auto"/>
              <w:bottom w:val="none" w:sz="0" w:space="0" w:color="auto"/>
              <w:right w:val="none" w:sz="0" w:space="0" w:color="auto"/>
            </w:tcBorders>
            <w:shd w:val="clear" w:color="auto" w:fill="FFFFFF" w:themeFill="background1"/>
          </w:tcPr>
          <w:p w14:paraId="4D9005A6" w14:textId="77777777" w:rsidR="004245BA" w:rsidRPr="00A269A9" w:rsidRDefault="004245BA" w:rsidP="00B06CA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A269A9">
              <w:rPr>
                <w:rFonts w:ascii="Times New Roman" w:hAnsi="Times New Roman" w:cs="Times New Roman"/>
                <w:color w:val="000000" w:themeColor="text1"/>
                <w:sz w:val="24"/>
                <w:szCs w:val="24"/>
              </w:rPr>
              <w:t>3 233</w:t>
            </w:r>
          </w:p>
        </w:tc>
      </w:tr>
      <w:tr w:rsidR="004245BA" w:rsidRPr="00A269A9" w14:paraId="0EACB60E" w14:textId="77777777" w:rsidTr="00BB1D97">
        <w:trPr>
          <w:jc w:val="center"/>
        </w:trPr>
        <w:tc>
          <w:tcPr>
            <w:cnfStyle w:val="001000000000" w:firstRow="0" w:lastRow="0" w:firstColumn="1" w:lastColumn="0" w:oddVBand="0" w:evenVBand="0" w:oddHBand="0" w:evenHBand="0" w:firstRowFirstColumn="0" w:firstRowLastColumn="0" w:lastRowFirstColumn="0" w:lastRowLastColumn="0"/>
            <w:tcW w:w="4680" w:type="dxa"/>
            <w:shd w:val="clear" w:color="auto" w:fill="FFFFFF" w:themeFill="background1"/>
          </w:tcPr>
          <w:p w14:paraId="05DD1F7B" w14:textId="77777777" w:rsidR="004245BA" w:rsidRPr="00A269A9" w:rsidRDefault="004245BA" w:rsidP="00B06CA4">
            <w:pPr>
              <w:jc w:val="both"/>
              <w:rPr>
                <w:rFonts w:ascii="Times New Roman" w:hAnsi="Times New Roman" w:cs="Times New Roman"/>
                <w:color w:val="000000" w:themeColor="text1"/>
                <w:sz w:val="24"/>
                <w:szCs w:val="24"/>
              </w:rPr>
            </w:pPr>
            <w:r w:rsidRPr="00A269A9">
              <w:rPr>
                <w:rFonts w:ascii="Times New Roman" w:hAnsi="Times New Roman" w:cs="Times New Roman"/>
                <w:color w:val="000000" w:themeColor="text1"/>
                <w:sz w:val="24"/>
                <w:szCs w:val="24"/>
              </w:rPr>
              <w:t xml:space="preserve">15–64 </w:t>
            </w:r>
            <w:proofErr w:type="spellStart"/>
            <w:r w:rsidRPr="00A269A9">
              <w:rPr>
                <w:rFonts w:ascii="Times New Roman" w:hAnsi="Times New Roman" w:cs="Times New Roman"/>
                <w:color w:val="000000" w:themeColor="text1"/>
                <w:sz w:val="24"/>
                <w:szCs w:val="24"/>
              </w:rPr>
              <w:t>vjeç</w:t>
            </w:r>
            <w:proofErr w:type="spellEnd"/>
            <w:r w:rsidRPr="00A269A9">
              <w:rPr>
                <w:rFonts w:ascii="Times New Roman" w:hAnsi="Times New Roman" w:cs="Times New Roman"/>
                <w:color w:val="000000" w:themeColor="text1"/>
                <w:sz w:val="24"/>
                <w:szCs w:val="24"/>
              </w:rPr>
              <w:t xml:space="preserve"> (persona)</w:t>
            </w:r>
          </w:p>
        </w:tc>
        <w:tc>
          <w:tcPr>
            <w:tcW w:w="4680" w:type="dxa"/>
            <w:shd w:val="clear" w:color="auto" w:fill="FFFFFF" w:themeFill="background1"/>
          </w:tcPr>
          <w:p w14:paraId="0F0D5CC5" w14:textId="77777777" w:rsidR="004245BA" w:rsidRPr="00A269A9" w:rsidRDefault="004245BA" w:rsidP="00B06CA4">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A269A9">
              <w:rPr>
                <w:rFonts w:ascii="Times New Roman" w:hAnsi="Times New Roman" w:cs="Times New Roman"/>
                <w:color w:val="000000" w:themeColor="text1"/>
                <w:sz w:val="24"/>
                <w:szCs w:val="24"/>
              </w:rPr>
              <w:t>12 378</w:t>
            </w:r>
          </w:p>
        </w:tc>
      </w:tr>
      <w:tr w:rsidR="004245BA" w:rsidRPr="00A269A9" w14:paraId="79392AD7" w14:textId="77777777" w:rsidTr="00BB1D9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680" w:type="dxa"/>
            <w:tcBorders>
              <w:top w:val="none" w:sz="0" w:space="0" w:color="auto"/>
              <w:left w:val="none" w:sz="0" w:space="0" w:color="auto"/>
              <w:bottom w:val="none" w:sz="0" w:space="0" w:color="auto"/>
            </w:tcBorders>
            <w:shd w:val="clear" w:color="auto" w:fill="FFFFFF" w:themeFill="background1"/>
          </w:tcPr>
          <w:p w14:paraId="12D0EB50" w14:textId="77777777" w:rsidR="004245BA" w:rsidRPr="00A269A9" w:rsidRDefault="004245BA" w:rsidP="00B06CA4">
            <w:pPr>
              <w:jc w:val="both"/>
              <w:rPr>
                <w:rFonts w:ascii="Times New Roman" w:hAnsi="Times New Roman" w:cs="Times New Roman"/>
                <w:color w:val="000000" w:themeColor="text1"/>
                <w:sz w:val="24"/>
                <w:szCs w:val="24"/>
              </w:rPr>
            </w:pPr>
            <w:r w:rsidRPr="00A269A9">
              <w:rPr>
                <w:rFonts w:ascii="Times New Roman" w:hAnsi="Times New Roman" w:cs="Times New Roman"/>
                <w:color w:val="000000" w:themeColor="text1"/>
                <w:sz w:val="24"/>
                <w:szCs w:val="24"/>
              </w:rPr>
              <w:t xml:space="preserve">65+ </w:t>
            </w:r>
            <w:proofErr w:type="spellStart"/>
            <w:r w:rsidRPr="00A269A9">
              <w:rPr>
                <w:rFonts w:ascii="Times New Roman" w:hAnsi="Times New Roman" w:cs="Times New Roman"/>
                <w:color w:val="000000" w:themeColor="text1"/>
                <w:sz w:val="24"/>
                <w:szCs w:val="24"/>
              </w:rPr>
              <w:t>vjeç</w:t>
            </w:r>
            <w:proofErr w:type="spellEnd"/>
            <w:r w:rsidRPr="00A269A9">
              <w:rPr>
                <w:rFonts w:ascii="Times New Roman" w:hAnsi="Times New Roman" w:cs="Times New Roman"/>
                <w:color w:val="000000" w:themeColor="text1"/>
                <w:sz w:val="24"/>
                <w:szCs w:val="24"/>
              </w:rPr>
              <w:t xml:space="preserve"> (persona)</w:t>
            </w:r>
          </w:p>
        </w:tc>
        <w:tc>
          <w:tcPr>
            <w:tcW w:w="4680" w:type="dxa"/>
            <w:tcBorders>
              <w:top w:val="none" w:sz="0" w:space="0" w:color="auto"/>
              <w:bottom w:val="none" w:sz="0" w:space="0" w:color="auto"/>
              <w:right w:val="none" w:sz="0" w:space="0" w:color="auto"/>
            </w:tcBorders>
            <w:shd w:val="clear" w:color="auto" w:fill="FFFFFF" w:themeFill="background1"/>
          </w:tcPr>
          <w:p w14:paraId="73E026B0" w14:textId="77777777" w:rsidR="004245BA" w:rsidRPr="00A269A9" w:rsidRDefault="004245BA" w:rsidP="00B06CA4">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A269A9">
              <w:rPr>
                <w:rFonts w:ascii="Times New Roman" w:hAnsi="Times New Roman" w:cs="Times New Roman"/>
                <w:color w:val="000000" w:themeColor="text1"/>
                <w:sz w:val="24"/>
                <w:szCs w:val="24"/>
              </w:rPr>
              <w:t>3 157</w:t>
            </w:r>
          </w:p>
        </w:tc>
      </w:tr>
    </w:tbl>
    <w:p w14:paraId="212D7284" w14:textId="77777777" w:rsidR="004245BA" w:rsidRPr="00A269A9" w:rsidRDefault="004245BA" w:rsidP="00B06CA4">
      <w:pPr>
        <w:jc w:val="both"/>
        <w:rPr>
          <w:rFonts w:ascii="Times New Roman" w:hAnsi="Times New Roman" w:cs="Times New Roman"/>
          <w:sz w:val="24"/>
          <w:szCs w:val="24"/>
        </w:rPr>
      </w:pPr>
      <w:r w:rsidRPr="00A269A9">
        <w:rPr>
          <w:rFonts w:ascii="Times New Roman" w:hAnsi="Times New Roman" w:cs="Times New Roman"/>
          <w:color w:val="000000" w:themeColor="text1"/>
          <w:sz w:val="24"/>
          <w:szCs w:val="24"/>
        </w:rPr>
        <w:tab/>
      </w:r>
    </w:p>
    <w:p w14:paraId="678F07E5" w14:textId="77777777" w:rsidR="004245BA" w:rsidRPr="00A269A9" w:rsidRDefault="004245BA" w:rsidP="00B06CA4">
      <w:pPr>
        <w:jc w:val="both"/>
        <w:rPr>
          <w:rFonts w:ascii="Times New Roman" w:hAnsi="Times New Roman" w:cs="Times New Roman"/>
          <w:sz w:val="24"/>
          <w:szCs w:val="24"/>
        </w:rPr>
      </w:pPr>
      <w:proofErr w:type="spellStart"/>
      <w:r w:rsidRPr="00A269A9">
        <w:rPr>
          <w:rFonts w:ascii="Times New Roman" w:hAnsi="Times New Roman" w:cs="Times New Roman"/>
          <w:b/>
          <w:sz w:val="24"/>
          <w:szCs w:val="24"/>
        </w:rPr>
        <w:t>Llogaritja</w:t>
      </w:r>
      <w:proofErr w:type="spellEnd"/>
      <w:r w:rsidRPr="00A269A9">
        <w:rPr>
          <w:rFonts w:ascii="Times New Roman" w:hAnsi="Times New Roman" w:cs="Times New Roman"/>
          <w:b/>
          <w:sz w:val="24"/>
          <w:szCs w:val="24"/>
        </w:rPr>
        <w:t xml:space="preserve"> </w:t>
      </w:r>
      <w:proofErr w:type="spellStart"/>
      <w:r w:rsidRPr="00A269A9">
        <w:rPr>
          <w:rFonts w:ascii="Times New Roman" w:hAnsi="Times New Roman" w:cs="Times New Roman"/>
          <w:b/>
          <w:sz w:val="24"/>
          <w:szCs w:val="24"/>
        </w:rPr>
        <w:t>totale</w:t>
      </w:r>
      <w:proofErr w:type="spellEnd"/>
      <w:r w:rsidRPr="00A269A9">
        <w:rPr>
          <w:rFonts w:ascii="Times New Roman" w:hAnsi="Times New Roman" w:cs="Times New Roman"/>
          <w:b/>
          <w:sz w:val="24"/>
          <w:szCs w:val="24"/>
        </w:rPr>
        <w:t xml:space="preserve">: </w:t>
      </w:r>
    </w:p>
    <w:p w14:paraId="752EC324" w14:textId="77777777" w:rsidR="004245BA" w:rsidRPr="00A269A9" w:rsidRDefault="004245BA" w:rsidP="00B06CA4">
      <w:pPr>
        <w:jc w:val="both"/>
        <w:rPr>
          <w:rFonts w:ascii="Times New Roman" w:hAnsi="Times New Roman" w:cs="Times New Roman"/>
          <w:sz w:val="24"/>
          <w:szCs w:val="24"/>
        </w:rPr>
      </w:pPr>
      <w:r w:rsidRPr="00A269A9">
        <w:rPr>
          <w:rFonts w:ascii="Times New Roman" w:hAnsi="Times New Roman" w:cs="Times New Roman"/>
          <w:sz w:val="24"/>
          <w:szCs w:val="24"/>
        </w:rPr>
        <w:t>((3 233 + 3 157) / 12 378) × 100 = 51.6%</w:t>
      </w:r>
    </w:p>
    <w:p w14:paraId="1E012BF3" w14:textId="77777777" w:rsidR="004245BA" w:rsidRPr="00A269A9" w:rsidRDefault="004245BA" w:rsidP="00B06CA4">
      <w:pPr>
        <w:jc w:val="both"/>
        <w:rPr>
          <w:rFonts w:ascii="Times New Roman" w:hAnsi="Times New Roman" w:cs="Times New Roman"/>
          <w:sz w:val="24"/>
          <w:szCs w:val="24"/>
        </w:rPr>
      </w:pPr>
      <w:proofErr w:type="spellStart"/>
      <w:r w:rsidRPr="00A269A9">
        <w:rPr>
          <w:rFonts w:ascii="Times New Roman" w:hAnsi="Times New Roman" w:cs="Times New Roman"/>
          <w:b/>
          <w:sz w:val="24"/>
          <w:szCs w:val="24"/>
        </w:rPr>
        <w:t>Nëndarjet</w:t>
      </w:r>
      <w:proofErr w:type="spellEnd"/>
      <w:r w:rsidRPr="00A269A9">
        <w:rPr>
          <w:rFonts w:ascii="Times New Roman" w:hAnsi="Times New Roman" w:cs="Times New Roman"/>
          <w:b/>
          <w:sz w:val="24"/>
          <w:szCs w:val="24"/>
        </w:rPr>
        <w:t>:</w:t>
      </w:r>
    </w:p>
    <w:p w14:paraId="2DFFC419" w14:textId="77777777" w:rsidR="004245BA" w:rsidRPr="00A269A9" w:rsidRDefault="004245BA" w:rsidP="00B06CA4">
      <w:pPr>
        <w:jc w:val="both"/>
        <w:rPr>
          <w:rFonts w:ascii="Times New Roman" w:hAnsi="Times New Roman" w:cs="Times New Roman"/>
          <w:sz w:val="24"/>
          <w:szCs w:val="24"/>
        </w:rPr>
      </w:pPr>
      <w:r w:rsidRPr="00A269A9">
        <w:rPr>
          <w:rFonts w:ascii="Times New Roman" w:hAnsi="Times New Roman" w:cs="Times New Roman"/>
          <w:sz w:val="24"/>
          <w:szCs w:val="24"/>
        </w:rPr>
        <w:t>• Fëmijë: (3 233 / 12 378) × 100 = 26.1%</w:t>
      </w:r>
    </w:p>
    <w:p w14:paraId="4812BD1C" w14:textId="77777777" w:rsidR="004245BA" w:rsidRPr="00A269A9" w:rsidRDefault="004245BA" w:rsidP="00B06CA4">
      <w:pPr>
        <w:jc w:val="both"/>
        <w:rPr>
          <w:rFonts w:ascii="Times New Roman" w:hAnsi="Times New Roman" w:cs="Times New Roman"/>
          <w:sz w:val="24"/>
          <w:szCs w:val="24"/>
        </w:rPr>
      </w:pPr>
      <w:r w:rsidRPr="00A269A9">
        <w:rPr>
          <w:rFonts w:ascii="Times New Roman" w:hAnsi="Times New Roman" w:cs="Times New Roman"/>
          <w:sz w:val="24"/>
          <w:szCs w:val="24"/>
        </w:rPr>
        <w:lastRenderedPageBreak/>
        <w:t xml:space="preserve">• Të </w:t>
      </w:r>
      <w:proofErr w:type="spellStart"/>
      <w:r w:rsidRPr="00A269A9">
        <w:rPr>
          <w:rFonts w:ascii="Times New Roman" w:hAnsi="Times New Roman" w:cs="Times New Roman"/>
          <w:sz w:val="24"/>
          <w:szCs w:val="24"/>
        </w:rPr>
        <w:t>moshuar</w:t>
      </w:r>
      <w:proofErr w:type="spellEnd"/>
      <w:r w:rsidRPr="00A269A9">
        <w:rPr>
          <w:rFonts w:ascii="Times New Roman" w:hAnsi="Times New Roman" w:cs="Times New Roman"/>
          <w:sz w:val="24"/>
          <w:szCs w:val="24"/>
        </w:rPr>
        <w:t>: (3 157 / 12 378) × 100 = 25.5%</w:t>
      </w:r>
    </w:p>
    <w:p w14:paraId="11EDC6B2" w14:textId="77777777" w:rsidR="005E444E" w:rsidRPr="005B1542" w:rsidRDefault="005E444E" w:rsidP="00B06CA4">
      <w:pPr>
        <w:jc w:val="both"/>
        <w:rPr>
          <w:rFonts w:ascii="Times New Roman" w:hAnsi="Times New Roman" w:cs="Times New Roman"/>
          <w:b/>
          <w:sz w:val="24"/>
          <w:szCs w:val="24"/>
          <w:lang w:val="it-IT"/>
        </w:rPr>
      </w:pPr>
      <w:r w:rsidRPr="005B1542">
        <w:rPr>
          <w:rFonts w:ascii="Times New Roman" w:hAnsi="Times New Roman" w:cs="Times New Roman"/>
          <w:b/>
          <w:sz w:val="24"/>
          <w:szCs w:val="24"/>
          <w:lang w:val="it-IT"/>
        </w:rPr>
        <w:t>Në</w:t>
      </w:r>
      <w:r w:rsidR="004245BA" w:rsidRPr="005B1542">
        <w:rPr>
          <w:rFonts w:ascii="Times New Roman" w:hAnsi="Times New Roman" w:cs="Times New Roman"/>
          <w:b/>
          <w:sz w:val="24"/>
          <w:szCs w:val="24"/>
          <w:lang w:val="it-IT"/>
        </w:rPr>
        <w:t xml:space="preserve"> planifikimin e strehimit</w:t>
      </w:r>
      <w:r w:rsidRPr="005B1542">
        <w:rPr>
          <w:rFonts w:ascii="Times New Roman" w:hAnsi="Times New Roman" w:cs="Times New Roman"/>
          <w:b/>
          <w:sz w:val="24"/>
          <w:szCs w:val="24"/>
          <w:lang w:val="it-IT"/>
        </w:rPr>
        <w:t xml:space="preserve"> raporti tregon: </w:t>
      </w:r>
    </w:p>
    <w:p w14:paraId="69EC673D" w14:textId="77777777" w:rsidR="005E444E" w:rsidRPr="005B1542" w:rsidRDefault="004245BA" w:rsidP="005E444E">
      <w:pPr>
        <w:pStyle w:val="ListParagraph"/>
        <w:numPr>
          <w:ilvl w:val="0"/>
          <w:numId w:val="21"/>
        </w:num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Sa më i lartë raporti, aq më i madh presioni financiar/social mbi të punësuarit dhe mbi buxhetet vendore.</w:t>
      </w:r>
    </w:p>
    <w:p w14:paraId="2D41816D" w14:textId="77777777" w:rsidR="005E444E" w:rsidRPr="005B1542" w:rsidRDefault="004245BA" w:rsidP="005E444E">
      <w:pPr>
        <w:pStyle w:val="ListParagraph"/>
        <w:numPr>
          <w:ilvl w:val="0"/>
          <w:numId w:val="21"/>
        </w:num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Pesh</w:t>
      </w:r>
      <w:r w:rsidR="005E444E" w:rsidRPr="005B1542">
        <w:rPr>
          <w:rFonts w:ascii="Times New Roman" w:hAnsi="Times New Roman" w:cs="Times New Roman"/>
          <w:sz w:val="24"/>
          <w:szCs w:val="24"/>
          <w:lang w:val="it-IT"/>
        </w:rPr>
        <w:t>ë e lartë e 65+ rrit nevojën</w:t>
      </w:r>
      <w:r w:rsidRPr="005B1542">
        <w:rPr>
          <w:rFonts w:ascii="Times New Roman" w:hAnsi="Times New Roman" w:cs="Times New Roman"/>
          <w:sz w:val="24"/>
          <w:szCs w:val="24"/>
          <w:lang w:val="it-IT"/>
        </w:rPr>
        <w:t xml:space="preserve"> për banesa të aksesueshme, përshtatje të banesës (akses, izolim termik), afërsi me shërbimet.</w:t>
      </w:r>
    </w:p>
    <w:p w14:paraId="450F0C83" w14:textId="77777777" w:rsidR="004245BA" w:rsidRPr="005B1542" w:rsidRDefault="005E444E" w:rsidP="005E444E">
      <w:pPr>
        <w:pStyle w:val="ListParagraph"/>
        <w:numPr>
          <w:ilvl w:val="0"/>
          <w:numId w:val="21"/>
        </w:num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Peshë e lartë e 0–14 rrin</w:t>
      </w:r>
      <w:r w:rsidR="004245BA" w:rsidRPr="005B1542">
        <w:rPr>
          <w:rFonts w:ascii="Times New Roman" w:hAnsi="Times New Roman" w:cs="Times New Roman"/>
          <w:sz w:val="24"/>
          <w:szCs w:val="24"/>
          <w:lang w:val="it-IT"/>
        </w:rPr>
        <w:t xml:space="preserve"> nevojë</w:t>
      </w:r>
      <w:r w:rsidRPr="005B1542">
        <w:rPr>
          <w:rFonts w:ascii="Times New Roman" w:hAnsi="Times New Roman" w:cs="Times New Roman"/>
          <w:sz w:val="24"/>
          <w:szCs w:val="24"/>
          <w:lang w:val="it-IT"/>
        </w:rPr>
        <w:t>n</w:t>
      </w:r>
      <w:r w:rsidR="004245BA" w:rsidRPr="005B1542">
        <w:rPr>
          <w:rFonts w:ascii="Times New Roman" w:hAnsi="Times New Roman" w:cs="Times New Roman"/>
          <w:sz w:val="24"/>
          <w:szCs w:val="24"/>
          <w:lang w:val="it-IT"/>
        </w:rPr>
        <w:t xml:space="preserve"> për banesa familjare të përballueshme, afër shkollave dhe shërbimeve.</w:t>
      </w:r>
    </w:p>
    <w:p w14:paraId="6D5FD63A" w14:textId="77777777" w:rsidR="00961384" w:rsidRPr="005B1542" w:rsidRDefault="005725F4" w:rsidP="002706E6">
      <w:pPr>
        <w:pStyle w:val="Heading2"/>
        <w:rPr>
          <w:rFonts w:ascii="Times New Roman" w:hAnsi="Times New Roman" w:cs="Times New Roman"/>
          <w:b w:val="0"/>
          <w:lang w:val="it-IT"/>
        </w:rPr>
      </w:pPr>
      <w:bookmarkStart w:id="23" w:name="_Toc209703450"/>
      <w:r w:rsidRPr="005B1542">
        <w:rPr>
          <w:rFonts w:ascii="Times New Roman" w:hAnsi="Times New Roman" w:cs="Times New Roman"/>
          <w:b w:val="0"/>
          <w:lang w:val="it-IT"/>
        </w:rPr>
        <w:t xml:space="preserve">Ankesi 3 </w:t>
      </w:r>
      <w:r w:rsidR="00961384" w:rsidRPr="005B1542">
        <w:rPr>
          <w:rFonts w:ascii="Times New Roman" w:hAnsi="Times New Roman" w:cs="Times New Roman"/>
          <w:b w:val="0"/>
          <w:lang w:val="it-IT"/>
        </w:rPr>
        <w:t>Të dhëna statistikore dhe struktura e përfituesve nga programet e strehimit në Bashkinë Prrenjas (2022–2025)</w:t>
      </w:r>
      <w:bookmarkEnd w:id="23"/>
    </w:p>
    <w:p w14:paraId="10AA6AB5" w14:textId="77777777" w:rsidR="005725F4" w:rsidRPr="005B1542" w:rsidRDefault="005725F4" w:rsidP="00B06CA4">
      <w:pPr>
        <w:jc w:val="both"/>
        <w:rPr>
          <w:rFonts w:ascii="Times New Roman" w:hAnsi="Times New Roman" w:cs="Times New Roman"/>
          <w:sz w:val="24"/>
          <w:szCs w:val="24"/>
          <w:lang w:val="it-IT"/>
        </w:rPr>
      </w:pPr>
    </w:p>
    <w:p w14:paraId="74CC4A23" w14:textId="77777777" w:rsidR="005725F4" w:rsidRPr="00D97086" w:rsidRDefault="009613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Tabela</w:t>
      </w:r>
      <w:proofErr w:type="spellEnd"/>
      <w:r w:rsidRPr="00D97086">
        <w:rPr>
          <w:rFonts w:ascii="Times New Roman" w:hAnsi="Times New Roman" w:cs="Times New Roman"/>
          <w:sz w:val="24"/>
          <w:szCs w:val="24"/>
        </w:rPr>
        <w:t xml:space="preserve"> 3.1</w:t>
      </w:r>
      <w:r w:rsidR="005725F4"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Shpërndarja</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numrit</w:t>
      </w:r>
      <w:proofErr w:type="spellEnd"/>
      <w:r w:rsidRPr="00D97086">
        <w:rPr>
          <w:rFonts w:ascii="Times New Roman" w:hAnsi="Times New Roman" w:cs="Times New Roman"/>
          <w:sz w:val="24"/>
          <w:szCs w:val="24"/>
        </w:rPr>
        <w:t xml:space="preserve"> të </w:t>
      </w:r>
      <w:proofErr w:type="spellStart"/>
      <w:r w:rsidRPr="00D97086">
        <w:rPr>
          <w:rFonts w:ascii="Times New Roman" w:hAnsi="Times New Roman" w:cs="Times New Roman"/>
          <w:sz w:val="24"/>
          <w:szCs w:val="24"/>
        </w:rPr>
        <w:t>familjeve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dhe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popullsisë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sipas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Njësive</w:t>
      </w:r>
      <w:proofErr w:type="spellEnd"/>
      <w:r w:rsidRPr="00D97086">
        <w:rPr>
          <w:rFonts w:ascii="Times New Roman" w:hAnsi="Times New Roman" w:cs="Times New Roman"/>
          <w:sz w:val="24"/>
          <w:szCs w:val="24"/>
        </w:rPr>
        <w:t xml:space="preserve"> Administrative </w:t>
      </w:r>
      <w:proofErr w:type="gramStart"/>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viti</w:t>
      </w:r>
      <w:proofErr w:type="spellEnd"/>
      <w:proofErr w:type="gramEnd"/>
      <w:r w:rsidRPr="00D97086">
        <w:rPr>
          <w:rFonts w:ascii="Times New Roman" w:hAnsi="Times New Roman" w:cs="Times New Roman"/>
          <w:sz w:val="24"/>
          <w:szCs w:val="24"/>
        </w:rPr>
        <w:t xml:space="preserve"> 2025)</w:t>
      </w:r>
    </w:p>
    <w:tbl>
      <w:tblPr>
        <w:tblW w:w="8862" w:type="dxa"/>
        <w:tblInd w:w="-5" w:type="dxa"/>
        <w:tblLook w:val="04A0" w:firstRow="1" w:lastRow="0" w:firstColumn="1" w:lastColumn="0" w:noHBand="0" w:noVBand="1"/>
      </w:tblPr>
      <w:tblGrid>
        <w:gridCol w:w="3948"/>
        <w:gridCol w:w="2517"/>
        <w:gridCol w:w="2397"/>
      </w:tblGrid>
      <w:tr w:rsidR="005725F4" w:rsidRPr="00D97086" w14:paraId="05E0F20A" w14:textId="77777777" w:rsidTr="00BC52BC">
        <w:trPr>
          <w:trHeight w:val="905"/>
        </w:trPr>
        <w:tc>
          <w:tcPr>
            <w:tcW w:w="3948"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bottom"/>
            <w:hideMark/>
          </w:tcPr>
          <w:p w14:paraId="5C451D3F" w14:textId="77777777" w:rsidR="005725F4" w:rsidRPr="00D97086" w:rsidRDefault="005725F4" w:rsidP="00BC52BC">
            <w:pPr>
              <w:spacing w:after="0" w:line="240" w:lineRule="auto"/>
              <w:jc w:val="center"/>
              <w:rPr>
                <w:rFonts w:ascii="Times New Roman" w:eastAsia="Times New Roman" w:hAnsi="Times New Roman" w:cs="Times New Roman"/>
                <w:b/>
                <w:color w:val="000000"/>
                <w:sz w:val="28"/>
                <w:szCs w:val="28"/>
              </w:rPr>
            </w:pPr>
            <w:proofErr w:type="spellStart"/>
            <w:r w:rsidRPr="00D97086">
              <w:rPr>
                <w:rFonts w:ascii="Times New Roman" w:eastAsia="Times New Roman" w:hAnsi="Times New Roman" w:cs="Times New Roman"/>
                <w:b/>
                <w:color w:val="000000"/>
                <w:sz w:val="28"/>
                <w:szCs w:val="28"/>
              </w:rPr>
              <w:t>Njesia</w:t>
            </w:r>
            <w:proofErr w:type="spellEnd"/>
            <w:r w:rsidRPr="00D97086">
              <w:rPr>
                <w:rFonts w:ascii="Times New Roman" w:eastAsia="Times New Roman" w:hAnsi="Times New Roman" w:cs="Times New Roman"/>
                <w:b/>
                <w:color w:val="000000"/>
                <w:sz w:val="28"/>
                <w:szCs w:val="28"/>
              </w:rPr>
              <w:t xml:space="preserve"> </w:t>
            </w:r>
            <w:proofErr w:type="spellStart"/>
            <w:r w:rsidRPr="00D97086">
              <w:rPr>
                <w:rFonts w:ascii="Times New Roman" w:eastAsia="Times New Roman" w:hAnsi="Times New Roman" w:cs="Times New Roman"/>
                <w:b/>
                <w:color w:val="000000"/>
                <w:sz w:val="28"/>
                <w:szCs w:val="28"/>
              </w:rPr>
              <w:t>Adminstrative</w:t>
            </w:r>
            <w:proofErr w:type="spellEnd"/>
          </w:p>
        </w:tc>
        <w:tc>
          <w:tcPr>
            <w:tcW w:w="2517" w:type="dxa"/>
            <w:tcBorders>
              <w:top w:val="single" w:sz="4" w:space="0" w:color="auto"/>
              <w:left w:val="nil"/>
              <w:bottom w:val="single" w:sz="4" w:space="0" w:color="auto"/>
              <w:right w:val="single" w:sz="4" w:space="0" w:color="auto"/>
            </w:tcBorders>
            <w:shd w:val="clear" w:color="auto" w:fill="EAF1DD" w:themeFill="accent3" w:themeFillTint="33"/>
            <w:vAlign w:val="bottom"/>
            <w:hideMark/>
          </w:tcPr>
          <w:p w14:paraId="627FCF87" w14:textId="77777777" w:rsidR="005725F4" w:rsidRPr="00D97086" w:rsidRDefault="005725F4" w:rsidP="00BC52BC">
            <w:pPr>
              <w:spacing w:after="0" w:line="240" w:lineRule="auto"/>
              <w:jc w:val="center"/>
              <w:rPr>
                <w:rFonts w:ascii="Times New Roman" w:eastAsia="Times New Roman" w:hAnsi="Times New Roman" w:cs="Times New Roman"/>
                <w:b/>
                <w:color w:val="000000"/>
                <w:sz w:val="28"/>
                <w:szCs w:val="28"/>
              </w:rPr>
            </w:pPr>
            <w:proofErr w:type="spellStart"/>
            <w:r w:rsidRPr="00D97086">
              <w:rPr>
                <w:rFonts w:ascii="Times New Roman" w:eastAsia="Times New Roman" w:hAnsi="Times New Roman" w:cs="Times New Roman"/>
                <w:b/>
                <w:color w:val="000000"/>
                <w:sz w:val="28"/>
                <w:szCs w:val="28"/>
              </w:rPr>
              <w:t>Numri</w:t>
            </w:r>
            <w:proofErr w:type="spellEnd"/>
            <w:r w:rsidRPr="00D97086">
              <w:rPr>
                <w:rFonts w:ascii="Times New Roman" w:eastAsia="Times New Roman" w:hAnsi="Times New Roman" w:cs="Times New Roman"/>
                <w:b/>
                <w:color w:val="000000"/>
                <w:sz w:val="28"/>
                <w:szCs w:val="28"/>
              </w:rPr>
              <w:t xml:space="preserve"> I </w:t>
            </w:r>
            <w:proofErr w:type="spellStart"/>
            <w:r w:rsidRPr="00D97086">
              <w:rPr>
                <w:rFonts w:ascii="Times New Roman" w:eastAsia="Times New Roman" w:hAnsi="Times New Roman" w:cs="Times New Roman"/>
                <w:b/>
                <w:color w:val="000000"/>
                <w:sz w:val="28"/>
                <w:szCs w:val="28"/>
              </w:rPr>
              <w:t>Familjeve</w:t>
            </w:r>
            <w:proofErr w:type="spellEnd"/>
          </w:p>
        </w:tc>
        <w:tc>
          <w:tcPr>
            <w:tcW w:w="2397" w:type="dxa"/>
            <w:tcBorders>
              <w:top w:val="single" w:sz="4" w:space="0" w:color="auto"/>
              <w:left w:val="nil"/>
              <w:bottom w:val="single" w:sz="4" w:space="0" w:color="auto"/>
              <w:right w:val="single" w:sz="4" w:space="0" w:color="auto"/>
            </w:tcBorders>
            <w:shd w:val="clear" w:color="auto" w:fill="EAF1DD" w:themeFill="accent3" w:themeFillTint="33"/>
            <w:vAlign w:val="bottom"/>
            <w:hideMark/>
          </w:tcPr>
          <w:p w14:paraId="5C495F7C" w14:textId="77777777" w:rsidR="005725F4" w:rsidRPr="00D97086" w:rsidRDefault="005725F4" w:rsidP="00BC52BC">
            <w:pPr>
              <w:spacing w:after="0" w:line="240" w:lineRule="auto"/>
              <w:jc w:val="center"/>
              <w:rPr>
                <w:rFonts w:ascii="Times New Roman" w:eastAsia="Times New Roman" w:hAnsi="Times New Roman" w:cs="Times New Roman"/>
                <w:b/>
                <w:color w:val="000000"/>
                <w:sz w:val="28"/>
                <w:szCs w:val="28"/>
              </w:rPr>
            </w:pPr>
            <w:proofErr w:type="spellStart"/>
            <w:r w:rsidRPr="00D97086">
              <w:rPr>
                <w:rFonts w:ascii="Times New Roman" w:eastAsia="Times New Roman" w:hAnsi="Times New Roman" w:cs="Times New Roman"/>
                <w:b/>
                <w:color w:val="000000"/>
                <w:sz w:val="28"/>
                <w:szCs w:val="28"/>
              </w:rPr>
              <w:t>Popullsia</w:t>
            </w:r>
            <w:proofErr w:type="spellEnd"/>
          </w:p>
        </w:tc>
      </w:tr>
      <w:tr w:rsidR="005725F4" w:rsidRPr="00D97086" w14:paraId="716DCCC2" w14:textId="77777777" w:rsidTr="005725F4">
        <w:trPr>
          <w:trHeight w:val="301"/>
        </w:trPr>
        <w:tc>
          <w:tcPr>
            <w:tcW w:w="3948" w:type="dxa"/>
            <w:tcBorders>
              <w:top w:val="nil"/>
              <w:left w:val="single" w:sz="4" w:space="0" w:color="auto"/>
              <w:bottom w:val="single" w:sz="4" w:space="0" w:color="auto"/>
              <w:right w:val="single" w:sz="4" w:space="0" w:color="auto"/>
            </w:tcBorders>
            <w:noWrap/>
            <w:vAlign w:val="bottom"/>
            <w:hideMark/>
          </w:tcPr>
          <w:p w14:paraId="21B222E1" w14:textId="77777777" w:rsidR="005725F4" w:rsidRPr="00D97086" w:rsidRDefault="005725F4" w:rsidP="005725F4">
            <w:pPr>
              <w:spacing w:after="0" w:line="240" w:lineRule="auto"/>
              <w:rPr>
                <w:rFonts w:ascii="Times New Roman" w:eastAsia="Times New Roman" w:hAnsi="Times New Roman" w:cs="Times New Roman"/>
                <w:color w:val="000000"/>
              </w:rPr>
            </w:pPr>
            <w:proofErr w:type="spellStart"/>
            <w:r w:rsidRPr="00D97086">
              <w:rPr>
                <w:rFonts w:ascii="Times New Roman" w:eastAsia="Times New Roman" w:hAnsi="Times New Roman" w:cs="Times New Roman"/>
                <w:color w:val="000000"/>
              </w:rPr>
              <w:t>Prrenjas</w:t>
            </w:r>
            <w:proofErr w:type="spellEnd"/>
            <w:r w:rsidRPr="00D97086">
              <w:rPr>
                <w:rFonts w:ascii="Times New Roman" w:eastAsia="Times New Roman" w:hAnsi="Times New Roman" w:cs="Times New Roman"/>
                <w:color w:val="000000"/>
              </w:rPr>
              <w:t xml:space="preserve"> </w:t>
            </w:r>
          </w:p>
        </w:tc>
        <w:tc>
          <w:tcPr>
            <w:tcW w:w="2517" w:type="dxa"/>
            <w:tcBorders>
              <w:top w:val="nil"/>
              <w:left w:val="nil"/>
              <w:bottom w:val="single" w:sz="4" w:space="0" w:color="auto"/>
              <w:right w:val="single" w:sz="4" w:space="0" w:color="auto"/>
            </w:tcBorders>
            <w:noWrap/>
            <w:vAlign w:val="bottom"/>
            <w:hideMark/>
          </w:tcPr>
          <w:p w14:paraId="49F0E2E3" w14:textId="77777777" w:rsidR="005725F4" w:rsidRPr="00D97086" w:rsidRDefault="005725F4" w:rsidP="005725F4">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2984</w:t>
            </w:r>
          </w:p>
        </w:tc>
        <w:tc>
          <w:tcPr>
            <w:tcW w:w="2397" w:type="dxa"/>
            <w:tcBorders>
              <w:top w:val="nil"/>
              <w:left w:val="nil"/>
              <w:bottom w:val="single" w:sz="4" w:space="0" w:color="auto"/>
              <w:right w:val="single" w:sz="4" w:space="0" w:color="auto"/>
            </w:tcBorders>
            <w:noWrap/>
            <w:vAlign w:val="bottom"/>
            <w:hideMark/>
          </w:tcPr>
          <w:p w14:paraId="393CED71" w14:textId="77777777" w:rsidR="005725F4" w:rsidRPr="00D97086" w:rsidRDefault="005725F4" w:rsidP="005725F4">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8817</w:t>
            </w:r>
          </w:p>
        </w:tc>
      </w:tr>
      <w:tr w:rsidR="005725F4" w:rsidRPr="00D97086" w14:paraId="323F37C8" w14:textId="77777777" w:rsidTr="005725F4">
        <w:trPr>
          <w:trHeight w:val="301"/>
        </w:trPr>
        <w:tc>
          <w:tcPr>
            <w:tcW w:w="3948" w:type="dxa"/>
            <w:tcBorders>
              <w:top w:val="nil"/>
              <w:left w:val="single" w:sz="4" w:space="0" w:color="auto"/>
              <w:bottom w:val="single" w:sz="4" w:space="0" w:color="auto"/>
              <w:right w:val="single" w:sz="4" w:space="0" w:color="auto"/>
            </w:tcBorders>
            <w:noWrap/>
            <w:vAlign w:val="bottom"/>
            <w:hideMark/>
          </w:tcPr>
          <w:p w14:paraId="1C551DF9" w14:textId="77777777" w:rsidR="005725F4" w:rsidRPr="00D97086" w:rsidRDefault="005725F4" w:rsidP="005725F4">
            <w:pPr>
              <w:spacing w:after="0" w:line="240" w:lineRule="auto"/>
              <w:rPr>
                <w:rFonts w:ascii="Times New Roman" w:eastAsia="Times New Roman" w:hAnsi="Times New Roman" w:cs="Times New Roman"/>
                <w:color w:val="000000"/>
              </w:rPr>
            </w:pPr>
            <w:proofErr w:type="spellStart"/>
            <w:r w:rsidRPr="00D97086">
              <w:rPr>
                <w:rFonts w:ascii="Times New Roman" w:eastAsia="Times New Roman" w:hAnsi="Times New Roman" w:cs="Times New Roman"/>
                <w:color w:val="000000"/>
              </w:rPr>
              <w:t>Qukës</w:t>
            </w:r>
            <w:proofErr w:type="spellEnd"/>
          </w:p>
        </w:tc>
        <w:tc>
          <w:tcPr>
            <w:tcW w:w="2517" w:type="dxa"/>
            <w:tcBorders>
              <w:top w:val="nil"/>
              <w:left w:val="nil"/>
              <w:bottom w:val="single" w:sz="4" w:space="0" w:color="auto"/>
              <w:right w:val="single" w:sz="4" w:space="0" w:color="auto"/>
            </w:tcBorders>
            <w:noWrap/>
            <w:vAlign w:val="bottom"/>
            <w:hideMark/>
          </w:tcPr>
          <w:p w14:paraId="086B97BA" w14:textId="77777777" w:rsidR="005725F4" w:rsidRPr="00D97086" w:rsidRDefault="005725F4" w:rsidP="005725F4">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3528</w:t>
            </w:r>
          </w:p>
        </w:tc>
        <w:tc>
          <w:tcPr>
            <w:tcW w:w="2397" w:type="dxa"/>
            <w:tcBorders>
              <w:top w:val="nil"/>
              <w:left w:val="nil"/>
              <w:bottom w:val="single" w:sz="4" w:space="0" w:color="auto"/>
              <w:right w:val="single" w:sz="4" w:space="0" w:color="auto"/>
            </w:tcBorders>
            <w:noWrap/>
            <w:vAlign w:val="bottom"/>
            <w:hideMark/>
          </w:tcPr>
          <w:p w14:paraId="22A86BE0" w14:textId="77777777" w:rsidR="005725F4" w:rsidRPr="00D97086" w:rsidRDefault="005725F4" w:rsidP="005725F4">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10481</w:t>
            </w:r>
          </w:p>
        </w:tc>
      </w:tr>
      <w:tr w:rsidR="005725F4" w:rsidRPr="00D97086" w14:paraId="48AD11FA" w14:textId="77777777" w:rsidTr="005725F4">
        <w:trPr>
          <w:trHeight w:val="301"/>
        </w:trPr>
        <w:tc>
          <w:tcPr>
            <w:tcW w:w="3948" w:type="dxa"/>
            <w:tcBorders>
              <w:top w:val="nil"/>
              <w:left w:val="single" w:sz="4" w:space="0" w:color="auto"/>
              <w:bottom w:val="single" w:sz="4" w:space="0" w:color="auto"/>
              <w:right w:val="single" w:sz="4" w:space="0" w:color="auto"/>
            </w:tcBorders>
            <w:noWrap/>
            <w:vAlign w:val="bottom"/>
            <w:hideMark/>
          </w:tcPr>
          <w:p w14:paraId="3E4BD178" w14:textId="77777777" w:rsidR="005725F4" w:rsidRPr="00D97086" w:rsidRDefault="005725F4" w:rsidP="005725F4">
            <w:pPr>
              <w:spacing w:after="0" w:line="240" w:lineRule="auto"/>
              <w:rPr>
                <w:rFonts w:ascii="Times New Roman" w:eastAsia="Times New Roman" w:hAnsi="Times New Roman" w:cs="Times New Roman"/>
                <w:color w:val="000000"/>
              </w:rPr>
            </w:pPr>
            <w:proofErr w:type="spellStart"/>
            <w:r w:rsidRPr="00D97086">
              <w:rPr>
                <w:rFonts w:ascii="Times New Roman" w:eastAsia="Times New Roman" w:hAnsi="Times New Roman" w:cs="Times New Roman"/>
                <w:color w:val="000000"/>
              </w:rPr>
              <w:t>Rrejce</w:t>
            </w:r>
            <w:proofErr w:type="spellEnd"/>
          </w:p>
        </w:tc>
        <w:tc>
          <w:tcPr>
            <w:tcW w:w="2517" w:type="dxa"/>
            <w:tcBorders>
              <w:top w:val="nil"/>
              <w:left w:val="nil"/>
              <w:bottom w:val="single" w:sz="4" w:space="0" w:color="auto"/>
              <w:right w:val="single" w:sz="4" w:space="0" w:color="auto"/>
            </w:tcBorders>
            <w:noWrap/>
            <w:vAlign w:val="bottom"/>
            <w:hideMark/>
          </w:tcPr>
          <w:p w14:paraId="7DAFABF3" w14:textId="77777777" w:rsidR="005725F4" w:rsidRPr="00D97086" w:rsidRDefault="005725F4" w:rsidP="005725F4">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3697</w:t>
            </w:r>
          </w:p>
        </w:tc>
        <w:tc>
          <w:tcPr>
            <w:tcW w:w="2397" w:type="dxa"/>
            <w:tcBorders>
              <w:top w:val="nil"/>
              <w:left w:val="nil"/>
              <w:bottom w:val="single" w:sz="4" w:space="0" w:color="auto"/>
              <w:right w:val="single" w:sz="4" w:space="0" w:color="auto"/>
            </w:tcBorders>
            <w:noWrap/>
            <w:vAlign w:val="bottom"/>
            <w:hideMark/>
          </w:tcPr>
          <w:p w14:paraId="576494CB" w14:textId="77777777" w:rsidR="005725F4" w:rsidRPr="00D97086" w:rsidRDefault="005725F4" w:rsidP="005725F4">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11205</w:t>
            </w:r>
          </w:p>
        </w:tc>
      </w:tr>
      <w:tr w:rsidR="005725F4" w:rsidRPr="00D97086" w14:paraId="0892B57D" w14:textId="77777777" w:rsidTr="005725F4">
        <w:trPr>
          <w:trHeight w:val="301"/>
        </w:trPr>
        <w:tc>
          <w:tcPr>
            <w:tcW w:w="3948" w:type="dxa"/>
            <w:tcBorders>
              <w:top w:val="nil"/>
              <w:left w:val="single" w:sz="4" w:space="0" w:color="auto"/>
              <w:bottom w:val="single" w:sz="4" w:space="0" w:color="auto"/>
              <w:right w:val="single" w:sz="4" w:space="0" w:color="auto"/>
            </w:tcBorders>
            <w:noWrap/>
            <w:vAlign w:val="bottom"/>
            <w:hideMark/>
          </w:tcPr>
          <w:p w14:paraId="329782AE" w14:textId="77777777" w:rsidR="005725F4" w:rsidRPr="00D97086" w:rsidRDefault="005725F4" w:rsidP="005725F4">
            <w:pPr>
              <w:spacing w:after="0" w:line="240" w:lineRule="auto"/>
              <w:rPr>
                <w:rFonts w:ascii="Times New Roman" w:eastAsia="Times New Roman" w:hAnsi="Times New Roman" w:cs="Times New Roman"/>
                <w:color w:val="000000"/>
              </w:rPr>
            </w:pPr>
            <w:proofErr w:type="spellStart"/>
            <w:r w:rsidRPr="00D97086">
              <w:rPr>
                <w:rFonts w:ascii="Times New Roman" w:eastAsia="Times New Roman" w:hAnsi="Times New Roman" w:cs="Times New Roman"/>
                <w:color w:val="000000"/>
              </w:rPr>
              <w:t>Strevaj</w:t>
            </w:r>
            <w:proofErr w:type="spellEnd"/>
          </w:p>
        </w:tc>
        <w:tc>
          <w:tcPr>
            <w:tcW w:w="2517" w:type="dxa"/>
            <w:tcBorders>
              <w:top w:val="nil"/>
              <w:left w:val="nil"/>
              <w:bottom w:val="single" w:sz="4" w:space="0" w:color="auto"/>
              <w:right w:val="single" w:sz="4" w:space="0" w:color="auto"/>
            </w:tcBorders>
            <w:noWrap/>
            <w:vAlign w:val="bottom"/>
            <w:hideMark/>
          </w:tcPr>
          <w:p w14:paraId="797D2566" w14:textId="77777777" w:rsidR="005725F4" w:rsidRPr="00D97086" w:rsidRDefault="005725F4" w:rsidP="005725F4">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961</w:t>
            </w:r>
          </w:p>
        </w:tc>
        <w:tc>
          <w:tcPr>
            <w:tcW w:w="2397" w:type="dxa"/>
            <w:tcBorders>
              <w:top w:val="nil"/>
              <w:left w:val="nil"/>
              <w:bottom w:val="single" w:sz="4" w:space="0" w:color="auto"/>
              <w:right w:val="single" w:sz="4" w:space="0" w:color="auto"/>
            </w:tcBorders>
            <w:noWrap/>
            <w:vAlign w:val="bottom"/>
            <w:hideMark/>
          </w:tcPr>
          <w:p w14:paraId="5110B23D" w14:textId="77777777" w:rsidR="005725F4" w:rsidRPr="00D97086" w:rsidRDefault="005725F4" w:rsidP="005725F4">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2752</w:t>
            </w:r>
          </w:p>
        </w:tc>
      </w:tr>
      <w:tr w:rsidR="005725F4" w:rsidRPr="00D97086" w14:paraId="4AC1C4FD" w14:textId="77777777" w:rsidTr="005725F4">
        <w:trPr>
          <w:trHeight w:val="301"/>
        </w:trPr>
        <w:tc>
          <w:tcPr>
            <w:tcW w:w="3948" w:type="dxa"/>
            <w:tcBorders>
              <w:top w:val="nil"/>
              <w:left w:val="single" w:sz="4" w:space="0" w:color="auto"/>
              <w:bottom w:val="single" w:sz="4" w:space="0" w:color="auto"/>
              <w:right w:val="single" w:sz="4" w:space="0" w:color="auto"/>
            </w:tcBorders>
            <w:noWrap/>
            <w:vAlign w:val="bottom"/>
            <w:hideMark/>
          </w:tcPr>
          <w:p w14:paraId="7F494264" w14:textId="77777777" w:rsidR="005725F4" w:rsidRPr="00D97086" w:rsidRDefault="005725F4" w:rsidP="005725F4">
            <w:pPr>
              <w:spacing w:after="0" w:line="240" w:lineRule="auto"/>
              <w:rPr>
                <w:rFonts w:ascii="Times New Roman" w:eastAsia="Times New Roman" w:hAnsi="Times New Roman" w:cs="Times New Roman"/>
                <w:color w:val="000000"/>
              </w:rPr>
            </w:pPr>
            <w:r w:rsidRPr="00D97086">
              <w:rPr>
                <w:rFonts w:ascii="Times New Roman" w:eastAsia="Times New Roman" w:hAnsi="Times New Roman" w:cs="Times New Roman"/>
                <w:color w:val="000000"/>
              </w:rPr>
              <w:t>Total</w:t>
            </w:r>
          </w:p>
        </w:tc>
        <w:tc>
          <w:tcPr>
            <w:tcW w:w="2517" w:type="dxa"/>
            <w:tcBorders>
              <w:top w:val="nil"/>
              <w:left w:val="nil"/>
              <w:bottom w:val="single" w:sz="4" w:space="0" w:color="auto"/>
              <w:right w:val="single" w:sz="4" w:space="0" w:color="auto"/>
            </w:tcBorders>
            <w:noWrap/>
            <w:vAlign w:val="bottom"/>
            <w:hideMark/>
          </w:tcPr>
          <w:p w14:paraId="3884E932" w14:textId="77777777" w:rsidR="005725F4" w:rsidRPr="00D97086" w:rsidRDefault="005725F4" w:rsidP="005725F4">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11170</w:t>
            </w:r>
          </w:p>
        </w:tc>
        <w:tc>
          <w:tcPr>
            <w:tcW w:w="2397" w:type="dxa"/>
            <w:tcBorders>
              <w:top w:val="nil"/>
              <w:left w:val="nil"/>
              <w:bottom w:val="single" w:sz="4" w:space="0" w:color="auto"/>
              <w:right w:val="single" w:sz="4" w:space="0" w:color="auto"/>
            </w:tcBorders>
            <w:noWrap/>
            <w:vAlign w:val="bottom"/>
            <w:hideMark/>
          </w:tcPr>
          <w:p w14:paraId="5DF2E82C" w14:textId="77777777" w:rsidR="005725F4" w:rsidRPr="00D97086" w:rsidRDefault="005725F4" w:rsidP="005725F4">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33255</w:t>
            </w:r>
          </w:p>
        </w:tc>
      </w:tr>
    </w:tbl>
    <w:p w14:paraId="06AEF20F" w14:textId="77777777" w:rsidR="005725F4" w:rsidRPr="005B1542" w:rsidRDefault="00961384" w:rsidP="00B06CA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Burimi: Bashkia Prrenjas ( RRegjistri Civil)</w:t>
      </w:r>
    </w:p>
    <w:p w14:paraId="0088DC41" w14:textId="77777777" w:rsidR="005725F4" w:rsidRPr="005B1542" w:rsidRDefault="005725F4" w:rsidP="00B06CA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 xml:space="preserve">Tabela </w:t>
      </w:r>
      <w:r w:rsidR="00961384" w:rsidRPr="005B1542">
        <w:rPr>
          <w:rFonts w:ascii="Times New Roman" w:hAnsi="Times New Roman" w:cs="Times New Roman"/>
          <w:sz w:val="24"/>
          <w:szCs w:val="24"/>
          <w:lang w:val="it-IT"/>
        </w:rPr>
        <w:t>3.</w:t>
      </w:r>
      <w:r w:rsidRPr="005B1542">
        <w:rPr>
          <w:rFonts w:ascii="Times New Roman" w:hAnsi="Times New Roman" w:cs="Times New Roman"/>
          <w:sz w:val="24"/>
          <w:szCs w:val="24"/>
          <w:lang w:val="it-IT"/>
        </w:rPr>
        <w:t>2</w:t>
      </w:r>
      <w:r w:rsidR="00961384" w:rsidRPr="005B1542">
        <w:rPr>
          <w:rFonts w:ascii="Times New Roman" w:hAnsi="Times New Roman" w:cs="Times New Roman"/>
          <w:sz w:val="24"/>
          <w:szCs w:val="24"/>
          <w:lang w:val="it-IT"/>
        </w:rPr>
        <w:t xml:space="preserve"> Struktura e popullsise cens 2023 bashkia prrenjas</w:t>
      </w:r>
    </w:p>
    <w:tbl>
      <w:tblPr>
        <w:tblStyle w:val="TableGrid"/>
        <w:tblW w:w="8732" w:type="dxa"/>
        <w:tblLook w:val="04A0" w:firstRow="1" w:lastRow="0" w:firstColumn="1" w:lastColumn="0" w:noHBand="0" w:noVBand="1"/>
      </w:tblPr>
      <w:tblGrid>
        <w:gridCol w:w="3094"/>
        <w:gridCol w:w="3243"/>
        <w:gridCol w:w="2395"/>
      </w:tblGrid>
      <w:tr w:rsidR="00961384" w:rsidRPr="00D97086" w14:paraId="3325B10D" w14:textId="77777777" w:rsidTr="00BC52BC">
        <w:trPr>
          <w:trHeight w:val="983"/>
        </w:trPr>
        <w:tc>
          <w:tcPr>
            <w:tcW w:w="3094" w:type="dxa"/>
            <w:shd w:val="clear" w:color="auto" w:fill="EAF1DD" w:themeFill="accent3" w:themeFillTint="33"/>
            <w:hideMark/>
          </w:tcPr>
          <w:p w14:paraId="1D7662F0" w14:textId="77777777" w:rsidR="00961384" w:rsidRPr="00D97086" w:rsidRDefault="00961384" w:rsidP="00BC52BC">
            <w:pPr>
              <w:jc w:val="center"/>
              <w:rPr>
                <w:rFonts w:ascii="Times New Roman" w:hAnsi="Times New Roman" w:cs="Times New Roman"/>
                <w:b/>
                <w:sz w:val="28"/>
                <w:szCs w:val="28"/>
              </w:rPr>
            </w:pPr>
            <w:proofErr w:type="spellStart"/>
            <w:r w:rsidRPr="00D97086">
              <w:rPr>
                <w:rFonts w:ascii="Times New Roman" w:hAnsi="Times New Roman" w:cs="Times New Roman"/>
                <w:b/>
                <w:sz w:val="28"/>
                <w:szCs w:val="28"/>
              </w:rPr>
              <w:t>Grupi</w:t>
            </w:r>
            <w:proofErr w:type="spellEnd"/>
            <w:r w:rsidRPr="00D97086">
              <w:rPr>
                <w:rFonts w:ascii="Times New Roman" w:hAnsi="Times New Roman" w:cs="Times New Roman"/>
                <w:b/>
                <w:sz w:val="28"/>
                <w:szCs w:val="28"/>
              </w:rPr>
              <w:t xml:space="preserve"> i </w:t>
            </w:r>
            <w:proofErr w:type="spellStart"/>
            <w:r w:rsidRPr="00D97086">
              <w:rPr>
                <w:rFonts w:ascii="Times New Roman" w:hAnsi="Times New Roman" w:cs="Times New Roman"/>
                <w:b/>
                <w:sz w:val="28"/>
                <w:szCs w:val="28"/>
              </w:rPr>
              <w:t>popullsisë</w:t>
            </w:r>
            <w:proofErr w:type="spellEnd"/>
          </w:p>
        </w:tc>
        <w:tc>
          <w:tcPr>
            <w:tcW w:w="3243" w:type="dxa"/>
            <w:shd w:val="clear" w:color="auto" w:fill="EAF1DD" w:themeFill="accent3" w:themeFillTint="33"/>
            <w:hideMark/>
          </w:tcPr>
          <w:p w14:paraId="61BE42F0" w14:textId="77777777" w:rsidR="00961384" w:rsidRPr="00D97086" w:rsidRDefault="00961384" w:rsidP="00BC52BC">
            <w:pPr>
              <w:jc w:val="center"/>
              <w:rPr>
                <w:rFonts w:ascii="Times New Roman" w:hAnsi="Times New Roman" w:cs="Times New Roman"/>
                <w:b/>
                <w:sz w:val="28"/>
                <w:szCs w:val="28"/>
              </w:rPr>
            </w:pPr>
            <w:proofErr w:type="spellStart"/>
            <w:r w:rsidRPr="00D97086">
              <w:rPr>
                <w:rFonts w:ascii="Times New Roman" w:hAnsi="Times New Roman" w:cs="Times New Roman"/>
                <w:b/>
                <w:sz w:val="28"/>
                <w:szCs w:val="28"/>
              </w:rPr>
              <w:t>Numri</w:t>
            </w:r>
            <w:proofErr w:type="spellEnd"/>
            <w:r w:rsidRPr="00D97086">
              <w:rPr>
                <w:rFonts w:ascii="Times New Roman" w:hAnsi="Times New Roman" w:cs="Times New Roman"/>
                <w:b/>
                <w:sz w:val="28"/>
                <w:szCs w:val="28"/>
              </w:rPr>
              <w:t xml:space="preserve"> </w:t>
            </w:r>
            <w:proofErr w:type="spellStart"/>
            <w:r w:rsidRPr="00D97086">
              <w:rPr>
                <w:rFonts w:ascii="Times New Roman" w:hAnsi="Times New Roman" w:cs="Times New Roman"/>
                <w:b/>
                <w:sz w:val="28"/>
                <w:szCs w:val="28"/>
              </w:rPr>
              <w:t>i</w:t>
            </w:r>
            <w:proofErr w:type="spellEnd"/>
            <w:r w:rsidRPr="00D97086">
              <w:rPr>
                <w:rFonts w:ascii="Times New Roman" w:hAnsi="Times New Roman" w:cs="Times New Roman"/>
                <w:b/>
                <w:sz w:val="28"/>
                <w:szCs w:val="28"/>
              </w:rPr>
              <w:t xml:space="preserve"> </w:t>
            </w:r>
            <w:proofErr w:type="spellStart"/>
            <w:r w:rsidRPr="00D97086">
              <w:rPr>
                <w:rFonts w:ascii="Times New Roman" w:hAnsi="Times New Roman" w:cs="Times New Roman"/>
                <w:b/>
                <w:sz w:val="28"/>
                <w:szCs w:val="28"/>
              </w:rPr>
              <w:t>banorëve</w:t>
            </w:r>
            <w:proofErr w:type="spellEnd"/>
          </w:p>
        </w:tc>
        <w:tc>
          <w:tcPr>
            <w:tcW w:w="2395" w:type="dxa"/>
            <w:shd w:val="clear" w:color="auto" w:fill="EAF1DD" w:themeFill="accent3" w:themeFillTint="33"/>
            <w:hideMark/>
          </w:tcPr>
          <w:p w14:paraId="5B1AEDE8" w14:textId="77777777" w:rsidR="00961384" w:rsidRPr="00D97086" w:rsidRDefault="00961384" w:rsidP="00BC52BC">
            <w:pPr>
              <w:jc w:val="center"/>
              <w:rPr>
                <w:rFonts w:ascii="Times New Roman" w:hAnsi="Times New Roman" w:cs="Times New Roman"/>
                <w:b/>
                <w:sz w:val="28"/>
                <w:szCs w:val="28"/>
              </w:rPr>
            </w:pPr>
            <w:r w:rsidRPr="00D97086">
              <w:rPr>
                <w:rFonts w:ascii="Times New Roman" w:hAnsi="Times New Roman" w:cs="Times New Roman"/>
                <w:b/>
                <w:sz w:val="28"/>
                <w:szCs w:val="28"/>
              </w:rPr>
              <w:t xml:space="preserve">% </w:t>
            </w:r>
            <w:proofErr w:type="spellStart"/>
            <w:r w:rsidRPr="00D97086">
              <w:rPr>
                <w:rFonts w:ascii="Times New Roman" w:hAnsi="Times New Roman" w:cs="Times New Roman"/>
                <w:b/>
                <w:sz w:val="28"/>
                <w:szCs w:val="28"/>
              </w:rPr>
              <w:t>ndaj</w:t>
            </w:r>
            <w:proofErr w:type="spellEnd"/>
            <w:r w:rsidRPr="00D97086">
              <w:rPr>
                <w:rFonts w:ascii="Times New Roman" w:hAnsi="Times New Roman" w:cs="Times New Roman"/>
                <w:b/>
                <w:sz w:val="28"/>
                <w:szCs w:val="28"/>
              </w:rPr>
              <w:t xml:space="preserve"> </w:t>
            </w:r>
            <w:proofErr w:type="spellStart"/>
            <w:r w:rsidRPr="00D97086">
              <w:rPr>
                <w:rFonts w:ascii="Times New Roman" w:hAnsi="Times New Roman" w:cs="Times New Roman"/>
                <w:b/>
                <w:sz w:val="28"/>
                <w:szCs w:val="28"/>
              </w:rPr>
              <w:t>totalit</w:t>
            </w:r>
            <w:proofErr w:type="spellEnd"/>
          </w:p>
        </w:tc>
      </w:tr>
      <w:tr w:rsidR="00961384" w:rsidRPr="00D97086" w14:paraId="5148231E" w14:textId="77777777" w:rsidTr="00961384">
        <w:trPr>
          <w:trHeight w:val="628"/>
        </w:trPr>
        <w:tc>
          <w:tcPr>
            <w:tcW w:w="3094" w:type="dxa"/>
            <w:hideMark/>
          </w:tcPr>
          <w:p w14:paraId="48061C69" w14:textId="77777777" w:rsidR="00961384" w:rsidRPr="00D97086" w:rsidRDefault="00961384" w:rsidP="00961384">
            <w:pPr>
              <w:jc w:val="both"/>
              <w:rPr>
                <w:rFonts w:ascii="Times New Roman" w:hAnsi="Times New Roman" w:cs="Times New Roman"/>
                <w:sz w:val="24"/>
                <w:szCs w:val="24"/>
              </w:rPr>
            </w:pPr>
            <w:r w:rsidRPr="00D97086">
              <w:rPr>
                <w:rFonts w:ascii="Times New Roman" w:hAnsi="Times New Roman" w:cs="Times New Roman"/>
                <w:sz w:val="24"/>
                <w:szCs w:val="24"/>
              </w:rPr>
              <w:t xml:space="preserve">0–14 </w:t>
            </w:r>
            <w:proofErr w:type="spellStart"/>
            <w:r w:rsidRPr="00D97086">
              <w:rPr>
                <w:rFonts w:ascii="Times New Roman" w:hAnsi="Times New Roman" w:cs="Times New Roman"/>
                <w:sz w:val="24"/>
                <w:szCs w:val="24"/>
              </w:rPr>
              <w:t>vjeç</w:t>
            </w:r>
            <w:proofErr w:type="spellEnd"/>
          </w:p>
        </w:tc>
        <w:tc>
          <w:tcPr>
            <w:tcW w:w="3243" w:type="dxa"/>
            <w:hideMark/>
          </w:tcPr>
          <w:p w14:paraId="2D7CB612" w14:textId="77777777" w:rsidR="00961384" w:rsidRPr="00D97086" w:rsidRDefault="00961384" w:rsidP="00961384">
            <w:pPr>
              <w:jc w:val="both"/>
              <w:rPr>
                <w:rFonts w:ascii="Times New Roman" w:hAnsi="Times New Roman" w:cs="Times New Roman"/>
                <w:sz w:val="24"/>
                <w:szCs w:val="24"/>
              </w:rPr>
            </w:pPr>
            <w:r w:rsidRPr="00D97086">
              <w:rPr>
                <w:rFonts w:ascii="Times New Roman" w:hAnsi="Times New Roman" w:cs="Times New Roman"/>
                <w:sz w:val="24"/>
                <w:szCs w:val="24"/>
              </w:rPr>
              <w:t>3,234</w:t>
            </w:r>
          </w:p>
        </w:tc>
        <w:tc>
          <w:tcPr>
            <w:tcW w:w="2395" w:type="dxa"/>
            <w:hideMark/>
          </w:tcPr>
          <w:p w14:paraId="2461A6C9" w14:textId="77777777" w:rsidR="00961384" w:rsidRPr="00D97086" w:rsidRDefault="00961384" w:rsidP="00961384">
            <w:pPr>
              <w:jc w:val="both"/>
              <w:rPr>
                <w:rFonts w:ascii="Times New Roman" w:hAnsi="Times New Roman" w:cs="Times New Roman"/>
                <w:sz w:val="24"/>
                <w:szCs w:val="24"/>
              </w:rPr>
            </w:pPr>
            <w:r w:rsidRPr="00D97086">
              <w:rPr>
                <w:rFonts w:ascii="Times New Roman" w:hAnsi="Times New Roman" w:cs="Times New Roman"/>
                <w:sz w:val="24"/>
                <w:szCs w:val="24"/>
              </w:rPr>
              <w:t>17.23%</w:t>
            </w:r>
          </w:p>
        </w:tc>
      </w:tr>
      <w:tr w:rsidR="00961384" w:rsidRPr="00D97086" w14:paraId="20A7614C" w14:textId="77777777" w:rsidTr="00961384">
        <w:trPr>
          <w:trHeight w:val="628"/>
        </w:trPr>
        <w:tc>
          <w:tcPr>
            <w:tcW w:w="3094" w:type="dxa"/>
            <w:hideMark/>
          </w:tcPr>
          <w:p w14:paraId="57781548" w14:textId="77777777" w:rsidR="00961384" w:rsidRPr="00D97086" w:rsidRDefault="00961384" w:rsidP="00961384">
            <w:pPr>
              <w:jc w:val="both"/>
              <w:rPr>
                <w:rFonts w:ascii="Times New Roman" w:hAnsi="Times New Roman" w:cs="Times New Roman"/>
                <w:sz w:val="24"/>
                <w:szCs w:val="24"/>
              </w:rPr>
            </w:pPr>
            <w:r w:rsidRPr="00D97086">
              <w:rPr>
                <w:rFonts w:ascii="Times New Roman" w:hAnsi="Times New Roman" w:cs="Times New Roman"/>
                <w:sz w:val="24"/>
                <w:szCs w:val="24"/>
              </w:rPr>
              <w:t xml:space="preserve">15–64 </w:t>
            </w:r>
            <w:proofErr w:type="spellStart"/>
            <w:r w:rsidRPr="00D97086">
              <w:rPr>
                <w:rFonts w:ascii="Times New Roman" w:hAnsi="Times New Roman" w:cs="Times New Roman"/>
                <w:sz w:val="24"/>
                <w:szCs w:val="24"/>
              </w:rPr>
              <w:t>vjeç</w:t>
            </w:r>
            <w:proofErr w:type="spellEnd"/>
          </w:p>
        </w:tc>
        <w:tc>
          <w:tcPr>
            <w:tcW w:w="3243" w:type="dxa"/>
            <w:hideMark/>
          </w:tcPr>
          <w:p w14:paraId="34D54DC3" w14:textId="77777777" w:rsidR="00961384" w:rsidRPr="00D97086" w:rsidRDefault="00961384" w:rsidP="00961384">
            <w:pPr>
              <w:jc w:val="both"/>
              <w:rPr>
                <w:rFonts w:ascii="Times New Roman" w:hAnsi="Times New Roman" w:cs="Times New Roman"/>
                <w:sz w:val="24"/>
                <w:szCs w:val="24"/>
              </w:rPr>
            </w:pPr>
            <w:r w:rsidRPr="00D97086">
              <w:rPr>
                <w:rFonts w:ascii="Times New Roman" w:hAnsi="Times New Roman" w:cs="Times New Roman"/>
                <w:sz w:val="24"/>
                <w:szCs w:val="24"/>
              </w:rPr>
              <w:t>12,380</w:t>
            </w:r>
          </w:p>
        </w:tc>
        <w:tc>
          <w:tcPr>
            <w:tcW w:w="2395" w:type="dxa"/>
            <w:hideMark/>
          </w:tcPr>
          <w:p w14:paraId="76150D2D" w14:textId="77777777" w:rsidR="00961384" w:rsidRPr="00D97086" w:rsidRDefault="00961384" w:rsidP="00961384">
            <w:pPr>
              <w:jc w:val="both"/>
              <w:rPr>
                <w:rFonts w:ascii="Times New Roman" w:hAnsi="Times New Roman" w:cs="Times New Roman"/>
                <w:sz w:val="24"/>
                <w:szCs w:val="24"/>
              </w:rPr>
            </w:pPr>
            <w:r w:rsidRPr="00D97086">
              <w:rPr>
                <w:rFonts w:ascii="Times New Roman" w:hAnsi="Times New Roman" w:cs="Times New Roman"/>
                <w:sz w:val="24"/>
                <w:szCs w:val="24"/>
              </w:rPr>
              <w:t>65.95%</w:t>
            </w:r>
          </w:p>
        </w:tc>
      </w:tr>
      <w:tr w:rsidR="00961384" w:rsidRPr="00D97086" w14:paraId="7045679F" w14:textId="77777777" w:rsidTr="00961384">
        <w:trPr>
          <w:trHeight w:val="338"/>
        </w:trPr>
        <w:tc>
          <w:tcPr>
            <w:tcW w:w="3094" w:type="dxa"/>
            <w:hideMark/>
          </w:tcPr>
          <w:p w14:paraId="504C7474" w14:textId="77777777" w:rsidR="00961384" w:rsidRPr="00D97086" w:rsidRDefault="00961384" w:rsidP="00961384">
            <w:pPr>
              <w:jc w:val="both"/>
              <w:rPr>
                <w:rFonts w:ascii="Times New Roman" w:hAnsi="Times New Roman" w:cs="Times New Roman"/>
                <w:sz w:val="24"/>
                <w:szCs w:val="24"/>
              </w:rPr>
            </w:pPr>
            <w:r w:rsidRPr="00D97086">
              <w:rPr>
                <w:rFonts w:ascii="Times New Roman" w:hAnsi="Times New Roman" w:cs="Times New Roman"/>
                <w:sz w:val="24"/>
                <w:szCs w:val="24"/>
              </w:rPr>
              <w:t xml:space="preserve">65+ </w:t>
            </w:r>
            <w:proofErr w:type="spellStart"/>
            <w:r w:rsidRPr="00D97086">
              <w:rPr>
                <w:rFonts w:ascii="Times New Roman" w:hAnsi="Times New Roman" w:cs="Times New Roman"/>
                <w:sz w:val="24"/>
                <w:szCs w:val="24"/>
              </w:rPr>
              <w:t>vjeç</w:t>
            </w:r>
            <w:proofErr w:type="spellEnd"/>
          </w:p>
        </w:tc>
        <w:tc>
          <w:tcPr>
            <w:tcW w:w="3243" w:type="dxa"/>
            <w:hideMark/>
          </w:tcPr>
          <w:p w14:paraId="201C69CC" w14:textId="77777777" w:rsidR="00961384" w:rsidRPr="00D97086" w:rsidRDefault="00961384" w:rsidP="00961384">
            <w:pPr>
              <w:jc w:val="both"/>
              <w:rPr>
                <w:rFonts w:ascii="Times New Roman" w:hAnsi="Times New Roman" w:cs="Times New Roman"/>
                <w:sz w:val="24"/>
                <w:szCs w:val="24"/>
              </w:rPr>
            </w:pPr>
            <w:r w:rsidRPr="00D97086">
              <w:rPr>
                <w:rFonts w:ascii="Times New Roman" w:hAnsi="Times New Roman" w:cs="Times New Roman"/>
                <w:sz w:val="24"/>
                <w:szCs w:val="24"/>
              </w:rPr>
              <w:t>3,154</w:t>
            </w:r>
          </w:p>
        </w:tc>
        <w:tc>
          <w:tcPr>
            <w:tcW w:w="2395" w:type="dxa"/>
            <w:hideMark/>
          </w:tcPr>
          <w:p w14:paraId="7D1380E9" w14:textId="77777777" w:rsidR="00961384" w:rsidRPr="00D97086" w:rsidRDefault="00961384" w:rsidP="00961384">
            <w:pPr>
              <w:jc w:val="both"/>
              <w:rPr>
                <w:rFonts w:ascii="Times New Roman" w:hAnsi="Times New Roman" w:cs="Times New Roman"/>
                <w:sz w:val="24"/>
                <w:szCs w:val="24"/>
              </w:rPr>
            </w:pPr>
            <w:r w:rsidRPr="00D97086">
              <w:rPr>
                <w:rFonts w:ascii="Times New Roman" w:hAnsi="Times New Roman" w:cs="Times New Roman"/>
                <w:sz w:val="24"/>
                <w:szCs w:val="24"/>
              </w:rPr>
              <w:t>16.82%</w:t>
            </w:r>
          </w:p>
        </w:tc>
      </w:tr>
      <w:tr w:rsidR="00961384" w:rsidRPr="00D97086" w14:paraId="27E015E2" w14:textId="77777777" w:rsidTr="00961384">
        <w:trPr>
          <w:trHeight w:val="338"/>
        </w:trPr>
        <w:tc>
          <w:tcPr>
            <w:tcW w:w="3094" w:type="dxa"/>
            <w:hideMark/>
          </w:tcPr>
          <w:p w14:paraId="31A53E11" w14:textId="77777777" w:rsidR="00961384" w:rsidRPr="00D97086" w:rsidRDefault="00961384" w:rsidP="0096138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Meshkuj</w:t>
            </w:r>
            <w:proofErr w:type="spellEnd"/>
          </w:p>
        </w:tc>
        <w:tc>
          <w:tcPr>
            <w:tcW w:w="3243" w:type="dxa"/>
            <w:hideMark/>
          </w:tcPr>
          <w:p w14:paraId="2B4ADD08" w14:textId="77777777" w:rsidR="00961384" w:rsidRPr="00D97086" w:rsidRDefault="00961384" w:rsidP="00961384">
            <w:pPr>
              <w:jc w:val="both"/>
              <w:rPr>
                <w:rFonts w:ascii="Times New Roman" w:hAnsi="Times New Roman" w:cs="Times New Roman"/>
                <w:sz w:val="24"/>
                <w:szCs w:val="24"/>
              </w:rPr>
            </w:pPr>
            <w:r w:rsidRPr="00D97086">
              <w:rPr>
                <w:rFonts w:ascii="Times New Roman" w:hAnsi="Times New Roman" w:cs="Times New Roman"/>
                <w:sz w:val="24"/>
                <w:szCs w:val="24"/>
              </w:rPr>
              <w:t>9,541</w:t>
            </w:r>
          </w:p>
        </w:tc>
        <w:tc>
          <w:tcPr>
            <w:tcW w:w="2395" w:type="dxa"/>
            <w:hideMark/>
          </w:tcPr>
          <w:p w14:paraId="720E40FD" w14:textId="77777777" w:rsidR="00961384" w:rsidRPr="00D97086" w:rsidRDefault="00961384" w:rsidP="00961384">
            <w:pPr>
              <w:jc w:val="both"/>
              <w:rPr>
                <w:rFonts w:ascii="Times New Roman" w:hAnsi="Times New Roman" w:cs="Times New Roman"/>
                <w:sz w:val="24"/>
                <w:szCs w:val="24"/>
              </w:rPr>
            </w:pPr>
            <w:r w:rsidRPr="00D97086">
              <w:rPr>
                <w:rFonts w:ascii="Times New Roman" w:hAnsi="Times New Roman" w:cs="Times New Roman"/>
                <w:sz w:val="24"/>
                <w:szCs w:val="24"/>
              </w:rPr>
              <w:t>50.80%</w:t>
            </w:r>
          </w:p>
        </w:tc>
      </w:tr>
      <w:tr w:rsidR="00961384" w:rsidRPr="00D97086" w14:paraId="6F1185F2" w14:textId="77777777" w:rsidTr="00961384">
        <w:trPr>
          <w:trHeight w:val="338"/>
        </w:trPr>
        <w:tc>
          <w:tcPr>
            <w:tcW w:w="3094" w:type="dxa"/>
            <w:hideMark/>
          </w:tcPr>
          <w:p w14:paraId="5AB44F33" w14:textId="77777777" w:rsidR="00961384" w:rsidRPr="00D97086" w:rsidRDefault="00961384" w:rsidP="0096138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Femra</w:t>
            </w:r>
            <w:proofErr w:type="spellEnd"/>
          </w:p>
        </w:tc>
        <w:tc>
          <w:tcPr>
            <w:tcW w:w="3243" w:type="dxa"/>
            <w:hideMark/>
          </w:tcPr>
          <w:p w14:paraId="524F3809" w14:textId="77777777" w:rsidR="00961384" w:rsidRPr="00D97086" w:rsidRDefault="00961384" w:rsidP="00961384">
            <w:pPr>
              <w:jc w:val="both"/>
              <w:rPr>
                <w:rFonts w:ascii="Times New Roman" w:hAnsi="Times New Roman" w:cs="Times New Roman"/>
                <w:sz w:val="24"/>
                <w:szCs w:val="24"/>
              </w:rPr>
            </w:pPr>
            <w:r w:rsidRPr="00D97086">
              <w:rPr>
                <w:rFonts w:ascii="Times New Roman" w:hAnsi="Times New Roman" w:cs="Times New Roman"/>
                <w:sz w:val="24"/>
                <w:szCs w:val="24"/>
              </w:rPr>
              <w:t>9,227</w:t>
            </w:r>
          </w:p>
        </w:tc>
        <w:tc>
          <w:tcPr>
            <w:tcW w:w="2395" w:type="dxa"/>
            <w:hideMark/>
          </w:tcPr>
          <w:p w14:paraId="4425894F" w14:textId="77777777" w:rsidR="00961384" w:rsidRPr="00D97086" w:rsidRDefault="00961384" w:rsidP="00961384">
            <w:pPr>
              <w:jc w:val="both"/>
              <w:rPr>
                <w:rFonts w:ascii="Times New Roman" w:hAnsi="Times New Roman" w:cs="Times New Roman"/>
                <w:sz w:val="24"/>
                <w:szCs w:val="24"/>
              </w:rPr>
            </w:pPr>
            <w:r w:rsidRPr="00D97086">
              <w:rPr>
                <w:rFonts w:ascii="Times New Roman" w:hAnsi="Times New Roman" w:cs="Times New Roman"/>
                <w:sz w:val="24"/>
                <w:szCs w:val="24"/>
              </w:rPr>
              <w:t>49.20%</w:t>
            </w:r>
          </w:p>
        </w:tc>
      </w:tr>
      <w:tr w:rsidR="00961384" w:rsidRPr="00D97086" w14:paraId="53FE7210" w14:textId="77777777" w:rsidTr="00961384">
        <w:trPr>
          <w:trHeight w:val="338"/>
        </w:trPr>
        <w:tc>
          <w:tcPr>
            <w:tcW w:w="3094" w:type="dxa"/>
            <w:hideMark/>
          </w:tcPr>
          <w:p w14:paraId="0E4C847C" w14:textId="77777777" w:rsidR="00961384" w:rsidRPr="00D97086" w:rsidRDefault="00961384" w:rsidP="0096138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Totali</w:t>
            </w:r>
            <w:proofErr w:type="spellEnd"/>
          </w:p>
        </w:tc>
        <w:tc>
          <w:tcPr>
            <w:tcW w:w="3243" w:type="dxa"/>
            <w:hideMark/>
          </w:tcPr>
          <w:p w14:paraId="28834E5B" w14:textId="77777777" w:rsidR="00961384" w:rsidRPr="00D97086" w:rsidRDefault="00961384" w:rsidP="00961384">
            <w:pPr>
              <w:jc w:val="both"/>
              <w:rPr>
                <w:rFonts w:ascii="Times New Roman" w:hAnsi="Times New Roman" w:cs="Times New Roman"/>
                <w:sz w:val="24"/>
                <w:szCs w:val="24"/>
              </w:rPr>
            </w:pPr>
            <w:r w:rsidRPr="00D97086">
              <w:rPr>
                <w:rFonts w:ascii="Times New Roman" w:hAnsi="Times New Roman" w:cs="Times New Roman"/>
                <w:sz w:val="24"/>
                <w:szCs w:val="24"/>
              </w:rPr>
              <w:t>18,768</w:t>
            </w:r>
          </w:p>
        </w:tc>
        <w:tc>
          <w:tcPr>
            <w:tcW w:w="2395" w:type="dxa"/>
            <w:hideMark/>
          </w:tcPr>
          <w:p w14:paraId="5061D392" w14:textId="77777777" w:rsidR="00961384" w:rsidRPr="00D97086" w:rsidRDefault="00961384" w:rsidP="00961384">
            <w:pPr>
              <w:jc w:val="both"/>
              <w:rPr>
                <w:rFonts w:ascii="Times New Roman" w:hAnsi="Times New Roman" w:cs="Times New Roman"/>
                <w:sz w:val="24"/>
                <w:szCs w:val="24"/>
              </w:rPr>
            </w:pPr>
            <w:r w:rsidRPr="00D97086">
              <w:rPr>
                <w:rFonts w:ascii="Times New Roman" w:hAnsi="Times New Roman" w:cs="Times New Roman"/>
                <w:sz w:val="24"/>
                <w:szCs w:val="24"/>
              </w:rPr>
              <w:t>100%</w:t>
            </w:r>
          </w:p>
        </w:tc>
      </w:tr>
    </w:tbl>
    <w:p w14:paraId="636AAA79" w14:textId="77777777" w:rsidR="005725F4" w:rsidRPr="00D97086" w:rsidRDefault="009613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Burimi</w:t>
      </w:r>
      <w:proofErr w:type="spellEnd"/>
      <w:r w:rsidRPr="00D97086">
        <w:rPr>
          <w:rFonts w:ascii="Times New Roman" w:hAnsi="Times New Roman" w:cs="Times New Roman"/>
          <w:sz w:val="24"/>
          <w:szCs w:val="24"/>
        </w:rPr>
        <w:t xml:space="preserve">: INSTAT/ </w:t>
      </w:r>
      <w:proofErr w:type="spellStart"/>
      <w:r w:rsidRPr="00D97086">
        <w:rPr>
          <w:rFonts w:ascii="Times New Roman" w:hAnsi="Times New Roman" w:cs="Times New Roman"/>
          <w:sz w:val="24"/>
          <w:szCs w:val="24"/>
        </w:rPr>
        <w:t>Cens</w:t>
      </w:r>
      <w:proofErr w:type="spellEnd"/>
      <w:r w:rsidRPr="00D97086">
        <w:rPr>
          <w:rFonts w:ascii="Times New Roman" w:hAnsi="Times New Roman" w:cs="Times New Roman"/>
          <w:sz w:val="24"/>
          <w:szCs w:val="24"/>
        </w:rPr>
        <w:t xml:space="preserve"> 2023</w:t>
      </w:r>
    </w:p>
    <w:p w14:paraId="0E1ADBEC" w14:textId="77777777" w:rsidR="005725F4" w:rsidRPr="005B1542" w:rsidRDefault="005725F4" w:rsidP="00961384">
      <w:pPr>
        <w:tabs>
          <w:tab w:val="left" w:pos="2055"/>
        </w:tabs>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lastRenderedPageBreak/>
        <w:t>Tabela 3</w:t>
      </w:r>
      <w:r w:rsidR="00961384" w:rsidRPr="005B1542">
        <w:rPr>
          <w:rFonts w:ascii="Times New Roman" w:hAnsi="Times New Roman" w:cs="Times New Roman"/>
          <w:sz w:val="24"/>
          <w:szCs w:val="24"/>
          <w:lang w:val="it-IT"/>
        </w:rPr>
        <w:t xml:space="preserve">.3 </w:t>
      </w:r>
      <w:r w:rsidRPr="005B1542">
        <w:rPr>
          <w:rFonts w:ascii="Times New Roman" w:hAnsi="Times New Roman" w:cs="Times New Roman"/>
          <w:sz w:val="24"/>
          <w:szCs w:val="24"/>
          <w:lang w:val="it-IT"/>
        </w:rPr>
        <w:t>Perfitues nga skemat e strehimi Qerate</w:t>
      </w:r>
    </w:p>
    <w:tbl>
      <w:tblPr>
        <w:tblStyle w:val="TableGrid"/>
        <w:tblW w:w="0" w:type="auto"/>
        <w:tblLook w:val="04A0" w:firstRow="1" w:lastRow="0" w:firstColumn="1" w:lastColumn="0" w:noHBand="0" w:noVBand="1"/>
      </w:tblPr>
      <w:tblGrid>
        <w:gridCol w:w="1673"/>
        <w:gridCol w:w="825"/>
        <w:gridCol w:w="800"/>
        <w:gridCol w:w="694"/>
        <w:gridCol w:w="799"/>
        <w:gridCol w:w="1004"/>
        <w:gridCol w:w="516"/>
        <w:gridCol w:w="817"/>
        <w:gridCol w:w="796"/>
        <w:gridCol w:w="706"/>
      </w:tblGrid>
      <w:tr w:rsidR="005725F4" w:rsidRPr="00D97086" w14:paraId="0CBC8B42" w14:textId="77777777" w:rsidTr="00BC52BC">
        <w:trPr>
          <w:trHeight w:val="300"/>
        </w:trPr>
        <w:tc>
          <w:tcPr>
            <w:tcW w:w="1590" w:type="dxa"/>
            <w:vMerge w:val="restart"/>
            <w:shd w:val="clear" w:color="auto" w:fill="EAF1DD" w:themeFill="accent3" w:themeFillTint="33"/>
            <w:hideMark/>
          </w:tcPr>
          <w:p w14:paraId="377398CB" w14:textId="77777777" w:rsidR="005725F4" w:rsidRPr="00D97086" w:rsidRDefault="005725F4" w:rsidP="00BC52BC">
            <w:pPr>
              <w:jc w:val="center"/>
              <w:rPr>
                <w:rFonts w:ascii="Times New Roman" w:hAnsi="Times New Roman" w:cs="Times New Roman"/>
                <w:b/>
                <w:sz w:val="24"/>
                <w:szCs w:val="24"/>
              </w:rPr>
            </w:pPr>
            <w:proofErr w:type="spellStart"/>
            <w:r w:rsidRPr="00D97086">
              <w:rPr>
                <w:rFonts w:ascii="Times New Roman" w:hAnsi="Times New Roman" w:cs="Times New Roman"/>
                <w:b/>
                <w:sz w:val="24"/>
                <w:szCs w:val="24"/>
              </w:rPr>
              <w:t>Njesia</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Adminstrative</w:t>
            </w:r>
            <w:proofErr w:type="spellEnd"/>
          </w:p>
        </w:tc>
        <w:tc>
          <w:tcPr>
            <w:tcW w:w="2347" w:type="dxa"/>
            <w:gridSpan w:val="3"/>
            <w:shd w:val="clear" w:color="auto" w:fill="EAF1DD" w:themeFill="accent3" w:themeFillTint="33"/>
            <w:noWrap/>
            <w:hideMark/>
          </w:tcPr>
          <w:p w14:paraId="68B97617" w14:textId="77777777" w:rsidR="005725F4" w:rsidRPr="00D97086" w:rsidRDefault="005725F4" w:rsidP="00BC52BC">
            <w:pPr>
              <w:jc w:val="center"/>
              <w:rPr>
                <w:rFonts w:ascii="Times New Roman" w:hAnsi="Times New Roman" w:cs="Times New Roman"/>
                <w:b/>
                <w:sz w:val="24"/>
                <w:szCs w:val="24"/>
              </w:rPr>
            </w:pPr>
            <w:r w:rsidRPr="00D97086">
              <w:rPr>
                <w:rFonts w:ascii="Times New Roman" w:hAnsi="Times New Roman" w:cs="Times New Roman"/>
                <w:b/>
                <w:sz w:val="24"/>
                <w:szCs w:val="24"/>
              </w:rPr>
              <w:t>Viti 2022</w:t>
            </w:r>
          </w:p>
        </w:tc>
        <w:tc>
          <w:tcPr>
            <w:tcW w:w="2347" w:type="dxa"/>
            <w:gridSpan w:val="3"/>
            <w:shd w:val="clear" w:color="auto" w:fill="EAF1DD" w:themeFill="accent3" w:themeFillTint="33"/>
            <w:noWrap/>
            <w:hideMark/>
          </w:tcPr>
          <w:p w14:paraId="2DF44219" w14:textId="77777777" w:rsidR="005725F4" w:rsidRPr="00D97086" w:rsidRDefault="005725F4" w:rsidP="00BC52BC">
            <w:pPr>
              <w:jc w:val="center"/>
              <w:rPr>
                <w:rFonts w:ascii="Times New Roman" w:hAnsi="Times New Roman" w:cs="Times New Roman"/>
                <w:b/>
                <w:sz w:val="24"/>
                <w:szCs w:val="24"/>
              </w:rPr>
            </w:pPr>
            <w:r w:rsidRPr="00D97086">
              <w:rPr>
                <w:rFonts w:ascii="Times New Roman" w:hAnsi="Times New Roman" w:cs="Times New Roman"/>
                <w:b/>
                <w:sz w:val="24"/>
                <w:szCs w:val="24"/>
              </w:rPr>
              <w:t>Viti 2023</w:t>
            </w:r>
          </w:p>
        </w:tc>
        <w:tc>
          <w:tcPr>
            <w:tcW w:w="2346" w:type="dxa"/>
            <w:gridSpan w:val="3"/>
            <w:shd w:val="clear" w:color="auto" w:fill="EAF1DD" w:themeFill="accent3" w:themeFillTint="33"/>
            <w:noWrap/>
            <w:hideMark/>
          </w:tcPr>
          <w:p w14:paraId="0E988896" w14:textId="77777777" w:rsidR="005725F4" w:rsidRPr="00D97086" w:rsidRDefault="005725F4" w:rsidP="00BC52BC">
            <w:pPr>
              <w:jc w:val="center"/>
              <w:rPr>
                <w:rFonts w:ascii="Times New Roman" w:hAnsi="Times New Roman" w:cs="Times New Roman"/>
                <w:b/>
                <w:sz w:val="24"/>
                <w:szCs w:val="24"/>
              </w:rPr>
            </w:pPr>
            <w:r w:rsidRPr="00D97086">
              <w:rPr>
                <w:rFonts w:ascii="Times New Roman" w:hAnsi="Times New Roman" w:cs="Times New Roman"/>
                <w:b/>
                <w:sz w:val="24"/>
                <w:szCs w:val="24"/>
              </w:rPr>
              <w:t>Viti 2024</w:t>
            </w:r>
          </w:p>
        </w:tc>
      </w:tr>
      <w:tr w:rsidR="005725F4" w:rsidRPr="00D97086" w14:paraId="46768C1A" w14:textId="77777777" w:rsidTr="00BC52BC">
        <w:trPr>
          <w:trHeight w:val="2025"/>
        </w:trPr>
        <w:tc>
          <w:tcPr>
            <w:tcW w:w="1590" w:type="dxa"/>
            <w:vMerge/>
            <w:shd w:val="clear" w:color="auto" w:fill="EAF1DD" w:themeFill="accent3" w:themeFillTint="33"/>
            <w:hideMark/>
          </w:tcPr>
          <w:p w14:paraId="38370F43" w14:textId="77777777" w:rsidR="005725F4" w:rsidRPr="00D97086" w:rsidRDefault="005725F4" w:rsidP="00BC52BC">
            <w:pPr>
              <w:jc w:val="center"/>
              <w:rPr>
                <w:rFonts w:ascii="Times New Roman" w:hAnsi="Times New Roman" w:cs="Times New Roman"/>
                <w:b/>
                <w:sz w:val="24"/>
                <w:szCs w:val="24"/>
              </w:rPr>
            </w:pPr>
          </w:p>
        </w:tc>
        <w:tc>
          <w:tcPr>
            <w:tcW w:w="835" w:type="dxa"/>
            <w:shd w:val="clear" w:color="auto" w:fill="EAF1DD" w:themeFill="accent3" w:themeFillTint="33"/>
            <w:textDirection w:val="btLr"/>
            <w:hideMark/>
          </w:tcPr>
          <w:p w14:paraId="33513E3B" w14:textId="77777777" w:rsidR="005725F4" w:rsidRPr="00D97086" w:rsidRDefault="005725F4" w:rsidP="00BC52BC">
            <w:pPr>
              <w:jc w:val="center"/>
              <w:rPr>
                <w:rFonts w:ascii="Times New Roman" w:hAnsi="Times New Roman" w:cs="Times New Roman"/>
                <w:b/>
                <w:sz w:val="24"/>
                <w:szCs w:val="24"/>
              </w:rPr>
            </w:pPr>
            <w:proofErr w:type="spellStart"/>
            <w:r w:rsidRPr="00D97086">
              <w:rPr>
                <w:rFonts w:ascii="Times New Roman" w:hAnsi="Times New Roman" w:cs="Times New Roman"/>
                <w:b/>
                <w:sz w:val="24"/>
                <w:szCs w:val="24"/>
              </w:rPr>
              <w:t>Aplikime</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te</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dorezuara</w:t>
            </w:r>
            <w:proofErr w:type="spellEnd"/>
          </w:p>
        </w:tc>
        <w:tc>
          <w:tcPr>
            <w:tcW w:w="810" w:type="dxa"/>
            <w:shd w:val="clear" w:color="auto" w:fill="EAF1DD" w:themeFill="accent3" w:themeFillTint="33"/>
            <w:textDirection w:val="btLr"/>
            <w:hideMark/>
          </w:tcPr>
          <w:p w14:paraId="4ECD1C73" w14:textId="77777777" w:rsidR="005725F4" w:rsidRPr="005B1542" w:rsidRDefault="005725F4" w:rsidP="00BC52BC">
            <w:pPr>
              <w:jc w:val="center"/>
              <w:rPr>
                <w:rFonts w:ascii="Times New Roman" w:hAnsi="Times New Roman" w:cs="Times New Roman"/>
                <w:b/>
                <w:sz w:val="24"/>
                <w:szCs w:val="24"/>
                <w:lang w:val="it-IT"/>
              </w:rPr>
            </w:pPr>
            <w:r w:rsidRPr="005B1542">
              <w:rPr>
                <w:rFonts w:ascii="Times New Roman" w:hAnsi="Times New Roman" w:cs="Times New Roman"/>
                <w:b/>
                <w:sz w:val="24"/>
                <w:szCs w:val="24"/>
                <w:lang w:val="it-IT"/>
              </w:rPr>
              <w:t>Aplikimi te pranuara ( Dosja e plote)</w:t>
            </w:r>
          </w:p>
        </w:tc>
        <w:tc>
          <w:tcPr>
            <w:tcW w:w="702" w:type="dxa"/>
            <w:shd w:val="clear" w:color="auto" w:fill="EAF1DD" w:themeFill="accent3" w:themeFillTint="33"/>
            <w:textDirection w:val="btLr"/>
            <w:hideMark/>
          </w:tcPr>
          <w:p w14:paraId="2DC93867" w14:textId="77777777" w:rsidR="005725F4" w:rsidRPr="00D97086" w:rsidRDefault="005725F4" w:rsidP="00BC52BC">
            <w:pPr>
              <w:jc w:val="center"/>
              <w:rPr>
                <w:rFonts w:ascii="Times New Roman" w:hAnsi="Times New Roman" w:cs="Times New Roman"/>
                <w:b/>
                <w:sz w:val="24"/>
                <w:szCs w:val="24"/>
              </w:rPr>
            </w:pPr>
            <w:proofErr w:type="spellStart"/>
            <w:r w:rsidRPr="00D97086">
              <w:rPr>
                <w:rFonts w:ascii="Times New Roman" w:hAnsi="Times New Roman" w:cs="Times New Roman"/>
                <w:b/>
                <w:sz w:val="24"/>
                <w:szCs w:val="24"/>
              </w:rPr>
              <w:t>Perfitues</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nga</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skema</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strehimit</w:t>
            </w:r>
            <w:proofErr w:type="spellEnd"/>
          </w:p>
        </w:tc>
        <w:tc>
          <w:tcPr>
            <w:tcW w:w="809" w:type="dxa"/>
            <w:shd w:val="clear" w:color="auto" w:fill="EAF1DD" w:themeFill="accent3" w:themeFillTint="33"/>
            <w:textDirection w:val="btLr"/>
            <w:hideMark/>
          </w:tcPr>
          <w:p w14:paraId="1B858BFB" w14:textId="77777777" w:rsidR="005725F4" w:rsidRPr="00D97086" w:rsidRDefault="005725F4" w:rsidP="00BC52BC">
            <w:pPr>
              <w:jc w:val="center"/>
              <w:rPr>
                <w:rFonts w:ascii="Times New Roman" w:hAnsi="Times New Roman" w:cs="Times New Roman"/>
                <w:b/>
                <w:sz w:val="24"/>
                <w:szCs w:val="24"/>
              </w:rPr>
            </w:pPr>
            <w:proofErr w:type="spellStart"/>
            <w:r w:rsidRPr="00D97086">
              <w:rPr>
                <w:rFonts w:ascii="Times New Roman" w:hAnsi="Times New Roman" w:cs="Times New Roman"/>
                <w:b/>
                <w:sz w:val="24"/>
                <w:szCs w:val="24"/>
              </w:rPr>
              <w:t>Aplikime</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te</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dorezuara</w:t>
            </w:r>
            <w:proofErr w:type="spellEnd"/>
          </w:p>
        </w:tc>
        <w:tc>
          <w:tcPr>
            <w:tcW w:w="1017" w:type="dxa"/>
            <w:shd w:val="clear" w:color="auto" w:fill="EAF1DD" w:themeFill="accent3" w:themeFillTint="33"/>
            <w:textDirection w:val="btLr"/>
            <w:hideMark/>
          </w:tcPr>
          <w:p w14:paraId="6D57D760" w14:textId="77777777" w:rsidR="005725F4" w:rsidRPr="005B1542" w:rsidRDefault="005725F4" w:rsidP="00BC52BC">
            <w:pPr>
              <w:jc w:val="center"/>
              <w:rPr>
                <w:rFonts w:ascii="Times New Roman" w:hAnsi="Times New Roman" w:cs="Times New Roman"/>
                <w:b/>
                <w:sz w:val="24"/>
                <w:szCs w:val="24"/>
                <w:lang w:val="it-IT"/>
              </w:rPr>
            </w:pPr>
            <w:r w:rsidRPr="005B1542">
              <w:rPr>
                <w:rFonts w:ascii="Times New Roman" w:hAnsi="Times New Roman" w:cs="Times New Roman"/>
                <w:b/>
                <w:sz w:val="24"/>
                <w:szCs w:val="24"/>
                <w:lang w:val="it-IT"/>
              </w:rPr>
              <w:t>Aplikimi te pranuara ( Dosja e plote)</w:t>
            </w:r>
          </w:p>
        </w:tc>
        <w:tc>
          <w:tcPr>
            <w:tcW w:w="521" w:type="dxa"/>
            <w:shd w:val="clear" w:color="auto" w:fill="EAF1DD" w:themeFill="accent3" w:themeFillTint="33"/>
            <w:textDirection w:val="btLr"/>
            <w:hideMark/>
          </w:tcPr>
          <w:p w14:paraId="5DEE6ABF" w14:textId="77777777" w:rsidR="005725F4" w:rsidRPr="00D97086" w:rsidRDefault="005725F4" w:rsidP="00BC52BC">
            <w:pPr>
              <w:jc w:val="center"/>
              <w:rPr>
                <w:rFonts w:ascii="Times New Roman" w:hAnsi="Times New Roman" w:cs="Times New Roman"/>
                <w:b/>
                <w:sz w:val="24"/>
                <w:szCs w:val="24"/>
              </w:rPr>
            </w:pPr>
            <w:proofErr w:type="spellStart"/>
            <w:r w:rsidRPr="00D97086">
              <w:rPr>
                <w:rFonts w:ascii="Times New Roman" w:hAnsi="Times New Roman" w:cs="Times New Roman"/>
                <w:b/>
                <w:sz w:val="24"/>
                <w:szCs w:val="24"/>
              </w:rPr>
              <w:t>Perfitues</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nga</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skema</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strehimit</w:t>
            </w:r>
            <w:proofErr w:type="spellEnd"/>
          </w:p>
        </w:tc>
        <w:tc>
          <w:tcPr>
            <w:tcW w:w="827" w:type="dxa"/>
            <w:shd w:val="clear" w:color="auto" w:fill="EAF1DD" w:themeFill="accent3" w:themeFillTint="33"/>
            <w:textDirection w:val="btLr"/>
            <w:hideMark/>
          </w:tcPr>
          <w:p w14:paraId="1E81F861" w14:textId="77777777" w:rsidR="005725F4" w:rsidRPr="00D97086" w:rsidRDefault="005725F4" w:rsidP="00BC52BC">
            <w:pPr>
              <w:jc w:val="center"/>
              <w:rPr>
                <w:rFonts w:ascii="Times New Roman" w:hAnsi="Times New Roman" w:cs="Times New Roman"/>
                <w:b/>
                <w:sz w:val="24"/>
                <w:szCs w:val="24"/>
              </w:rPr>
            </w:pPr>
            <w:proofErr w:type="spellStart"/>
            <w:r w:rsidRPr="00D97086">
              <w:rPr>
                <w:rFonts w:ascii="Times New Roman" w:hAnsi="Times New Roman" w:cs="Times New Roman"/>
                <w:b/>
                <w:sz w:val="24"/>
                <w:szCs w:val="24"/>
              </w:rPr>
              <w:t>Aplikime</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te</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dorezuara</w:t>
            </w:r>
            <w:proofErr w:type="spellEnd"/>
          </w:p>
        </w:tc>
        <w:tc>
          <w:tcPr>
            <w:tcW w:w="805" w:type="dxa"/>
            <w:shd w:val="clear" w:color="auto" w:fill="EAF1DD" w:themeFill="accent3" w:themeFillTint="33"/>
            <w:textDirection w:val="btLr"/>
            <w:hideMark/>
          </w:tcPr>
          <w:p w14:paraId="7B2276A7" w14:textId="77777777" w:rsidR="005725F4" w:rsidRPr="005B1542" w:rsidRDefault="005725F4" w:rsidP="00BC52BC">
            <w:pPr>
              <w:jc w:val="center"/>
              <w:rPr>
                <w:rFonts w:ascii="Times New Roman" w:hAnsi="Times New Roman" w:cs="Times New Roman"/>
                <w:b/>
                <w:sz w:val="24"/>
                <w:szCs w:val="24"/>
                <w:lang w:val="it-IT"/>
              </w:rPr>
            </w:pPr>
            <w:r w:rsidRPr="005B1542">
              <w:rPr>
                <w:rFonts w:ascii="Times New Roman" w:hAnsi="Times New Roman" w:cs="Times New Roman"/>
                <w:b/>
                <w:sz w:val="24"/>
                <w:szCs w:val="24"/>
                <w:lang w:val="it-IT"/>
              </w:rPr>
              <w:t>Aplikimi te pranuara ( Dosja e plote)</w:t>
            </w:r>
          </w:p>
        </w:tc>
        <w:tc>
          <w:tcPr>
            <w:tcW w:w="714" w:type="dxa"/>
            <w:shd w:val="clear" w:color="auto" w:fill="EAF1DD" w:themeFill="accent3" w:themeFillTint="33"/>
            <w:textDirection w:val="btLr"/>
            <w:hideMark/>
          </w:tcPr>
          <w:p w14:paraId="742EE791" w14:textId="77777777" w:rsidR="005725F4" w:rsidRPr="00D97086" w:rsidRDefault="005725F4" w:rsidP="00BC52BC">
            <w:pPr>
              <w:jc w:val="center"/>
              <w:rPr>
                <w:rFonts w:ascii="Times New Roman" w:hAnsi="Times New Roman" w:cs="Times New Roman"/>
                <w:b/>
                <w:sz w:val="24"/>
                <w:szCs w:val="24"/>
              </w:rPr>
            </w:pPr>
            <w:proofErr w:type="spellStart"/>
            <w:r w:rsidRPr="00D97086">
              <w:rPr>
                <w:rFonts w:ascii="Times New Roman" w:hAnsi="Times New Roman" w:cs="Times New Roman"/>
                <w:b/>
                <w:sz w:val="24"/>
                <w:szCs w:val="24"/>
              </w:rPr>
              <w:t>Perfitues</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nga</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skema</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strehimit</w:t>
            </w:r>
            <w:proofErr w:type="spellEnd"/>
          </w:p>
        </w:tc>
      </w:tr>
      <w:tr w:rsidR="007E122E" w:rsidRPr="00D97086" w14:paraId="6C7C83BC" w14:textId="77777777" w:rsidTr="007E122E">
        <w:trPr>
          <w:trHeight w:val="300"/>
        </w:trPr>
        <w:tc>
          <w:tcPr>
            <w:tcW w:w="1590" w:type="dxa"/>
            <w:noWrap/>
            <w:hideMark/>
          </w:tcPr>
          <w:p w14:paraId="4CE9A6F9" w14:textId="77777777" w:rsidR="005725F4" w:rsidRPr="00D97086" w:rsidRDefault="005725F4" w:rsidP="005725F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w:t>
            </w:r>
          </w:p>
        </w:tc>
        <w:tc>
          <w:tcPr>
            <w:tcW w:w="835" w:type="dxa"/>
            <w:noWrap/>
            <w:hideMark/>
          </w:tcPr>
          <w:p w14:paraId="3AB77D04"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20</w:t>
            </w:r>
          </w:p>
        </w:tc>
        <w:tc>
          <w:tcPr>
            <w:tcW w:w="810" w:type="dxa"/>
            <w:noWrap/>
            <w:hideMark/>
          </w:tcPr>
          <w:p w14:paraId="2C43E523"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18</w:t>
            </w:r>
          </w:p>
        </w:tc>
        <w:tc>
          <w:tcPr>
            <w:tcW w:w="702" w:type="dxa"/>
            <w:noWrap/>
            <w:hideMark/>
          </w:tcPr>
          <w:p w14:paraId="43BA2BA8"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18</w:t>
            </w:r>
          </w:p>
        </w:tc>
        <w:tc>
          <w:tcPr>
            <w:tcW w:w="809" w:type="dxa"/>
            <w:noWrap/>
            <w:hideMark/>
          </w:tcPr>
          <w:p w14:paraId="5829B1DC"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12</w:t>
            </w:r>
          </w:p>
        </w:tc>
        <w:tc>
          <w:tcPr>
            <w:tcW w:w="1017" w:type="dxa"/>
            <w:noWrap/>
            <w:hideMark/>
          </w:tcPr>
          <w:p w14:paraId="529918FE"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10</w:t>
            </w:r>
          </w:p>
        </w:tc>
        <w:tc>
          <w:tcPr>
            <w:tcW w:w="521" w:type="dxa"/>
            <w:noWrap/>
            <w:hideMark/>
          </w:tcPr>
          <w:p w14:paraId="56609A78"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10</w:t>
            </w:r>
          </w:p>
        </w:tc>
        <w:tc>
          <w:tcPr>
            <w:tcW w:w="827" w:type="dxa"/>
            <w:noWrap/>
            <w:hideMark/>
          </w:tcPr>
          <w:p w14:paraId="5312D166"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13</w:t>
            </w:r>
          </w:p>
        </w:tc>
        <w:tc>
          <w:tcPr>
            <w:tcW w:w="805" w:type="dxa"/>
            <w:noWrap/>
            <w:hideMark/>
          </w:tcPr>
          <w:p w14:paraId="13F80DCC"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11</w:t>
            </w:r>
          </w:p>
        </w:tc>
        <w:tc>
          <w:tcPr>
            <w:tcW w:w="714" w:type="dxa"/>
            <w:noWrap/>
            <w:hideMark/>
          </w:tcPr>
          <w:p w14:paraId="2E36197C"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11</w:t>
            </w:r>
          </w:p>
        </w:tc>
      </w:tr>
      <w:tr w:rsidR="007E122E" w:rsidRPr="00D97086" w14:paraId="6FE3924D" w14:textId="77777777" w:rsidTr="007E122E">
        <w:trPr>
          <w:trHeight w:val="300"/>
        </w:trPr>
        <w:tc>
          <w:tcPr>
            <w:tcW w:w="1590" w:type="dxa"/>
            <w:noWrap/>
            <w:hideMark/>
          </w:tcPr>
          <w:p w14:paraId="7FD6AD64" w14:textId="77777777" w:rsidR="005725F4" w:rsidRPr="00D97086" w:rsidRDefault="005725F4" w:rsidP="005725F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Qukës</w:t>
            </w:r>
            <w:proofErr w:type="spellEnd"/>
          </w:p>
        </w:tc>
        <w:tc>
          <w:tcPr>
            <w:tcW w:w="835" w:type="dxa"/>
            <w:noWrap/>
            <w:hideMark/>
          </w:tcPr>
          <w:p w14:paraId="69C6DD52"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19</w:t>
            </w:r>
          </w:p>
        </w:tc>
        <w:tc>
          <w:tcPr>
            <w:tcW w:w="810" w:type="dxa"/>
            <w:noWrap/>
            <w:hideMark/>
          </w:tcPr>
          <w:p w14:paraId="0D2586B5"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17</w:t>
            </w:r>
          </w:p>
        </w:tc>
        <w:tc>
          <w:tcPr>
            <w:tcW w:w="702" w:type="dxa"/>
            <w:noWrap/>
            <w:hideMark/>
          </w:tcPr>
          <w:p w14:paraId="73AD8127"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17</w:t>
            </w:r>
          </w:p>
        </w:tc>
        <w:tc>
          <w:tcPr>
            <w:tcW w:w="809" w:type="dxa"/>
            <w:noWrap/>
            <w:hideMark/>
          </w:tcPr>
          <w:p w14:paraId="6240A63C"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17</w:t>
            </w:r>
          </w:p>
        </w:tc>
        <w:tc>
          <w:tcPr>
            <w:tcW w:w="1017" w:type="dxa"/>
            <w:noWrap/>
            <w:hideMark/>
          </w:tcPr>
          <w:p w14:paraId="65362961"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15</w:t>
            </w:r>
          </w:p>
        </w:tc>
        <w:tc>
          <w:tcPr>
            <w:tcW w:w="521" w:type="dxa"/>
            <w:noWrap/>
            <w:hideMark/>
          </w:tcPr>
          <w:p w14:paraId="69DE696B"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15</w:t>
            </w:r>
          </w:p>
        </w:tc>
        <w:tc>
          <w:tcPr>
            <w:tcW w:w="827" w:type="dxa"/>
            <w:noWrap/>
            <w:hideMark/>
          </w:tcPr>
          <w:p w14:paraId="147F1F64"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17</w:t>
            </w:r>
          </w:p>
        </w:tc>
        <w:tc>
          <w:tcPr>
            <w:tcW w:w="805" w:type="dxa"/>
            <w:noWrap/>
            <w:hideMark/>
          </w:tcPr>
          <w:p w14:paraId="6BE3F9EB"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15</w:t>
            </w:r>
          </w:p>
        </w:tc>
        <w:tc>
          <w:tcPr>
            <w:tcW w:w="714" w:type="dxa"/>
            <w:noWrap/>
            <w:hideMark/>
          </w:tcPr>
          <w:p w14:paraId="23F7AE39"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15</w:t>
            </w:r>
          </w:p>
        </w:tc>
      </w:tr>
      <w:tr w:rsidR="007E122E" w:rsidRPr="00D97086" w14:paraId="32EBFD18" w14:textId="77777777" w:rsidTr="007E122E">
        <w:trPr>
          <w:trHeight w:val="300"/>
        </w:trPr>
        <w:tc>
          <w:tcPr>
            <w:tcW w:w="1590" w:type="dxa"/>
            <w:noWrap/>
            <w:hideMark/>
          </w:tcPr>
          <w:p w14:paraId="08708CC3" w14:textId="77777777" w:rsidR="005725F4" w:rsidRPr="00D97086" w:rsidRDefault="005725F4" w:rsidP="005725F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Rrejce</w:t>
            </w:r>
            <w:proofErr w:type="spellEnd"/>
          </w:p>
        </w:tc>
        <w:tc>
          <w:tcPr>
            <w:tcW w:w="835" w:type="dxa"/>
            <w:noWrap/>
            <w:hideMark/>
          </w:tcPr>
          <w:p w14:paraId="60D4C0D2"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20</w:t>
            </w:r>
          </w:p>
        </w:tc>
        <w:tc>
          <w:tcPr>
            <w:tcW w:w="810" w:type="dxa"/>
            <w:noWrap/>
            <w:hideMark/>
          </w:tcPr>
          <w:p w14:paraId="5CF62A07"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18</w:t>
            </w:r>
          </w:p>
        </w:tc>
        <w:tc>
          <w:tcPr>
            <w:tcW w:w="702" w:type="dxa"/>
            <w:noWrap/>
            <w:hideMark/>
          </w:tcPr>
          <w:p w14:paraId="6AB74467"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18</w:t>
            </w:r>
          </w:p>
        </w:tc>
        <w:tc>
          <w:tcPr>
            <w:tcW w:w="809" w:type="dxa"/>
            <w:noWrap/>
            <w:hideMark/>
          </w:tcPr>
          <w:p w14:paraId="13C818E9"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17</w:t>
            </w:r>
          </w:p>
        </w:tc>
        <w:tc>
          <w:tcPr>
            <w:tcW w:w="1017" w:type="dxa"/>
            <w:noWrap/>
            <w:hideMark/>
          </w:tcPr>
          <w:p w14:paraId="7E704EEC"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15</w:t>
            </w:r>
          </w:p>
        </w:tc>
        <w:tc>
          <w:tcPr>
            <w:tcW w:w="521" w:type="dxa"/>
            <w:noWrap/>
            <w:hideMark/>
          </w:tcPr>
          <w:p w14:paraId="3590C15A"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15</w:t>
            </w:r>
          </w:p>
        </w:tc>
        <w:tc>
          <w:tcPr>
            <w:tcW w:w="827" w:type="dxa"/>
            <w:noWrap/>
            <w:hideMark/>
          </w:tcPr>
          <w:p w14:paraId="0D5658DD"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16</w:t>
            </w:r>
          </w:p>
        </w:tc>
        <w:tc>
          <w:tcPr>
            <w:tcW w:w="805" w:type="dxa"/>
            <w:noWrap/>
            <w:hideMark/>
          </w:tcPr>
          <w:p w14:paraId="449BCE7B"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14</w:t>
            </w:r>
          </w:p>
        </w:tc>
        <w:tc>
          <w:tcPr>
            <w:tcW w:w="714" w:type="dxa"/>
            <w:noWrap/>
            <w:hideMark/>
          </w:tcPr>
          <w:p w14:paraId="284D275E"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14</w:t>
            </w:r>
          </w:p>
        </w:tc>
      </w:tr>
      <w:tr w:rsidR="007E122E" w:rsidRPr="00D97086" w14:paraId="3CE6763C" w14:textId="77777777" w:rsidTr="007E122E">
        <w:trPr>
          <w:trHeight w:val="300"/>
        </w:trPr>
        <w:tc>
          <w:tcPr>
            <w:tcW w:w="1590" w:type="dxa"/>
            <w:noWrap/>
            <w:hideMark/>
          </w:tcPr>
          <w:p w14:paraId="2259412F" w14:textId="77777777" w:rsidR="005725F4" w:rsidRPr="00D97086" w:rsidRDefault="005725F4" w:rsidP="005725F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Strevaj</w:t>
            </w:r>
            <w:proofErr w:type="spellEnd"/>
          </w:p>
        </w:tc>
        <w:tc>
          <w:tcPr>
            <w:tcW w:w="835" w:type="dxa"/>
            <w:noWrap/>
            <w:hideMark/>
          </w:tcPr>
          <w:p w14:paraId="55267C25"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11</w:t>
            </w:r>
          </w:p>
        </w:tc>
        <w:tc>
          <w:tcPr>
            <w:tcW w:w="810" w:type="dxa"/>
            <w:noWrap/>
            <w:hideMark/>
          </w:tcPr>
          <w:p w14:paraId="407569A3"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10</w:t>
            </w:r>
          </w:p>
        </w:tc>
        <w:tc>
          <w:tcPr>
            <w:tcW w:w="702" w:type="dxa"/>
            <w:noWrap/>
            <w:hideMark/>
          </w:tcPr>
          <w:p w14:paraId="73627604"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10</w:t>
            </w:r>
          </w:p>
        </w:tc>
        <w:tc>
          <w:tcPr>
            <w:tcW w:w="809" w:type="dxa"/>
            <w:noWrap/>
            <w:hideMark/>
          </w:tcPr>
          <w:p w14:paraId="2356758F"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7</w:t>
            </w:r>
          </w:p>
        </w:tc>
        <w:tc>
          <w:tcPr>
            <w:tcW w:w="1017" w:type="dxa"/>
            <w:noWrap/>
            <w:hideMark/>
          </w:tcPr>
          <w:p w14:paraId="46E8BD66"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6</w:t>
            </w:r>
          </w:p>
        </w:tc>
        <w:tc>
          <w:tcPr>
            <w:tcW w:w="521" w:type="dxa"/>
            <w:noWrap/>
            <w:hideMark/>
          </w:tcPr>
          <w:p w14:paraId="69B6D2B6"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6</w:t>
            </w:r>
          </w:p>
        </w:tc>
        <w:tc>
          <w:tcPr>
            <w:tcW w:w="827" w:type="dxa"/>
            <w:noWrap/>
            <w:hideMark/>
          </w:tcPr>
          <w:p w14:paraId="25BE7619"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5</w:t>
            </w:r>
          </w:p>
        </w:tc>
        <w:tc>
          <w:tcPr>
            <w:tcW w:w="805" w:type="dxa"/>
            <w:noWrap/>
            <w:hideMark/>
          </w:tcPr>
          <w:p w14:paraId="16C558BA"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4</w:t>
            </w:r>
          </w:p>
        </w:tc>
        <w:tc>
          <w:tcPr>
            <w:tcW w:w="714" w:type="dxa"/>
            <w:noWrap/>
            <w:hideMark/>
          </w:tcPr>
          <w:p w14:paraId="2BE9A187" w14:textId="77777777" w:rsidR="005725F4" w:rsidRPr="00D97086" w:rsidRDefault="005725F4" w:rsidP="005725F4">
            <w:pPr>
              <w:jc w:val="both"/>
              <w:rPr>
                <w:rFonts w:ascii="Times New Roman" w:hAnsi="Times New Roman" w:cs="Times New Roman"/>
                <w:b/>
                <w:bCs/>
                <w:sz w:val="24"/>
                <w:szCs w:val="24"/>
              </w:rPr>
            </w:pPr>
            <w:r w:rsidRPr="00D97086">
              <w:rPr>
                <w:rFonts w:ascii="Times New Roman" w:hAnsi="Times New Roman" w:cs="Times New Roman"/>
                <w:b/>
                <w:bCs/>
                <w:sz w:val="24"/>
                <w:szCs w:val="24"/>
              </w:rPr>
              <w:t>4</w:t>
            </w:r>
          </w:p>
        </w:tc>
      </w:tr>
      <w:tr w:rsidR="007E122E" w:rsidRPr="00D97086" w14:paraId="56F5C5BD" w14:textId="77777777" w:rsidTr="007E122E">
        <w:trPr>
          <w:trHeight w:val="300"/>
        </w:trPr>
        <w:tc>
          <w:tcPr>
            <w:tcW w:w="1590" w:type="dxa"/>
            <w:noWrap/>
            <w:hideMark/>
          </w:tcPr>
          <w:p w14:paraId="7052AC7E" w14:textId="77777777" w:rsidR="005725F4" w:rsidRPr="00D97086" w:rsidRDefault="005725F4" w:rsidP="005725F4">
            <w:pPr>
              <w:jc w:val="both"/>
              <w:rPr>
                <w:rFonts w:ascii="Times New Roman" w:hAnsi="Times New Roman" w:cs="Times New Roman"/>
                <w:sz w:val="24"/>
                <w:szCs w:val="24"/>
              </w:rPr>
            </w:pPr>
            <w:r w:rsidRPr="00D97086">
              <w:rPr>
                <w:rFonts w:ascii="Times New Roman" w:hAnsi="Times New Roman" w:cs="Times New Roman"/>
                <w:sz w:val="24"/>
                <w:szCs w:val="24"/>
              </w:rPr>
              <w:t>Total</w:t>
            </w:r>
          </w:p>
        </w:tc>
        <w:tc>
          <w:tcPr>
            <w:tcW w:w="835" w:type="dxa"/>
            <w:noWrap/>
            <w:hideMark/>
          </w:tcPr>
          <w:p w14:paraId="2EB04FAA" w14:textId="77777777" w:rsidR="005725F4" w:rsidRPr="00D97086" w:rsidRDefault="005725F4" w:rsidP="005725F4">
            <w:pPr>
              <w:jc w:val="both"/>
              <w:rPr>
                <w:rFonts w:ascii="Times New Roman" w:hAnsi="Times New Roman" w:cs="Times New Roman"/>
                <w:sz w:val="24"/>
                <w:szCs w:val="24"/>
              </w:rPr>
            </w:pPr>
            <w:r w:rsidRPr="00D97086">
              <w:rPr>
                <w:rFonts w:ascii="Times New Roman" w:hAnsi="Times New Roman" w:cs="Times New Roman"/>
                <w:sz w:val="24"/>
                <w:szCs w:val="24"/>
              </w:rPr>
              <w:t>70</w:t>
            </w:r>
          </w:p>
        </w:tc>
        <w:tc>
          <w:tcPr>
            <w:tcW w:w="810" w:type="dxa"/>
            <w:noWrap/>
            <w:hideMark/>
          </w:tcPr>
          <w:p w14:paraId="3CED0A32" w14:textId="77777777" w:rsidR="005725F4" w:rsidRPr="00D97086" w:rsidRDefault="005725F4" w:rsidP="005725F4">
            <w:pPr>
              <w:jc w:val="both"/>
              <w:rPr>
                <w:rFonts w:ascii="Times New Roman" w:hAnsi="Times New Roman" w:cs="Times New Roman"/>
                <w:sz w:val="24"/>
                <w:szCs w:val="24"/>
              </w:rPr>
            </w:pPr>
            <w:r w:rsidRPr="00D97086">
              <w:rPr>
                <w:rFonts w:ascii="Times New Roman" w:hAnsi="Times New Roman" w:cs="Times New Roman"/>
                <w:sz w:val="24"/>
                <w:szCs w:val="24"/>
              </w:rPr>
              <w:t>63</w:t>
            </w:r>
          </w:p>
        </w:tc>
        <w:tc>
          <w:tcPr>
            <w:tcW w:w="702" w:type="dxa"/>
            <w:noWrap/>
            <w:hideMark/>
          </w:tcPr>
          <w:p w14:paraId="6CACE70B" w14:textId="77777777" w:rsidR="005725F4" w:rsidRPr="00D97086" w:rsidRDefault="005725F4" w:rsidP="005725F4">
            <w:pPr>
              <w:jc w:val="both"/>
              <w:rPr>
                <w:rFonts w:ascii="Times New Roman" w:hAnsi="Times New Roman" w:cs="Times New Roman"/>
                <w:sz w:val="24"/>
                <w:szCs w:val="24"/>
              </w:rPr>
            </w:pPr>
            <w:r w:rsidRPr="00D97086">
              <w:rPr>
                <w:rFonts w:ascii="Times New Roman" w:hAnsi="Times New Roman" w:cs="Times New Roman"/>
                <w:sz w:val="24"/>
                <w:szCs w:val="24"/>
              </w:rPr>
              <w:t>63</w:t>
            </w:r>
          </w:p>
        </w:tc>
        <w:tc>
          <w:tcPr>
            <w:tcW w:w="809" w:type="dxa"/>
            <w:noWrap/>
            <w:hideMark/>
          </w:tcPr>
          <w:p w14:paraId="40288AC1" w14:textId="77777777" w:rsidR="005725F4" w:rsidRPr="00D97086" w:rsidRDefault="005725F4" w:rsidP="005725F4">
            <w:pPr>
              <w:jc w:val="both"/>
              <w:rPr>
                <w:rFonts w:ascii="Times New Roman" w:hAnsi="Times New Roman" w:cs="Times New Roman"/>
                <w:sz w:val="24"/>
                <w:szCs w:val="24"/>
              </w:rPr>
            </w:pPr>
            <w:r w:rsidRPr="00D97086">
              <w:rPr>
                <w:rFonts w:ascii="Times New Roman" w:hAnsi="Times New Roman" w:cs="Times New Roman"/>
                <w:sz w:val="24"/>
                <w:szCs w:val="24"/>
              </w:rPr>
              <w:t>53</w:t>
            </w:r>
          </w:p>
        </w:tc>
        <w:tc>
          <w:tcPr>
            <w:tcW w:w="1017" w:type="dxa"/>
            <w:noWrap/>
            <w:hideMark/>
          </w:tcPr>
          <w:p w14:paraId="6E5FEE65" w14:textId="77777777" w:rsidR="005725F4" w:rsidRPr="00D97086" w:rsidRDefault="005725F4" w:rsidP="005725F4">
            <w:pPr>
              <w:jc w:val="both"/>
              <w:rPr>
                <w:rFonts w:ascii="Times New Roman" w:hAnsi="Times New Roman" w:cs="Times New Roman"/>
                <w:sz w:val="24"/>
                <w:szCs w:val="24"/>
              </w:rPr>
            </w:pPr>
            <w:r w:rsidRPr="00D97086">
              <w:rPr>
                <w:rFonts w:ascii="Times New Roman" w:hAnsi="Times New Roman" w:cs="Times New Roman"/>
                <w:sz w:val="24"/>
                <w:szCs w:val="24"/>
              </w:rPr>
              <w:t>46</w:t>
            </w:r>
          </w:p>
        </w:tc>
        <w:tc>
          <w:tcPr>
            <w:tcW w:w="521" w:type="dxa"/>
            <w:noWrap/>
            <w:hideMark/>
          </w:tcPr>
          <w:p w14:paraId="71498230" w14:textId="77777777" w:rsidR="005725F4" w:rsidRPr="00D97086" w:rsidRDefault="005725F4" w:rsidP="005725F4">
            <w:pPr>
              <w:jc w:val="both"/>
              <w:rPr>
                <w:rFonts w:ascii="Times New Roman" w:hAnsi="Times New Roman" w:cs="Times New Roman"/>
                <w:sz w:val="24"/>
                <w:szCs w:val="24"/>
              </w:rPr>
            </w:pPr>
            <w:r w:rsidRPr="00D97086">
              <w:rPr>
                <w:rFonts w:ascii="Times New Roman" w:hAnsi="Times New Roman" w:cs="Times New Roman"/>
                <w:sz w:val="24"/>
                <w:szCs w:val="24"/>
              </w:rPr>
              <w:t>46</w:t>
            </w:r>
          </w:p>
        </w:tc>
        <w:tc>
          <w:tcPr>
            <w:tcW w:w="827" w:type="dxa"/>
            <w:noWrap/>
            <w:hideMark/>
          </w:tcPr>
          <w:p w14:paraId="2C14620D" w14:textId="77777777" w:rsidR="005725F4" w:rsidRPr="00D97086" w:rsidRDefault="005725F4" w:rsidP="005725F4">
            <w:pPr>
              <w:jc w:val="both"/>
              <w:rPr>
                <w:rFonts w:ascii="Times New Roman" w:hAnsi="Times New Roman" w:cs="Times New Roman"/>
                <w:sz w:val="24"/>
                <w:szCs w:val="24"/>
              </w:rPr>
            </w:pPr>
            <w:r w:rsidRPr="00D97086">
              <w:rPr>
                <w:rFonts w:ascii="Times New Roman" w:hAnsi="Times New Roman" w:cs="Times New Roman"/>
                <w:sz w:val="24"/>
                <w:szCs w:val="24"/>
              </w:rPr>
              <w:t>51</w:t>
            </w:r>
          </w:p>
        </w:tc>
        <w:tc>
          <w:tcPr>
            <w:tcW w:w="805" w:type="dxa"/>
            <w:noWrap/>
            <w:hideMark/>
          </w:tcPr>
          <w:p w14:paraId="250254E1" w14:textId="77777777" w:rsidR="005725F4" w:rsidRPr="00D97086" w:rsidRDefault="005725F4" w:rsidP="005725F4">
            <w:pPr>
              <w:jc w:val="both"/>
              <w:rPr>
                <w:rFonts w:ascii="Times New Roman" w:hAnsi="Times New Roman" w:cs="Times New Roman"/>
                <w:sz w:val="24"/>
                <w:szCs w:val="24"/>
              </w:rPr>
            </w:pPr>
            <w:r w:rsidRPr="00D97086">
              <w:rPr>
                <w:rFonts w:ascii="Times New Roman" w:hAnsi="Times New Roman" w:cs="Times New Roman"/>
                <w:sz w:val="24"/>
                <w:szCs w:val="24"/>
              </w:rPr>
              <w:t>44</w:t>
            </w:r>
          </w:p>
        </w:tc>
        <w:tc>
          <w:tcPr>
            <w:tcW w:w="714" w:type="dxa"/>
            <w:noWrap/>
            <w:hideMark/>
          </w:tcPr>
          <w:p w14:paraId="657F1281" w14:textId="77777777" w:rsidR="005725F4" w:rsidRPr="00D97086" w:rsidRDefault="005725F4" w:rsidP="005725F4">
            <w:pPr>
              <w:jc w:val="both"/>
              <w:rPr>
                <w:rFonts w:ascii="Times New Roman" w:hAnsi="Times New Roman" w:cs="Times New Roman"/>
                <w:sz w:val="24"/>
                <w:szCs w:val="24"/>
              </w:rPr>
            </w:pPr>
            <w:r w:rsidRPr="00D97086">
              <w:rPr>
                <w:rFonts w:ascii="Times New Roman" w:hAnsi="Times New Roman" w:cs="Times New Roman"/>
                <w:sz w:val="24"/>
                <w:szCs w:val="24"/>
              </w:rPr>
              <w:t>44</w:t>
            </w:r>
          </w:p>
        </w:tc>
      </w:tr>
    </w:tbl>
    <w:p w14:paraId="2DAFCC90" w14:textId="77777777" w:rsidR="005725F4" w:rsidRPr="00D97086" w:rsidRDefault="00961384"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Burimi</w:t>
      </w:r>
      <w:proofErr w:type="spellEnd"/>
      <w:r w:rsidRPr="00D97086">
        <w:rPr>
          <w:rFonts w:ascii="Times New Roman" w:hAnsi="Times New Roman" w:cs="Times New Roman"/>
          <w:sz w:val="24"/>
          <w:szCs w:val="24"/>
        </w:rPr>
        <w:t xml:space="preserve">: Bashkia </w:t>
      </w:r>
      <w:proofErr w:type="spellStart"/>
      <w:r w:rsidRPr="00D97086">
        <w:rPr>
          <w:rFonts w:ascii="Times New Roman" w:hAnsi="Times New Roman" w:cs="Times New Roman"/>
          <w:sz w:val="24"/>
          <w:szCs w:val="24"/>
        </w:rPr>
        <w:t>Prrenjas</w:t>
      </w:r>
      <w:proofErr w:type="spellEnd"/>
    </w:p>
    <w:p w14:paraId="4C476F2D" w14:textId="77777777" w:rsidR="005725F4" w:rsidRPr="005B1542" w:rsidRDefault="00961384" w:rsidP="00B06CA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 xml:space="preserve">Tabela 3.4 </w:t>
      </w:r>
      <w:r w:rsidR="007E122E" w:rsidRPr="005B1542">
        <w:rPr>
          <w:rFonts w:ascii="Times New Roman" w:hAnsi="Times New Roman" w:cs="Times New Roman"/>
          <w:sz w:val="24"/>
          <w:szCs w:val="24"/>
          <w:lang w:val="it-IT"/>
        </w:rPr>
        <w:t>Perfitues nga skemat e strehimi Programi i subvencionimit të interesave të kredisë</w:t>
      </w:r>
    </w:p>
    <w:tbl>
      <w:tblPr>
        <w:tblStyle w:val="TableGrid"/>
        <w:tblW w:w="0" w:type="auto"/>
        <w:tblLook w:val="04A0" w:firstRow="1" w:lastRow="0" w:firstColumn="1" w:lastColumn="0" w:noHBand="0" w:noVBand="1"/>
      </w:tblPr>
      <w:tblGrid>
        <w:gridCol w:w="1673"/>
        <w:gridCol w:w="882"/>
        <w:gridCol w:w="679"/>
        <w:gridCol w:w="777"/>
        <w:gridCol w:w="800"/>
        <w:gridCol w:w="853"/>
        <w:gridCol w:w="747"/>
        <w:gridCol w:w="800"/>
        <w:gridCol w:w="712"/>
        <w:gridCol w:w="707"/>
      </w:tblGrid>
      <w:tr w:rsidR="007E122E" w:rsidRPr="00D97086" w14:paraId="7105D2AE" w14:textId="77777777" w:rsidTr="007E122E">
        <w:trPr>
          <w:trHeight w:val="300"/>
        </w:trPr>
        <w:tc>
          <w:tcPr>
            <w:tcW w:w="1589" w:type="dxa"/>
            <w:noWrap/>
            <w:hideMark/>
          </w:tcPr>
          <w:p w14:paraId="6B80FA65" w14:textId="77777777" w:rsidR="007E122E" w:rsidRPr="005B1542" w:rsidRDefault="007E122E" w:rsidP="007E122E">
            <w:pPr>
              <w:jc w:val="both"/>
              <w:rPr>
                <w:rFonts w:ascii="Times New Roman" w:hAnsi="Times New Roman" w:cs="Times New Roman"/>
                <w:b/>
                <w:sz w:val="24"/>
                <w:szCs w:val="24"/>
                <w:lang w:val="it-IT"/>
              </w:rPr>
            </w:pPr>
            <w:r w:rsidRPr="005B1542">
              <w:rPr>
                <w:rFonts w:ascii="Times New Roman" w:hAnsi="Times New Roman" w:cs="Times New Roman"/>
                <w:b/>
                <w:sz w:val="24"/>
                <w:szCs w:val="24"/>
                <w:lang w:val="it-IT"/>
              </w:rPr>
              <w:t> </w:t>
            </w:r>
          </w:p>
        </w:tc>
        <w:tc>
          <w:tcPr>
            <w:tcW w:w="2366" w:type="dxa"/>
            <w:gridSpan w:val="3"/>
            <w:noWrap/>
            <w:hideMark/>
          </w:tcPr>
          <w:p w14:paraId="4E12E7DB" w14:textId="77777777" w:rsidR="007E122E" w:rsidRPr="00D97086" w:rsidRDefault="007E122E" w:rsidP="007E122E">
            <w:pPr>
              <w:jc w:val="both"/>
              <w:rPr>
                <w:rFonts w:ascii="Times New Roman" w:hAnsi="Times New Roman" w:cs="Times New Roman"/>
                <w:b/>
                <w:sz w:val="24"/>
                <w:szCs w:val="24"/>
              </w:rPr>
            </w:pPr>
            <w:r w:rsidRPr="00D97086">
              <w:rPr>
                <w:rFonts w:ascii="Times New Roman" w:hAnsi="Times New Roman" w:cs="Times New Roman"/>
                <w:b/>
                <w:sz w:val="24"/>
                <w:szCs w:val="24"/>
              </w:rPr>
              <w:t>Viti 2022</w:t>
            </w:r>
          </w:p>
        </w:tc>
        <w:tc>
          <w:tcPr>
            <w:tcW w:w="2430" w:type="dxa"/>
            <w:gridSpan w:val="3"/>
            <w:noWrap/>
            <w:hideMark/>
          </w:tcPr>
          <w:p w14:paraId="46559D71" w14:textId="77777777" w:rsidR="007E122E" w:rsidRPr="00D97086" w:rsidRDefault="007E122E" w:rsidP="007E122E">
            <w:pPr>
              <w:jc w:val="both"/>
              <w:rPr>
                <w:rFonts w:ascii="Times New Roman" w:hAnsi="Times New Roman" w:cs="Times New Roman"/>
                <w:b/>
                <w:sz w:val="24"/>
                <w:szCs w:val="24"/>
              </w:rPr>
            </w:pPr>
            <w:r w:rsidRPr="00D97086">
              <w:rPr>
                <w:rFonts w:ascii="Times New Roman" w:hAnsi="Times New Roman" w:cs="Times New Roman"/>
                <w:b/>
                <w:sz w:val="24"/>
                <w:szCs w:val="24"/>
              </w:rPr>
              <w:t>Viti 2023</w:t>
            </w:r>
          </w:p>
        </w:tc>
        <w:tc>
          <w:tcPr>
            <w:tcW w:w="2245" w:type="dxa"/>
            <w:gridSpan w:val="3"/>
            <w:noWrap/>
            <w:hideMark/>
          </w:tcPr>
          <w:p w14:paraId="5D85CC92" w14:textId="77777777" w:rsidR="007E122E" w:rsidRPr="00D97086" w:rsidRDefault="007E122E" w:rsidP="007E122E">
            <w:pPr>
              <w:jc w:val="both"/>
              <w:rPr>
                <w:rFonts w:ascii="Times New Roman" w:hAnsi="Times New Roman" w:cs="Times New Roman"/>
                <w:b/>
                <w:sz w:val="24"/>
                <w:szCs w:val="24"/>
              </w:rPr>
            </w:pPr>
            <w:r w:rsidRPr="00D97086">
              <w:rPr>
                <w:rFonts w:ascii="Times New Roman" w:hAnsi="Times New Roman" w:cs="Times New Roman"/>
                <w:b/>
                <w:sz w:val="24"/>
                <w:szCs w:val="24"/>
              </w:rPr>
              <w:t>Viti 2024</w:t>
            </w:r>
          </w:p>
        </w:tc>
      </w:tr>
      <w:tr w:rsidR="007E122E" w:rsidRPr="00D97086" w14:paraId="02A8ADE7" w14:textId="77777777" w:rsidTr="007E122E">
        <w:trPr>
          <w:trHeight w:val="2025"/>
        </w:trPr>
        <w:tc>
          <w:tcPr>
            <w:tcW w:w="1589" w:type="dxa"/>
            <w:hideMark/>
          </w:tcPr>
          <w:p w14:paraId="07704EA8" w14:textId="77777777" w:rsidR="007E122E" w:rsidRPr="00D97086" w:rsidRDefault="007E122E" w:rsidP="007E122E">
            <w:pPr>
              <w:jc w:val="both"/>
              <w:rPr>
                <w:rFonts w:ascii="Times New Roman" w:hAnsi="Times New Roman" w:cs="Times New Roman"/>
                <w:b/>
                <w:sz w:val="24"/>
                <w:szCs w:val="24"/>
              </w:rPr>
            </w:pPr>
            <w:proofErr w:type="spellStart"/>
            <w:r w:rsidRPr="00D97086">
              <w:rPr>
                <w:rFonts w:ascii="Times New Roman" w:hAnsi="Times New Roman" w:cs="Times New Roman"/>
                <w:b/>
                <w:sz w:val="24"/>
                <w:szCs w:val="24"/>
              </w:rPr>
              <w:t>Njesia</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Adminstrative</w:t>
            </w:r>
            <w:proofErr w:type="spellEnd"/>
          </w:p>
        </w:tc>
        <w:tc>
          <w:tcPr>
            <w:tcW w:w="893" w:type="dxa"/>
            <w:textDirection w:val="btLr"/>
            <w:hideMark/>
          </w:tcPr>
          <w:p w14:paraId="7A8636CE" w14:textId="77777777" w:rsidR="007E122E" w:rsidRPr="00D97086" w:rsidRDefault="007E122E" w:rsidP="007E122E">
            <w:pPr>
              <w:jc w:val="both"/>
              <w:rPr>
                <w:rFonts w:ascii="Times New Roman" w:hAnsi="Times New Roman" w:cs="Times New Roman"/>
                <w:b/>
                <w:sz w:val="24"/>
                <w:szCs w:val="24"/>
              </w:rPr>
            </w:pPr>
            <w:proofErr w:type="spellStart"/>
            <w:r w:rsidRPr="00D97086">
              <w:rPr>
                <w:rFonts w:ascii="Times New Roman" w:hAnsi="Times New Roman" w:cs="Times New Roman"/>
                <w:b/>
                <w:sz w:val="24"/>
                <w:szCs w:val="24"/>
              </w:rPr>
              <w:t>Aplikime</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te</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dorezuara</w:t>
            </w:r>
            <w:proofErr w:type="spellEnd"/>
          </w:p>
        </w:tc>
        <w:tc>
          <w:tcPr>
            <w:tcW w:w="687" w:type="dxa"/>
            <w:textDirection w:val="btLr"/>
            <w:hideMark/>
          </w:tcPr>
          <w:p w14:paraId="09F16A62" w14:textId="77777777" w:rsidR="007E122E" w:rsidRPr="005B1542" w:rsidRDefault="007E122E" w:rsidP="007E122E">
            <w:pPr>
              <w:jc w:val="both"/>
              <w:rPr>
                <w:rFonts w:ascii="Times New Roman" w:hAnsi="Times New Roman" w:cs="Times New Roman"/>
                <w:b/>
                <w:sz w:val="24"/>
                <w:szCs w:val="24"/>
                <w:lang w:val="it-IT"/>
              </w:rPr>
            </w:pPr>
            <w:r w:rsidRPr="005B1542">
              <w:rPr>
                <w:rFonts w:ascii="Times New Roman" w:hAnsi="Times New Roman" w:cs="Times New Roman"/>
                <w:b/>
                <w:sz w:val="24"/>
                <w:szCs w:val="24"/>
                <w:lang w:val="it-IT"/>
              </w:rPr>
              <w:t>Aplikimi te pranuara ( Dosja e plote)</w:t>
            </w:r>
          </w:p>
        </w:tc>
        <w:tc>
          <w:tcPr>
            <w:tcW w:w="786" w:type="dxa"/>
            <w:textDirection w:val="btLr"/>
            <w:hideMark/>
          </w:tcPr>
          <w:p w14:paraId="0D8AFAA9" w14:textId="77777777" w:rsidR="007E122E" w:rsidRPr="00D97086" w:rsidRDefault="007E122E" w:rsidP="007E122E">
            <w:pPr>
              <w:jc w:val="both"/>
              <w:rPr>
                <w:rFonts w:ascii="Times New Roman" w:hAnsi="Times New Roman" w:cs="Times New Roman"/>
                <w:b/>
                <w:sz w:val="24"/>
                <w:szCs w:val="24"/>
              </w:rPr>
            </w:pPr>
            <w:proofErr w:type="spellStart"/>
            <w:r w:rsidRPr="00D97086">
              <w:rPr>
                <w:rFonts w:ascii="Times New Roman" w:hAnsi="Times New Roman" w:cs="Times New Roman"/>
                <w:b/>
                <w:sz w:val="24"/>
                <w:szCs w:val="24"/>
              </w:rPr>
              <w:t>Perfitues</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nga</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skema</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strehimit</w:t>
            </w:r>
            <w:proofErr w:type="spellEnd"/>
          </w:p>
        </w:tc>
        <w:tc>
          <w:tcPr>
            <w:tcW w:w="810" w:type="dxa"/>
            <w:textDirection w:val="btLr"/>
            <w:hideMark/>
          </w:tcPr>
          <w:p w14:paraId="27BEDCB2" w14:textId="77777777" w:rsidR="007E122E" w:rsidRPr="00D97086" w:rsidRDefault="007E122E" w:rsidP="007E122E">
            <w:pPr>
              <w:jc w:val="both"/>
              <w:rPr>
                <w:rFonts w:ascii="Times New Roman" w:hAnsi="Times New Roman" w:cs="Times New Roman"/>
                <w:b/>
                <w:sz w:val="24"/>
                <w:szCs w:val="24"/>
              </w:rPr>
            </w:pPr>
            <w:proofErr w:type="spellStart"/>
            <w:r w:rsidRPr="00D97086">
              <w:rPr>
                <w:rFonts w:ascii="Times New Roman" w:hAnsi="Times New Roman" w:cs="Times New Roman"/>
                <w:b/>
                <w:sz w:val="24"/>
                <w:szCs w:val="24"/>
              </w:rPr>
              <w:t>Aplikime</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te</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dorezuara</w:t>
            </w:r>
            <w:proofErr w:type="spellEnd"/>
          </w:p>
        </w:tc>
        <w:tc>
          <w:tcPr>
            <w:tcW w:w="864" w:type="dxa"/>
            <w:textDirection w:val="btLr"/>
            <w:hideMark/>
          </w:tcPr>
          <w:p w14:paraId="60254E16" w14:textId="77777777" w:rsidR="007E122E" w:rsidRPr="005B1542" w:rsidRDefault="007E122E" w:rsidP="007E122E">
            <w:pPr>
              <w:jc w:val="both"/>
              <w:rPr>
                <w:rFonts w:ascii="Times New Roman" w:hAnsi="Times New Roman" w:cs="Times New Roman"/>
                <w:b/>
                <w:sz w:val="24"/>
                <w:szCs w:val="24"/>
                <w:lang w:val="it-IT"/>
              </w:rPr>
            </w:pPr>
            <w:r w:rsidRPr="005B1542">
              <w:rPr>
                <w:rFonts w:ascii="Times New Roman" w:hAnsi="Times New Roman" w:cs="Times New Roman"/>
                <w:b/>
                <w:sz w:val="24"/>
                <w:szCs w:val="24"/>
                <w:lang w:val="it-IT"/>
              </w:rPr>
              <w:t>Aplikimi te pranuara ( Dosja e plote)</w:t>
            </w:r>
          </w:p>
        </w:tc>
        <w:tc>
          <w:tcPr>
            <w:tcW w:w="756" w:type="dxa"/>
            <w:textDirection w:val="btLr"/>
            <w:hideMark/>
          </w:tcPr>
          <w:p w14:paraId="12318F64" w14:textId="77777777" w:rsidR="007E122E" w:rsidRPr="00D97086" w:rsidRDefault="007E122E" w:rsidP="007E122E">
            <w:pPr>
              <w:jc w:val="both"/>
              <w:rPr>
                <w:rFonts w:ascii="Times New Roman" w:hAnsi="Times New Roman" w:cs="Times New Roman"/>
                <w:b/>
                <w:sz w:val="24"/>
                <w:szCs w:val="24"/>
              </w:rPr>
            </w:pPr>
            <w:proofErr w:type="spellStart"/>
            <w:r w:rsidRPr="00D97086">
              <w:rPr>
                <w:rFonts w:ascii="Times New Roman" w:hAnsi="Times New Roman" w:cs="Times New Roman"/>
                <w:b/>
                <w:sz w:val="24"/>
                <w:szCs w:val="24"/>
              </w:rPr>
              <w:t>Perfitues</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nga</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skema</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strehimit</w:t>
            </w:r>
            <w:proofErr w:type="spellEnd"/>
          </w:p>
        </w:tc>
        <w:tc>
          <w:tcPr>
            <w:tcW w:w="810" w:type="dxa"/>
            <w:textDirection w:val="btLr"/>
            <w:hideMark/>
          </w:tcPr>
          <w:p w14:paraId="1256AA4D" w14:textId="77777777" w:rsidR="007E122E" w:rsidRPr="00D97086" w:rsidRDefault="007E122E" w:rsidP="007E122E">
            <w:pPr>
              <w:jc w:val="both"/>
              <w:rPr>
                <w:rFonts w:ascii="Times New Roman" w:hAnsi="Times New Roman" w:cs="Times New Roman"/>
                <w:b/>
                <w:sz w:val="24"/>
                <w:szCs w:val="24"/>
              </w:rPr>
            </w:pPr>
            <w:proofErr w:type="spellStart"/>
            <w:r w:rsidRPr="00D97086">
              <w:rPr>
                <w:rFonts w:ascii="Times New Roman" w:hAnsi="Times New Roman" w:cs="Times New Roman"/>
                <w:b/>
                <w:sz w:val="24"/>
                <w:szCs w:val="24"/>
              </w:rPr>
              <w:t>Aplikime</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te</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dorezuara</w:t>
            </w:r>
            <w:proofErr w:type="spellEnd"/>
          </w:p>
        </w:tc>
        <w:tc>
          <w:tcPr>
            <w:tcW w:w="720" w:type="dxa"/>
            <w:textDirection w:val="btLr"/>
            <w:hideMark/>
          </w:tcPr>
          <w:p w14:paraId="21CFFD94" w14:textId="77777777" w:rsidR="007E122E" w:rsidRPr="005B1542" w:rsidRDefault="007E122E" w:rsidP="007E122E">
            <w:pPr>
              <w:jc w:val="both"/>
              <w:rPr>
                <w:rFonts w:ascii="Times New Roman" w:hAnsi="Times New Roman" w:cs="Times New Roman"/>
                <w:b/>
                <w:sz w:val="24"/>
                <w:szCs w:val="24"/>
                <w:lang w:val="it-IT"/>
              </w:rPr>
            </w:pPr>
            <w:r w:rsidRPr="005B1542">
              <w:rPr>
                <w:rFonts w:ascii="Times New Roman" w:hAnsi="Times New Roman" w:cs="Times New Roman"/>
                <w:b/>
                <w:sz w:val="24"/>
                <w:szCs w:val="24"/>
                <w:lang w:val="it-IT"/>
              </w:rPr>
              <w:t>Aplikimi te pranuara ( Dosja e plote)</w:t>
            </w:r>
          </w:p>
        </w:tc>
        <w:tc>
          <w:tcPr>
            <w:tcW w:w="715" w:type="dxa"/>
            <w:textDirection w:val="btLr"/>
            <w:hideMark/>
          </w:tcPr>
          <w:p w14:paraId="433FD3AF" w14:textId="77777777" w:rsidR="007E122E" w:rsidRPr="00D97086" w:rsidRDefault="007E122E" w:rsidP="007E122E">
            <w:pPr>
              <w:jc w:val="both"/>
              <w:rPr>
                <w:rFonts w:ascii="Times New Roman" w:hAnsi="Times New Roman" w:cs="Times New Roman"/>
                <w:b/>
                <w:sz w:val="24"/>
                <w:szCs w:val="24"/>
              </w:rPr>
            </w:pPr>
            <w:proofErr w:type="spellStart"/>
            <w:r w:rsidRPr="00D97086">
              <w:rPr>
                <w:rFonts w:ascii="Times New Roman" w:hAnsi="Times New Roman" w:cs="Times New Roman"/>
                <w:b/>
                <w:sz w:val="24"/>
                <w:szCs w:val="24"/>
              </w:rPr>
              <w:t>Perfitues</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nga</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skema</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strehimit</w:t>
            </w:r>
            <w:proofErr w:type="spellEnd"/>
          </w:p>
        </w:tc>
      </w:tr>
      <w:tr w:rsidR="007E122E" w:rsidRPr="00D97086" w14:paraId="40B413E4" w14:textId="77777777" w:rsidTr="007E122E">
        <w:trPr>
          <w:trHeight w:val="300"/>
        </w:trPr>
        <w:tc>
          <w:tcPr>
            <w:tcW w:w="1589" w:type="dxa"/>
            <w:noWrap/>
            <w:hideMark/>
          </w:tcPr>
          <w:p w14:paraId="1C243BC8" w14:textId="77777777" w:rsidR="007E122E" w:rsidRPr="00D97086" w:rsidRDefault="007E122E" w:rsidP="007E122E">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w:t>
            </w:r>
          </w:p>
        </w:tc>
        <w:tc>
          <w:tcPr>
            <w:tcW w:w="893" w:type="dxa"/>
            <w:noWrap/>
            <w:hideMark/>
          </w:tcPr>
          <w:p w14:paraId="3516185D"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9</w:t>
            </w:r>
          </w:p>
        </w:tc>
        <w:tc>
          <w:tcPr>
            <w:tcW w:w="687" w:type="dxa"/>
            <w:noWrap/>
            <w:hideMark/>
          </w:tcPr>
          <w:p w14:paraId="2BB174D0"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3</w:t>
            </w:r>
          </w:p>
        </w:tc>
        <w:tc>
          <w:tcPr>
            <w:tcW w:w="786" w:type="dxa"/>
            <w:noWrap/>
            <w:hideMark/>
          </w:tcPr>
          <w:p w14:paraId="51DB1EE9"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3</w:t>
            </w:r>
          </w:p>
        </w:tc>
        <w:tc>
          <w:tcPr>
            <w:tcW w:w="810" w:type="dxa"/>
            <w:noWrap/>
            <w:hideMark/>
          </w:tcPr>
          <w:p w14:paraId="5E3DB832"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7</w:t>
            </w:r>
          </w:p>
        </w:tc>
        <w:tc>
          <w:tcPr>
            <w:tcW w:w="864" w:type="dxa"/>
            <w:noWrap/>
            <w:hideMark/>
          </w:tcPr>
          <w:p w14:paraId="00D0310E"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3</w:t>
            </w:r>
          </w:p>
        </w:tc>
        <w:tc>
          <w:tcPr>
            <w:tcW w:w="756" w:type="dxa"/>
            <w:noWrap/>
            <w:hideMark/>
          </w:tcPr>
          <w:p w14:paraId="4DF6A639"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3</w:t>
            </w:r>
          </w:p>
        </w:tc>
        <w:tc>
          <w:tcPr>
            <w:tcW w:w="810" w:type="dxa"/>
            <w:noWrap/>
            <w:hideMark/>
          </w:tcPr>
          <w:p w14:paraId="0A53C522"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6</w:t>
            </w:r>
          </w:p>
        </w:tc>
        <w:tc>
          <w:tcPr>
            <w:tcW w:w="720" w:type="dxa"/>
            <w:noWrap/>
            <w:hideMark/>
          </w:tcPr>
          <w:p w14:paraId="4ABE61EC"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4</w:t>
            </w:r>
          </w:p>
        </w:tc>
        <w:tc>
          <w:tcPr>
            <w:tcW w:w="715" w:type="dxa"/>
            <w:noWrap/>
            <w:hideMark/>
          </w:tcPr>
          <w:p w14:paraId="04BF79E6"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4</w:t>
            </w:r>
          </w:p>
        </w:tc>
      </w:tr>
      <w:tr w:rsidR="007E122E" w:rsidRPr="00D97086" w14:paraId="48E47671" w14:textId="77777777" w:rsidTr="007E122E">
        <w:trPr>
          <w:trHeight w:val="300"/>
        </w:trPr>
        <w:tc>
          <w:tcPr>
            <w:tcW w:w="1589" w:type="dxa"/>
            <w:noWrap/>
            <w:hideMark/>
          </w:tcPr>
          <w:p w14:paraId="576BF987" w14:textId="77777777" w:rsidR="007E122E" w:rsidRPr="00D97086" w:rsidRDefault="007E122E" w:rsidP="007E122E">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Qukës</w:t>
            </w:r>
            <w:proofErr w:type="spellEnd"/>
          </w:p>
        </w:tc>
        <w:tc>
          <w:tcPr>
            <w:tcW w:w="893" w:type="dxa"/>
            <w:noWrap/>
            <w:hideMark/>
          </w:tcPr>
          <w:p w14:paraId="645098DE"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 </w:t>
            </w:r>
          </w:p>
        </w:tc>
        <w:tc>
          <w:tcPr>
            <w:tcW w:w="687" w:type="dxa"/>
            <w:noWrap/>
            <w:hideMark/>
          </w:tcPr>
          <w:p w14:paraId="03055AEA"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 </w:t>
            </w:r>
          </w:p>
        </w:tc>
        <w:tc>
          <w:tcPr>
            <w:tcW w:w="786" w:type="dxa"/>
            <w:noWrap/>
            <w:hideMark/>
          </w:tcPr>
          <w:p w14:paraId="7F7D6373"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 </w:t>
            </w:r>
          </w:p>
        </w:tc>
        <w:tc>
          <w:tcPr>
            <w:tcW w:w="810" w:type="dxa"/>
            <w:noWrap/>
            <w:hideMark/>
          </w:tcPr>
          <w:p w14:paraId="085D2593"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5</w:t>
            </w:r>
          </w:p>
        </w:tc>
        <w:tc>
          <w:tcPr>
            <w:tcW w:w="864" w:type="dxa"/>
            <w:noWrap/>
            <w:hideMark/>
          </w:tcPr>
          <w:p w14:paraId="78772714"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1</w:t>
            </w:r>
          </w:p>
        </w:tc>
        <w:tc>
          <w:tcPr>
            <w:tcW w:w="756" w:type="dxa"/>
            <w:noWrap/>
            <w:hideMark/>
          </w:tcPr>
          <w:p w14:paraId="0E2330B1"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1</w:t>
            </w:r>
          </w:p>
        </w:tc>
        <w:tc>
          <w:tcPr>
            <w:tcW w:w="810" w:type="dxa"/>
            <w:noWrap/>
            <w:hideMark/>
          </w:tcPr>
          <w:p w14:paraId="770FA4AE"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 </w:t>
            </w:r>
          </w:p>
        </w:tc>
        <w:tc>
          <w:tcPr>
            <w:tcW w:w="720" w:type="dxa"/>
            <w:noWrap/>
            <w:hideMark/>
          </w:tcPr>
          <w:p w14:paraId="2E2D91C3"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 </w:t>
            </w:r>
          </w:p>
        </w:tc>
        <w:tc>
          <w:tcPr>
            <w:tcW w:w="715" w:type="dxa"/>
            <w:noWrap/>
            <w:hideMark/>
          </w:tcPr>
          <w:p w14:paraId="253DA4B5"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 </w:t>
            </w:r>
          </w:p>
        </w:tc>
      </w:tr>
      <w:tr w:rsidR="007E122E" w:rsidRPr="00D97086" w14:paraId="226BAB49" w14:textId="77777777" w:rsidTr="007E122E">
        <w:trPr>
          <w:trHeight w:val="300"/>
        </w:trPr>
        <w:tc>
          <w:tcPr>
            <w:tcW w:w="1589" w:type="dxa"/>
            <w:noWrap/>
            <w:hideMark/>
          </w:tcPr>
          <w:p w14:paraId="7FA099D9" w14:textId="77777777" w:rsidR="007E122E" w:rsidRPr="00D97086" w:rsidRDefault="007E122E" w:rsidP="007E122E">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Rrajce</w:t>
            </w:r>
            <w:proofErr w:type="spellEnd"/>
          </w:p>
        </w:tc>
        <w:tc>
          <w:tcPr>
            <w:tcW w:w="893" w:type="dxa"/>
            <w:noWrap/>
            <w:hideMark/>
          </w:tcPr>
          <w:p w14:paraId="4F3B2101"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4</w:t>
            </w:r>
          </w:p>
        </w:tc>
        <w:tc>
          <w:tcPr>
            <w:tcW w:w="687" w:type="dxa"/>
            <w:noWrap/>
            <w:hideMark/>
          </w:tcPr>
          <w:p w14:paraId="2A6DF0EA"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2</w:t>
            </w:r>
          </w:p>
        </w:tc>
        <w:tc>
          <w:tcPr>
            <w:tcW w:w="786" w:type="dxa"/>
            <w:noWrap/>
            <w:hideMark/>
          </w:tcPr>
          <w:p w14:paraId="56C01AC5"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2</w:t>
            </w:r>
          </w:p>
        </w:tc>
        <w:tc>
          <w:tcPr>
            <w:tcW w:w="810" w:type="dxa"/>
            <w:noWrap/>
            <w:hideMark/>
          </w:tcPr>
          <w:p w14:paraId="22CFE8A3"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4</w:t>
            </w:r>
          </w:p>
        </w:tc>
        <w:tc>
          <w:tcPr>
            <w:tcW w:w="864" w:type="dxa"/>
            <w:noWrap/>
            <w:hideMark/>
          </w:tcPr>
          <w:p w14:paraId="1D1C6C5D"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2</w:t>
            </w:r>
          </w:p>
        </w:tc>
        <w:tc>
          <w:tcPr>
            <w:tcW w:w="756" w:type="dxa"/>
            <w:noWrap/>
            <w:hideMark/>
          </w:tcPr>
          <w:p w14:paraId="6675F9A2"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2</w:t>
            </w:r>
          </w:p>
        </w:tc>
        <w:tc>
          <w:tcPr>
            <w:tcW w:w="810" w:type="dxa"/>
            <w:noWrap/>
            <w:hideMark/>
          </w:tcPr>
          <w:p w14:paraId="56F6B17D"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 </w:t>
            </w:r>
          </w:p>
        </w:tc>
        <w:tc>
          <w:tcPr>
            <w:tcW w:w="720" w:type="dxa"/>
            <w:noWrap/>
            <w:hideMark/>
          </w:tcPr>
          <w:p w14:paraId="5103E8FE"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 </w:t>
            </w:r>
          </w:p>
        </w:tc>
        <w:tc>
          <w:tcPr>
            <w:tcW w:w="715" w:type="dxa"/>
            <w:noWrap/>
            <w:hideMark/>
          </w:tcPr>
          <w:p w14:paraId="1E0E3749"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 </w:t>
            </w:r>
          </w:p>
        </w:tc>
      </w:tr>
      <w:tr w:rsidR="007E122E" w:rsidRPr="00D97086" w14:paraId="67C5BA9B" w14:textId="77777777" w:rsidTr="007E122E">
        <w:trPr>
          <w:trHeight w:val="300"/>
        </w:trPr>
        <w:tc>
          <w:tcPr>
            <w:tcW w:w="1589" w:type="dxa"/>
            <w:noWrap/>
            <w:hideMark/>
          </w:tcPr>
          <w:p w14:paraId="1796D91A" w14:textId="77777777" w:rsidR="007E122E" w:rsidRPr="00D97086" w:rsidRDefault="007E122E" w:rsidP="007E122E">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Stravaj</w:t>
            </w:r>
            <w:proofErr w:type="spellEnd"/>
          </w:p>
        </w:tc>
        <w:tc>
          <w:tcPr>
            <w:tcW w:w="893" w:type="dxa"/>
            <w:noWrap/>
            <w:hideMark/>
          </w:tcPr>
          <w:p w14:paraId="11137C29"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 </w:t>
            </w:r>
          </w:p>
        </w:tc>
        <w:tc>
          <w:tcPr>
            <w:tcW w:w="687" w:type="dxa"/>
            <w:noWrap/>
            <w:hideMark/>
          </w:tcPr>
          <w:p w14:paraId="338EEFD6"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 </w:t>
            </w:r>
          </w:p>
        </w:tc>
        <w:tc>
          <w:tcPr>
            <w:tcW w:w="786" w:type="dxa"/>
            <w:noWrap/>
            <w:hideMark/>
          </w:tcPr>
          <w:p w14:paraId="0D93AE66"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 </w:t>
            </w:r>
          </w:p>
        </w:tc>
        <w:tc>
          <w:tcPr>
            <w:tcW w:w="810" w:type="dxa"/>
            <w:noWrap/>
            <w:hideMark/>
          </w:tcPr>
          <w:p w14:paraId="759647BB"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3</w:t>
            </w:r>
          </w:p>
        </w:tc>
        <w:tc>
          <w:tcPr>
            <w:tcW w:w="864" w:type="dxa"/>
            <w:noWrap/>
            <w:hideMark/>
          </w:tcPr>
          <w:p w14:paraId="214AD87B"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1</w:t>
            </w:r>
          </w:p>
        </w:tc>
        <w:tc>
          <w:tcPr>
            <w:tcW w:w="756" w:type="dxa"/>
            <w:noWrap/>
            <w:hideMark/>
          </w:tcPr>
          <w:p w14:paraId="4F5FB0C9"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1</w:t>
            </w:r>
          </w:p>
        </w:tc>
        <w:tc>
          <w:tcPr>
            <w:tcW w:w="810" w:type="dxa"/>
            <w:noWrap/>
            <w:hideMark/>
          </w:tcPr>
          <w:p w14:paraId="250E0183"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 </w:t>
            </w:r>
          </w:p>
        </w:tc>
        <w:tc>
          <w:tcPr>
            <w:tcW w:w="720" w:type="dxa"/>
            <w:noWrap/>
            <w:hideMark/>
          </w:tcPr>
          <w:p w14:paraId="255CC70C"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 </w:t>
            </w:r>
          </w:p>
        </w:tc>
        <w:tc>
          <w:tcPr>
            <w:tcW w:w="715" w:type="dxa"/>
            <w:noWrap/>
            <w:hideMark/>
          </w:tcPr>
          <w:p w14:paraId="734CE3A2"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 </w:t>
            </w:r>
          </w:p>
        </w:tc>
      </w:tr>
      <w:tr w:rsidR="007E122E" w:rsidRPr="00D97086" w14:paraId="7B04AA63" w14:textId="77777777" w:rsidTr="007E122E">
        <w:trPr>
          <w:trHeight w:val="300"/>
        </w:trPr>
        <w:tc>
          <w:tcPr>
            <w:tcW w:w="1589" w:type="dxa"/>
            <w:noWrap/>
            <w:hideMark/>
          </w:tcPr>
          <w:p w14:paraId="2794B6C9" w14:textId="77777777" w:rsidR="007E122E" w:rsidRPr="00D97086" w:rsidRDefault="007E122E" w:rsidP="007E122E">
            <w:pPr>
              <w:jc w:val="both"/>
              <w:rPr>
                <w:rFonts w:ascii="Times New Roman" w:hAnsi="Times New Roman" w:cs="Times New Roman"/>
                <w:sz w:val="24"/>
                <w:szCs w:val="24"/>
              </w:rPr>
            </w:pPr>
            <w:r w:rsidRPr="00D97086">
              <w:rPr>
                <w:rFonts w:ascii="Times New Roman" w:hAnsi="Times New Roman" w:cs="Times New Roman"/>
                <w:sz w:val="24"/>
                <w:szCs w:val="24"/>
              </w:rPr>
              <w:t>Total</w:t>
            </w:r>
          </w:p>
        </w:tc>
        <w:tc>
          <w:tcPr>
            <w:tcW w:w="893" w:type="dxa"/>
            <w:noWrap/>
            <w:hideMark/>
          </w:tcPr>
          <w:p w14:paraId="0F34F4C5" w14:textId="77777777" w:rsidR="007E122E" w:rsidRPr="00D97086" w:rsidRDefault="007E122E" w:rsidP="007E122E">
            <w:pPr>
              <w:jc w:val="both"/>
              <w:rPr>
                <w:rFonts w:ascii="Times New Roman" w:hAnsi="Times New Roman" w:cs="Times New Roman"/>
                <w:sz w:val="24"/>
                <w:szCs w:val="24"/>
              </w:rPr>
            </w:pPr>
            <w:r w:rsidRPr="00D97086">
              <w:rPr>
                <w:rFonts w:ascii="Times New Roman" w:hAnsi="Times New Roman" w:cs="Times New Roman"/>
                <w:sz w:val="24"/>
                <w:szCs w:val="24"/>
              </w:rPr>
              <w:t>13</w:t>
            </w:r>
          </w:p>
        </w:tc>
        <w:tc>
          <w:tcPr>
            <w:tcW w:w="687" w:type="dxa"/>
            <w:noWrap/>
            <w:hideMark/>
          </w:tcPr>
          <w:p w14:paraId="7D9EE26F" w14:textId="77777777" w:rsidR="007E122E" w:rsidRPr="00D97086" w:rsidRDefault="007E122E" w:rsidP="007E122E">
            <w:pPr>
              <w:jc w:val="both"/>
              <w:rPr>
                <w:rFonts w:ascii="Times New Roman" w:hAnsi="Times New Roman" w:cs="Times New Roman"/>
                <w:sz w:val="24"/>
                <w:szCs w:val="24"/>
              </w:rPr>
            </w:pPr>
            <w:r w:rsidRPr="00D97086">
              <w:rPr>
                <w:rFonts w:ascii="Times New Roman" w:hAnsi="Times New Roman" w:cs="Times New Roman"/>
                <w:sz w:val="24"/>
                <w:szCs w:val="24"/>
              </w:rPr>
              <w:t>5</w:t>
            </w:r>
          </w:p>
        </w:tc>
        <w:tc>
          <w:tcPr>
            <w:tcW w:w="786" w:type="dxa"/>
            <w:noWrap/>
            <w:hideMark/>
          </w:tcPr>
          <w:p w14:paraId="5361B75B" w14:textId="77777777" w:rsidR="007E122E" w:rsidRPr="00D97086" w:rsidRDefault="007E122E" w:rsidP="007E122E">
            <w:pPr>
              <w:jc w:val="both"/>
              <w:rPr>
                <w:rFonts w:ascii="Times New Roman" w:hAnsi="Times New Roman" w:cs="Times New Roman"/>
                <w:sz w:val="24"/>
                <w:szCs w:val="24"/>
              </w:rPr>
            </w:pPr>
            <w:r w:rsidRPr="00D97086">
              <w:rPr>
                <w:rFonts w:ascii="Times New Roman" w:hAnsi="Times New Roman" w:cs="Times New Roman"/>
                <w:sz w:val="24"/>
                <w:szCs w:val="24"/>
              </w:rPr>
              <w:t>5</w:t>
            </w:r>
          </w:p>
        </w:tc>
        <w:tc>
          <w:tcPr>
            <w:tcW w:w="810" w:type="dxa"/>
            <w:noWrap/>
            <w:hideMark/>
          </w:tcPr>
          <w:p w14:paraId="66C401C9" w14:textId="77777777" w:rsidR="007E122E" w:rsidRPr="00D97086" w:rsidRDefault="007E122E" w:rsidP="007E122E">
            <w:pPr>
              <w:jc w:val="both"/>
              <w:rPr>
                <w:rFonts w:ascii="Times New Roman" w:hAnsi="Times New Roman" w:cs="Times New Roman"/>
                <w:sz w:val="24"/>
                <w:szCs w:val="24"/>
              </w:rPr>
            </w:pPr>
            <w:r w:rsidRPr="00D97086">
              <w:rPr>
                <w:rFonts w:ascii="Times New Roman" w:hAnsi="Times New Roman" w:cs="Times New Roman"/>
                <w:sz w:val="24"/>
                <w:szCs w:val="24"/>
              </w:rPr>
              <w:t>19</w:t>
            </w:r>
          </w:p>
        </w:tc>
        <w:tc>
          <w:tcPr>
            <w:tcW w:w="864" w:type="dxa"/>
            <w:noWrap/>
            <w:hideMark/>
          </w:tcPr>
          <w:p w14:paraId="08857329" w14:textId="77777777" w:rsidR="007E122E" w:rsidRPr="00D97086" w:rsidRDefault="007E122E" w:rsidP="007E122E">
            <w:pPr>
              <w:jc w:val="both"/>
              <w:rPr>
                <w:rFonts w:ascii="Times New Roman" w:hAnsi="Times New Roman" w:cs="Times New Roman"/>
                <w:sz w:val="24"/>
                <w:szCs w:val="24"/>
              </w:rPr>
            </w:pPr>
            <w:r w:rsidRPr="00D97086">
              <w:rPr>
                <w:rFonts w:ascii="Times New Roman" w:hAnsi="Times New Roman" w:cs="Times New Roman"/>
                <w:sz w:val="24"/>
                <w:szCs w:val="24"/>
              </w:rPr>
              <w:t>7</w:t>
            </w:r>
          </w:p>
        </w:tc>
        <w:tc>
          <w:tcPr>
            <w:tcW w:w="756" w:type="dxa"/>
            <w:noWrap/>
            <w:hideMark/>
          </w:tcPr>
          <w:p w14:paraId="029F9808" w14:textId="77777777" w:rsidR="007E122E" w:rsidRPr="00D97086" w:rsidRDefault="007E122E" w:rsidP="007E122E">
            <w:pPr>
              <w:jc w:val="both"/>
              <w:rPr>
                <w:rFonts w:ascii="Times New Roman" w:hAnsi="Times New Roman" w:cs="Times New Roman"/>
                <w:sz w:val="24"/>
                <w:szCs w:val="24"/>
              </w:rPr>
            </w:pPr>
            <w:r w:rsidRPr="00D97086">
              <w:rPr>
                <w:rFonts w:ascii="Times New Roman" w:hAnsi="Times New Roman" w:cs="Times New Roman"/>
                <w:sz w:val="24"/>
                <w:szCs w:val="24"/>
              </w:rPr>
              <w:t>7</w:t>
            </w:r>
          </w:p>
        </w:tc>
        <w:tc>
          <w:tcPr>
            <w:tcW w:w="810" w:type="dxa"/>
            <w:noWrap/>
            <w:hideMark/>
          </w:tcPr>
          <w:p w14:paraId="3F981DDC" w14:textId="77777777" w:rsidR="007E122E" w:rsidRPr="00D97086" w:rsidRDefault="007E122E" w:rsidP="007E122E">
            <w:pPr>
              <w:jc w:val="both"/>
              <w:rPr>
                <w:rFonts w:ascii="Times New Roman" w:hAnsi="Times New Roman" w:cs="Times New Roman"/>
                <w:sz w:val="24"/>
                <w:szCs w:val="24"/>
              </w:rPr>
            </w:pPr>
            <w:r w:rsidRPr="00D97086">
              <w:rPr>
                <w:rFonts w:ascii="Times New Roman" w:hAnsi="Times New Roman" w:cs="Times New Roman"/>
                <w:sz w:val="24"/>
                <w:szCs w:val="24"/>
              </w:rPr>
              <w:t>6</w:t>
            </w:r>
          </w:p>
        </w:tc>
        <w:tc>
          <w:tcPr>
            <w:tcW w:w="720" w:type="dxa"/>
            <w:noWrap/>
            <w:hideMark/>
          </w:tcPr>
          <w:p w14:paraId="49BE482E" w14:textId="77777777" w:rsidR="007E122E" w:rsidRPr="00D97086" w:rsidRDefault="007E122E" w:rsidP="007E122E">
            <w:pPr>
              <w:jc w:val="both"/>
              <w:rPr>
                <w:rFonts w:ascii="Times New Roman" w:hAnsi="Times New Roman" w:cs="Times New Roman"/>
                <w:sz w:val="24"/>
                <w:szCs w:val="24"/>
              </w:rPr>
            </w:pPr>
            <w:r w:rsidRPr="00D97086">
              <w:rPr>
                <w:rFonts w:ascii="Times New Roman" w:hAnsi="Times New Roman" w:cs="Times New Roman"/>
                <w:sz w:val="24"/>
                <w:szCs w:val="24"/>
              </w:rPr>
              <w:t>4</w:t>
            </w:r>
          </w:p>
        </w:tc>
        <w:tc>
          <w:tcPr>
            <w:tcW w:w="715" w:type="dxa"/>
            <w:noWrap/>
            <w:hideMark/>
          </w:tcPr>
          <w:p w14:paraId="23E3F397" w14:textId="77777777" w:rsidR="007E122E" w:rsidRPr="00D97086" w:rsidRDefault="007E122E" w:rsidP="007E122E">
            <w:pPr>
              <w:jc w:val="both"/>
              <w:rPr>
                <w:rFonts w:ascii="Times New Roman" w:hAnsi="Times New Roman" w:cs="Times New Roman"/>
                <w:sz w:val="24"/>
                <w:szCs w:val="24"/>
              </w:rPr>
            </w:pPr>
            <w:r w:rsidRPr="00D97086">
              <w:rPr>
                <w:rFonts w:ascii="Times New Roman" w:hAnsi="Times New Roman" w:cs="Times New Roman"/>
                <w:sz w:val="24"/>
                <w:szCs w:val="24"/>
              </w:rPr>
              <w:t>4</w:t>
            </w:r>
          </w:p>
        </w:tc>
      </w:tr>
    </w:tbl>
    <w:p w14:paraId="7D09A38E" w14:textId="77777777" w:rsidR="00961384" w:rsidRPr="00D97086" w:rsidRDefault="00961384" w:rsidP="0096138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Burimi</w:t>
      </w:r>
      <w:proofErr w:type="spellEnd"/>
      <w:r w:rsidRPr="00D97086">
        <w:rPr>
          <w:rFonts w:ascii="Times New Roman" w:hAnsi="Times New Roman" w:cs="Times New Roman"/>
          <w:sz w:val="24"/>
          <w:szCs w:val="24"/>
        </w:rPr>
        <w:t xml:space="preserve">: Bashkia </w:t>
      </w:r>
      <w:proofErr w:type="spellStart"/>
      <w:r w:rsidRPr="00D97086">
        <w:rPr>
          <w:rFonts w:ascii="Times New Roman" w:hAnsi="Times New Roman" w:cs="Times New Roman"/>
          <w:sz w:val="24"/>
          <w:szCs w:val="24"/>
        </w:rPr>
        <w:t>Prrenjas</w:t>
      </w:r>
      <w:proofErr w:type="spellEnd"/>
    </w:p>
    <w:p w14:paraId="75D467B5" w14:textId="77777777" w:rsidR="007E122E" w:rsidRPr="005B1542" w:rsidRDefault="00961384" w:rsidP="00B06CA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 xml:space="preserve">Tabela 3.5 </w:t>
      </w:r>
      <w:r w:rsidR="007E122E" w:rsidRPr="005B1542">
        <w:rPr>
          <w:rFonts w:ascii="Times New Roman" w:hAnsi="Times New Roman" w:cs="Times New Roman"/>
          <w:sz w:val="24"/>
          <w:szCs w:val="24"/>
          <w:lang w:val="it-IT"/>
        </w:rPr>
        <w:t>Perfitues nga skemat e strehimi Programi i përmirësimit të kushteve të banimit</w:t>
      </w:r>
    </w:p>
    <w:tbl>
      <w:tblPr>
        <w:tblStyle w:val="TableGrid"/>
        <w:tblW w:w="0" w:type="auto"/>
        <w:tblLook w:val="04A0" w:firstRow="1" w:lastRow="0" w:firstColumn="1" w:lastColumn="0" w:noHBand="0" w:noVBand="1"/>
      </w:tblPr>
      <w:tblGrid>
        <w:gridCol w:w="1673"/>
        <w:gridCol w:w="794"/>
        <w:gridCol w:w="767"/>
        <w:gridCol w:w="698"/>
        <w:gridCol w:w="880"/>
        <w:gridCol w:w="711"/>
        <w:gridCol w:w="678"/>
        <w:gridCol w:w="922"/>
        <w:gridCol w:w="800"/>
        <w:gridCol w:w="707"/>
      </w:tblGrid>
      <w:tr w:rsidR="007E122E" w:rsidRPr="00D97086" w14:paraId="54A8C04A" w14:textId="77777777" w:rsidTr="00FC26B4">
        <w:trPr>
          <w:trHeight w:val="300"/>
        </w:trPr>
        <w:tc>
          <w:tcPr>
            <w:tcW w:w="1589" w:type="dxa"/>
            <w:vMerge w:val="restart"/>
            <w:shd w:val="clear" w:color="auto" w:fill="EAF1DD" w:themeFill="accent3" w:themeFillTint="33"/>
            <w:hideMark/>
          </w:tcPr>
          <w:p w14:paraId="709B84F6" w14:textId="77777777" w:rsidR="007E122E" w:rsidRPr="00D97086" w:rsidRDefault="007E122E" w:rsidP="007E122E">
            <w:pPr>
              <w:jc w:val="both"/>
              <w:rPr>
                <w:rFonts w:ascii="Times New Roman" w:hAnsi="Times New Roman" w:cs="Times New Roman"/>
                <w:b/>
                <w:sz w:val="24"/>
                <w:szCs w:val="24"/>
              </w:rPr>
            </w:pPr>
            <w:proofErr w:type="spellStart"/>
            <w:r w:rsidRPr="00D97086">
              <w:rPr>
                <w:rFonts w:ascii="Times New Roman" w:hAnsi="Times New Roman" w:cs="Times New Roman"/>
                <w:b/>
                <w:sz w:val="24"/>
                <w:szCs w:val="24"/>
              </w:rPr>
              <w:t>Njesia</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Adminstrative</w:t>
            </w:r>
            <w:proofErr w:type="spellEnd"/>
          </w:p>
        </w:tc>
        <w:tc>
          <w:tcPr>
            <w:tcW w:w="2286" w:type="dxa"/>
            <w:gridSpan w:val="3"/>
            <w:shd w:val="clear" w:color="auto" w:fill="EAF1DD" w:themeFill="accent3" w:themeFillTint="33"/>
            <w:noWrap/>
            <w:hideMark/>
          </w:tcPr>
          <w:p w14:paraId="1948B519" w14:textId="77777777" w:rsidR="007E122E" w:rsidRPr="00D97086" w:rsidRDefault="007E122E" w:rsidP="007E122E">
            <w:pPr>
              <w:jc w:val="both"/>
              <w:rPr>
                <w:rFonts w:ascii="Times New Roman" w:hAnsi="Times New Roman" w:cs="Times New Roman"/>
                <w:b/>
                <w:sz w:val="24"/>
                <w:szCs w:val="24"/>
              </w:rPr>
            </w:pPr>
            <w:r w:rsidRPr="00D97086">
              <w:rPr>
                <w:rFonts w:ascii="Times New Roman" w:hAnsi="Times New Roman" w:cs="Times New Roman"/>
                <w:b/>
                <w:sz w:val="24"/>
                <w:szCs w:val="24"/>
              </w:rPr>
              <w:t>Viti 2022</w:t>
            </w:r>
          </w:p>
        </w:tc>
        <w:tc>
          <w:tcPr>
            <w:tcW w:w="2296" w:type="dxa"/>
            <w:gridSpan w:val="3"/>
            <w:shd w:val="clear" w:color="auto" w:fill="EAF1DD" w:themeFill="accent3" w:themeFillTint="33"/>
            <w:noWrap/>
            <w:hideMark/>
          </w:tcPr>
          <w:p w14:paraId="155850EF" w14:textId="77777777" w:rsidR="007E122E" w:rsidRPr="00D97086" w:rsidRDefault="007E122E" w:rsidP="007E122E">
            <w:pPr>
              <w:jc w:val="both"/>
              <w:rPr>
                <w:rFonts w:ascii="Times New Roman" w:hAnsi="Times New Roman" w:cs="Times New Roman"/>
                <w:b/>
                <w:sz w:val="24"/>
                <w:szCs w:val="24"/>
              </w:rPr>
            </w:pPr>
            <w:r w:rsidRPr="00D97086">
              <w:rPr>
                <w:rFonts w:ascii="Times New Roman" w:hAnsi="Times New Roman" w:cs="Times New Roman"/>
                <w:b/>
                <w:sz w:val="24"/>
                <w:szCs w:val="24"/>
              </w:rPr>
              <w:t>Viti 2023</w:t>
            </w:r>
          </w:p>
        </w:tc>
        <w:tc>
          <w:tcPr>
            <w:tcW w:w="2459" w:type="dxa"/>
            <w:gridSpan w:val="3"/>
            <w:shd w:val="clear" w:color="auto" w:fill="EAF1DD" w:themeFill="accent3" w:themeFillTint="33"/>
            <w:noWrap/>
            <w:hideMark/>
          </w:tcPr>
          <w:p w14:paraId="782593EC" w14:textId="77777777" w:rsidR="007E122E" w:rsidRPr="00D97086" w:rsidRDefault="007E122E" w:rsidP="007E122E">
            <w:pPr>
              <w:jc w:val="both"/>
              <w:rPr>
                <w:rFonts w:ascii="Times New Roman" w:hAnsi="Times New Roman" w:cs="Times New Roman"/>
                <w:b/>
                <w:sz w:val="24"/>
                <w:szCs w:val="24"/>
              </w:rPr>
            </w:pPr>
            <w:r w:rsidRPr="00D97086">
              <w:rPr>
                <w:rFonts w:ascii="Times New Roman" w:hAnsi="Times New Roman" w:cs="Times New Roman"/>
                <w:b/>
                <w:sz w:val="24"/>
                <w:szCs w:val="24"/>
              </w:rPr>
              <w:t>Viti 2024</w:t>
            </w:r>
          </w:p>
        </w:tc>
      </w:tr>
      <w:tr w:rsidR="007E122E" w:rsidRPr="00D97086" w14:paraId="6E9B213E" w14:textId="77777777" w:rsidTr="00FC26B4">
        <w:trPr>
          <w:trHeight w:val="2025"/>
        </w:trPr>
        <w:tc>
          <w:tcPr>
            <w:tcW w:w="1589" w:type="dxa"/>
            <w:vMerge/>
            <w:shd w:val="clear" w:color="auto" w:fill="EAF1DD" w:themeFill="accent3" w:themeFillTint="33"/>
            <w:hideMark/>
          </w:tcPr>
          <w:p w14:paraId="68E5C4F3" w14:textId="77777777" w:rsidR="007E122E" w:rsidRPr="00D97086" w:rsidRDefault="007E122E" w:rsidP="007E122E">
            <w:pPr>
              <w:jc w:val="both"/>
              <w:rPr>
                <w:rFonts w:ascii="Times New Roman" w:hAnsi="Times New Roman" w:cs="Times New Roman"/>
                <w:b/>
                <w:sz w:val="24"/>
                <w:szCs w:val="24"/>
              </w:rPr>
            </w:pPr>
          </w:p>
        </w:tc>
        <w:tc>
          <w:tcPr>
            <w:tcW w:w="804" w:type="dxa"/>
            <w:shd w:val="clear" w:color="auto" w:fill="EAF1DD" w:themeFill="accent3" w:themeFillTint="33"/>
            <w:textDirection w:val="btLr"/>
            <w:hideMark/>
          </w:tcPr>
          <w:p w14:paraId="51C197F6" w14:textId="77777777" w:rsidR="007E122E" w:rsidRPr="00D97086" w:rsidRDefault="007E122E" w:rsidP="007E122E">
            <w:pPr>
              <w:jc w:val="both"/>
              <w:rPr>
                <w:rFonts w:ascii="Times New Roman" w:hAnsi="Times New Roman" w:cs="Times New Roman"/>
                <w:b/>
                <w:sz w:val="24"/>
                <w:szCs w:val="24"/>
              </w:rPr>
            </w:pPr>
            <w:proofErr w:type="spellStart"/>
            <w:r w:rsidRPr="00D97086">
              <w:rPr>
                <w:rFonts w:ascii="Times New Roman" w:hAnsi="Times New Roman" w:cs="Times New Roman"/>
                <w:b/>
                <w:sz w:val="24"/>
                <w:szCs w:val="24"/>
              </w:rPr>
              <w:t>Aplikime</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te</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dorezuara</w:t>
            </w:r>
            <w:proofErr w:type="spellEnd"/>
          </w:p>
        </w:tc>
        <w:tc>
          <w:tcPr>
            <w:tcW w:w="776" w:type="dxa"/>
            <w:shd w:val="clear" w:color="auto" w:fill="EAF1DD" w:themeFill="accent3" w:themeFillTint="33"/>
            <w:textDirection w:val="btLr"/>
            <w:hideMark/>
          </w:tcPr>
          <w:p w14:paraId="0AEF919C" w14:textId="77777777" w:rsidR="007E122E" w:rsidRPr="005B1542" w:rsidRDefault="007E122E" w:rsidP="007E122E">
            <w:pPr>
              <w:jc w:val="both"/>
              <w:rPr>
                <w:rFonts w:ascii="Times New Roman" w:hAnsi="Times New Roman" w:cs="Times New Roman"/>
                <w:b/>
                <w:sz w:val="24"/>
                <w:szCs w:val="24"/>
                <w:lang w:val="it-IT"/>
              </w:rPr>
            </w:pPr>
            <w:r w:rsidRPr="005B1542">
              <w:rPr>
                <w:rFonts w:ascii="Times New Roman" w:hAnsi="Times New Roman" w:cs="Times New Roman"/>
                <w:b/>
                <w:sz w:val="24"/>
                <w:szCs w:val="24"/>
                <w:lang w:val="it-IT"/>
              </w:rPr>
              <w:t>Aplikimi te pranuara ( Dosja e plote)</w:t>
            </w:r>
          </w:p>
        </w:tc>
        <w:tc>
          <w:tcPr>
            <w:tcW w:w="706" w:type="dxa"/>
            <w:shd w:val="clear" w:color="auto" w:fill="EAF1DD" w:themeFill="accent3" w:themeFillTint="33"/>
            <w:textDirection w:val="btLr"/>
            <w:hideMark/>
          </w:tcPr>
          <w:p w14:paraId="23B1CDF6" w14:textId="77777777" w:rsidR="007E122E" w:rsidRPr="00D97086" w:rsidRDefault="007E122E" w:rsidP="007E122E">
            <w:pPr>
              <w:jc w:val="both"/>
              <w:rPr>
                <w:rFonts w:ascii="Times New Roman" w:hAnsi="Times New Roman" w:cs="Times New Roman"/>
                <w:b/>
                <w:sz w:val="24"/>
                <w:szCs w:val="24"/>
              </w:rPr>
            </w:pPr>
            <w:proofErr w:type="spellStart"/>
            <w:r w:rsidRPr="00D97086">
              <w:rPr>
                <w:rFonts w:ascii="Times New Roman" w:hAnsi="Times New Roman" w:cs="Times New Roman"/>
                <w:b/>
                <w:sz w:val="24"/>
                <w:szCs w:val="24"/>
              </w:rPr>
              <w:t>Perfitues</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nga</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skema</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strehimit</w:t>
            </w:r>
            <w:proofErr w:type="spellEnd"/>
          </w:p>
        </w:tc>
        <w:tc>
          <w:tcPr>
            <w:tcW w:w="891" w:type="dxa"/>
            <w:shd w:val="clear" w:color="auto" w:fill="EAF1DD" w:themeFill="accent3" w:themeFillTint="33"/>
            <w:textDirection w:val="btLr"/>
            <w:hideMark/>
          </w:tcPr>
          <w:p w14:paraId="77372A5C" w14:textId="77777777" w:rsidR="007E122E" w:rsidRPr="00D97086" w:rsidRDefault="007E122E" w:rsidP="007E122E">
            <w:pPr>
              <w:jc w:val="both"/>
              <w:rPr>
                <w:rFonts w:ascii="Times New Roman" w:hAnsi="Times New Roman" w:cs="Times New Roman"/>
                <w:b/>
                <w:sz w:val="24"/>
                <w:szCs w:val="24"/>
              </w:rPr>
            </w:pPr>
            <w:proofErr w:type="spellStart"/>
            <w:r w:rsidRPr="00D97086">
              <w:rPr>
                <w:rFonts w:ascii="Times New Roman" w:hAnsi="Times New Roman" w:cs="Times New Roman"/>
                <w:b/>
                <w:sz w:val="24"/>
                <w:szCs w:val="24"/>
              </w:rPr>
              <w:t>Aplikime</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te</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dorezuara</w:t>
            </w:r>
            <w:proofErr w:type="spellEnd"/>
          </w:p>
        </w:tc>
        <w:tc>
          <w:tcPr>
            <w:tcW w:w="719" w:type="dxa"/>
            <w:shd w:val="clear" w:color="auto" w:fill="EAF1DD" w:themeFill="accent3" w:themeFillTint="33"/>
            <w:textDirection w:val="btLr"/>
            <w:hideMark/>
          </w:tcPr>
          <w:p w14:paraId="1A60FD04" w14:textId="77777777" w:rsidR="007E122E" w:rsidRPr="005B1542" w:rsidRDefault="007E122E" w:rsidP="007E122E">
            <w:pPr>
              <w:jc w:val="both"/>
              <w:rPr>
                <w:rFonts w:ascii="Times New Roman" w:hAnsi="Times New Roman" w:cs="Times New Roman"/>
                <w:b/>
                <w:sz w:val="24"/>
                <w:szCs w:val="24"/>
                <w:lang w:val="it-IT"/>
              </w:rPr>
            </w:pPr>
            <w:r w:rsidRPr="005B1542">
              <w:rPr>
                <w:rFonts w:ascii="Times New Roman" w:hAnsi="Times New Roman" w:cs="Times New Roman"/>
                <w:b/>
                <w:sz w:val="24"/>
                <w:szCs w:val="24"/>
                <w:lang w:val="it-IT"/>
              </w:rPr>
              <w:t>Aplikimi te pranuara ( Dosja e plote)</w:t>
            </w:r>
          </w:p>
        </w:tc>
        <w:tc>
          <w:tcPr>
            <w:tcW w:w="686" w:type="dxa"/>
            <w:shd w:val="clear" w:color="auto" w:fill="EAF1DD" w:themeFill="accent3" w:themeFillTint="33"/>
            <w:textDirection w:val="btLr"/>
            <w:hideMark/>
          </w:tcPr>
          <w:p w14:paraId="15D74405" w14:textId="77777777" w:rsidR="007E122E" w:rsidRPr="00D97086" w:rsidRDefault="007E122E" w:rsidP="007E122E">
            <w:pPr>
              <w:jc w:val="both"/>
              <w:rPr>
                <w:rFonts w:ascii="Times New Roman" w:hAnsi="Times New Roman" w:cs="Times New Roman"/>
                <w:b/>
                <w:sz w:val="24"/>
                <w:szCs w:val="24"/>
              </w:rPr>
            </w:pPr>
            <w:proofErr w:type="spellStart"/>
            <w:r w:rsidRPr="00D97086">
              <w:rPr>
                <w:rFonts w:ascii="Times New Roman" w:hAnsi="Times New Roman" w:cs="Times New Roman"/>
                <w:b/>
                <w:sz w:val="24"/>
                <w:szCs w:val="24"/>
              </w:rPr>
              <w:t>Perfitues</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nga</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skema</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strehimit</w:t>
            </w:r>
            <w:proofErr w:type="spellEnd"/>
          </w:p>
        </w:tc>
        <w:tc>
          <w:tcPr>
            <w:tcW w:w="934" w:type="dxa"/>
            <w:shd w:val="clear" w:color="auto" w:fill="EAF1DD" w:themeFill="accent3" w:themeFillTint="33"/>
            <w:textDirection w:val="btLr"/>
            <w:hideMark/>
          </w:tcPr>
          <w:p w14:paraId="7E5924D1" w14:textId="77777777" w:rsidR="007E122E" w:rsidRPr="00D97086" w:rsidRDefault="007E122E" w:rsidP="007E122E">
            <w:pPr>
              <w:jc w:val="both"/>
              <w:rPr>
                <w:rFonts w:ascii="Times New Roman" w:hAnsi="Times New Roman" w:cs="Times New Roman"/>
                <w:b/>
                <w:sz w:val="24"/>
                <w:szCs w:val="24"/>
              </w:rPr>
            </w:pPr>
            <w:proofErr w:type="spellStart"/>
            <w:r w:rsidRPr="00D97086">
              <w:rPr>
                <w:rFonts w:ascii="Times New Roman" w:hAnsi="Times New Roman" w:cs="Times New Roman"/>
                <w:b/>
                <w:sz w:val="24"/>
                <w:szCs w:val="24"/>
              </w:rPr>
              <w:t>Aplikime</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te</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dorezuara</w:t>
            </w:r>
            <w:proofErr w:type="spellEnd"/>
          </w:p>
        </w:tc>
        <w:tc>
          <w:tcPr>
            <w:tcW w:w="810" w:type="dxa"/>
            <w:shd w:val="clear" w:color="auto" w:fill="EAF1DD" w:themeFill="accent3" w:themeFillTint="33"/>
            <w:textDirection w:val="btLr"/>
            <w:hideMark/>
          </w:tcPr>
          <w:p w14:paraId="3CE65E30" w14:textId="77777777" w:rsidR="007E122E" w:rsidRPr="005B1542" w:rsidRDefault="007E122E" w:rsidP="007E122E">
            <w:pPr>
              <w:jc w:val="both"/>
              <w:rPr>
                <w:rFonts w:ascii="Times New Roman" w:hAnsi="Times New Roman" w:cs="Times New Roman"/>
                <w:b/>
                <w:sz w:val="24"/>
                <w:szCs w:val="24"/>
                <w:lang w:val="it-IT"/>
              </w:rPr>
            </w:pPr>
            <w:r w:rsidRPr="005B1542">
              <w:rPr>
                <w:rFonts w:ascii="Times New Roman" w:hAnsi="Times New Roman" w:cs="Times New Roman"/>
                <w:b/>
                <w:sz w:val="24"/>
                <w:szCs w:val="24"/>
                <w:lang w:val="it-IT"/>
              </w:rPr>
              <w:t>Aplikimi te pranuara ( Dosja e plote)</w:t>
            </w:r>
          </w:p>
        </w:tc>
        <w:tc>
          <w:tcPr>
            <w:tcW w:w="715" w:type="dxa"/>
            <w:shd w:val="clear" w:color="auto" w:fill="EAF1DD" w:themeFill="accent3" w:themeFillTint="33"/>
            <w:textDirection w:val="btLr"/>
            <w:hideMark/>
          </w:tcPr>
          <w:p w14:paraId="6CB81F71" w14:textId="77777777" w:rsidR="007E122E" w:rsidRPr="00D97086" w:rsidRDefault="007E122E" w:rsidP="007E122E">
            <w:pPr>
              <w:jc w:val="both"/>
              <w:rPr>
                <w:rFonts w:ascii="Times New Roman" w:hAnsi="Times New Roman" w:cs="Times New Roman"/>
                <w:b/>
                <w:sz w:val="24"/>
                <w:szCs w:val="24"/>
              </w:rPr>
            </w:pPr>
            <w:proofErr w:type="spellStart"/>
            <w:r w:rsidRPr="00D97086">
              <w:rPr>
                <w:rFonts w:ascii="Times New Roman" w:hAnsi="Times New Roman" w:cs="Times New Roman"/>
                <w:b/>
                <w:sz w:val="24"/>
                <w:szCs w:val="24"/>
              </w:rPr>
              <w:t>Perfitues</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nga</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skema</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strehimit</w:t>
            </w:r>
            <w:proofErr w:type="spellEnd"/>
          </w:p>
        </w:tc>
      </w:tr>
      <w:tr w:rsidR="007E122E" w:rsidRPr="00D97086" w14:paraId="7015CB33" w14:textId="77777777" w:rsidTr="007E122E">
        <w:trPr>
          <w:trHeight w:val="300"/>
        </w:trPr>
        <w:tc>
          <w:tcPr>
            <w:tcW w:w="1589" w:type="dxa"/>
            <w:noWrap/>
            <w:hideMark/>
          </w:tcPr>
          <w:p w14:paraId="505736A4" w14:textId="77777777" w:rsidR="007E122E" w:rsidRPr="00D97086" w:rsidRDefault="007E122E" w:rsidP="007E122E">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w:t>
            </w:r>
          </w:p>
        </w:tc>
        <w:tc>
          <w:tcPr>
            <w:tcW w:w="804" w:type="dxa"/>
            <w:noWrap/>
            <w:hideMark/>
          </w:tcPr>
          <w:p w14:paraId="3CD819CE"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15</w:t>
            </w:r>
          </w:p>
        </w:tc>
        <w:tc>
          <w:tcPr>
            <w:tcW w:w="776" w:type="dxa"/>
            <w:noWrap/>
            <w:hideMark/>
          </w:tcPr>
          <w:p w14:paraId="4962C0B6"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10</w:t>
            </w:r>
          </w:p>
        </w:tc>
        <w:tc>
          <w:tcPr>
            <w:tcW w:w="706" w:type="dxa"/>
            <w:noWrap/>
            <w:hideMark/>
          </w:tcPr>
          <w:p w14:paraId="6C87EDE4"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10</w:t>
            </w:r>
          </w:p>
        </w:tc>
        <w:tc>
          <w:tcPr>
            <w:tcW w:w="891" w:type="dxa"/>
            <w:noWrap/>
            <w:hideMark/>
          </w:tcPr>
          <w:p w14:paraId="35BE339F"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19</w:t>
            </w:r>
          </w:p>
        </w:tc>
        <w:tc>
          <w:tcPr>
            <w:tcW w:w="719" w:type="dxa"/>
            <w:noWrap/>
            <w:hideMark/>
          </w:tcPr>
          <w:p w14:paraId="5CCF34E6"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10</w:t>
            </w:r>
          </w:p>
        </w:tc>
        <w:tc>
          <w:tcPr>
            <w:tcW w:w="686" w:type="dxa"/>
            <w:noWrap/>
            <w:hideMark/>
          </w:tcPr>
          <w:p w14:paraId="142D491A"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10</w:t>
            </w:r>
          </w:p>
        </w:tc>
        <w:tc>
          <w:tcPr>
            <w:tcW w:w="934" w:type="dxa"/>
            <w:noWrap/>
            <w:hideMark/>
          </w:tcPr>
          <w:p w14:paraId="285A335A"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 </w:t>
            </w:r>
          </w:p>
        </w:tc>
        <w:tc>
          <w:tcPr>
            <w:tcW w:w="810" w:type="dxa"/>
            <w:noWrap/>
            <w:hideMark/>
          </w:tcPr>
          <w:p w14:paraId="2770D36C"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 </w:t>
            </w:r>
          </w:p>
        </w:tc>
        <w:tc>
          <w:tcPr>
            <w:tcW w:w="715" w:type="dxa"/>
            <w:noWrap/>
            <w:hideMark/>
          </w:tcPr>
          <w:p w14:paraId="2E6B93E7"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 </w:t>
            </w:r>
          </w:p>
        </w:tc>
      </w:tr>
      <w:tr w:rsidR="007E122E" w:rsidRPr="00D97086" w14:paraId="14329029" w14:textId="77777777" w:rsidTr="007E122E">
        <w:trPr>
          <w:trHeight w:val="300"/>
        </w:trPr>
        <w:tc>
          <w:tcPr>
            <w:tcW w:w="1589" w:type="dxa"/>
            <w:noWrap/>
            <w:hideMark/>
          </w:tcPr>
          <w:p w14:paraId="0F214BE8" w14:textId="77777777" w:rsidR="007E122E" w:rsidRPr="00D97086" w:rsidRDefault="007E122E" w:rsidP="007E122E">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Qukës</w:t>
            </w:r>
            <w:proofErr w:type="spellEnd"/>
          </w:p>
        </w:tc>
        <w:tc>
          <w:tcPr>
            <w:tcW w:w="804" w:type="dxa"/>
            <w:noWrap/>
            <w:hideMark/>
          </w:tcPr>
          <w:p w14:paraId="0B69B7CF"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17</w:t>
            </w:r>
          </w:p>
        </w:tc>
        <w:tc>
          <w:tcPr>
            <w:tcW w:w="776" w:type="dxa"/>
            <w:noWrap/>
            <w:hideMark/>
          </w:tcPr>
          <w:p w14:paraId="71BD4056"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12</w:t>
            </w:r>
          </w:p>
        </w:tc>
        <w:tc>
          <w:tcPr>
            <w:tcW w:w="706" w:type="dxa"/>
            <w:noWrap/>
            <w:hideMark/>
          </w:tcPr>
          <w:p w14:paraId="045A0FAB"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12</w:t>
            </w:r>
          </w:p>
        </w:tc>
        <w:tc>
          <w:tcPr>
            <w:tcW w:w="891" w:type="dxa"/>
            <w:noWrap/>
            <w:hideMark/>
          </w:tcPr>
          <w:p w14:paraId="0E17C04E"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18</w:t>
            </w:r>
          </w:p>
        </w:tc>
        <w:tc>
          <w:tcPr>
            <w:tcW w:w="719" w:type="dxa"/>
            <w:noWrap/>
            <w:hideMark/>
          </w:tcPr>
          <w:p w14:paraId="4039381E"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12</w:t>
            </w:r>
          </w:p>
        </w:tc>
        <w:tc>
          <w:tcPr>
            <w:tcW w:w="686" w:type="dxa"/>
            <w:noWrap/>
            <w:hideMark/>
          </w:tcPr>
          <w:p w14:paraId="6E2AB12F"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12</w:t>
            </w:r>
          </w:p>
        </w:tc>
        <w:tc>
          <w:tcPr>
            <w:tcW w:w="934" w:type="dxa"/>
            <w:noWrap/>
            <w:hideMark/>
          </w:tcPr>
          <w:p w14:paraId="76DC538E"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 </w:t>
            </w:r>
          </w:p>
        </w:tc>
        <w:tc>
          <w:tcPr>
            <w:tcW w:w="810" w:type="dxa"/>
            <w:noWrap/>
            <w:hideMark/>
          </w:tcPr>
          <w:p w14:paraId="7D7E559C"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 </w:t>
            </w:r>
          </w:p>
        </w:tc>
        <w:tc>
          <w:tcPr>
            <w:tcW w:w="715" w:type="dxa"/>
            <w:noWrap/>
            <w:hideMark/>
          </w:tcPr>
          <w:p w14:paraId="72A73895"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 </w:t>
            </w:r>
          </w:p>
        </w:tc>
      </w:tr>
      <w:tr w:rsidR="007E122E" w:rsidRPr="00D97086" w14:paraId="64FC3328" w14:textId="77777777" w:rsidTr="007E122E">
        <w:trPr>
          <w:trHeight w:val="300"/>
        </w:trPr>
        <w:tc>
          <w:tcPr>
            <w:tcW w:w="1589" w:type="dxa"/>
            <w:noWrap/>
            <w:hideMark/>
          </w:tcPr>
          <w:p w14:paraId="72D13B40" w14:textId="77777777" w:rsidR="007E122E" w:rsidRPr="00D97086" w:rsidRDefault="007E122E" w:rsidP="007E122E">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Rrejce</w:t>
            </w:r>
            <w:proofErr w:type="spellEnd"/>
          </w:p>
        </w:tc>
        <w:tc>
          <w:tcPr>
            <w:tcW w:w="804" w:type="dxa"/>
            <w:noWrap/>
            <w:hideMark/>
          </w:tcPr>
          <w:p w14:paraId="5FDAF598"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15</w:t>
            </w:r>
          </w:p>
        </w:tc>
        <w:tc>
          <w:tcPr>
            <w:tcW w:w="776" w:type="dxa"/>
            <w:noWrap/>
            <w:hideMark/>
          </w:tcPr>
          <w:p w14:paraId="6E0C9F0F"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11</w:t>
            </w:r>
          </w:p>
        </w:tc>
        <w:tc>
          <w:tcPr>
            <w:tcW w:w="706" w:type="dxa"/>
            <w:noWrap/>
            <w:hideMark/>
          </w:tcPr>
          <w:p w14:paraId="753EF04B"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11</w:t>
            </w:r>
          </w:p>
        </w:tc>
        <w:tc>
          <w:tcPr>
            <w:tcW w:w="891" w:type="dxa"/>
            <w:noWrap/>
            <w:hideMark/>
          </w:tcPr>
          <w:p w14:paraId="0A95522E"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16</w:t>
            </w:r>
          </w:p>
        </w:tc>
        <w:tc>
          <w:tcPr>
            <w:tcW w:w="719" w:type="dxa"/>
            <w:noWrap/>
            <w:hideMark/>
          </w:tcPr>
          <w:p w14:paraId="1D7E559A"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12</w:t>
            </w:r>
          </w:p>
        </w:tc>
        <w:tc>
          <w:tcPr>
            <w:tcW w:w="686" w:type="dxa"/>
            <w:noWrap/>
            <w:hideMark/>
          </w:tcPr>
          <w:p w14:paraId="12A6B2D7"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12</w:t>
            </w:r>
          </w:p>
        </w:tc>
        <w:tc>
          <w:tcPr>
            <w:tcW w:w="934" w:type="dxa"/>
            <w:noWrap/>
            <w:hideMark/>
          </w:tcPr>
          <w:p w14:paraId="202796EF"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 </w:t>
            </w:r>
          </w:p>
        </w:tc>
        <w:tc>
          <w:tcPr>
            <w:tcW w:w="810" w:type="dxa"/>
            <w:noWrap/>
            <w:hideMark/>
          </w:tcPr>
          <w:p w14:paraId="29D60479"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 </w:t>
            </w:r>
          </w:p>
        </w:tc>
        <w:tc>
          <w:tcPr>
            <w:tcW w:w="715" w:type="dxa"/>
            <w:noWrap/>
            <w:hideMark/>
          </w:tcPr>
          <w:p w14:paraId="127671E6"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 </w:t>
            </w:r>
          </w:p>
        </w:tc>
      </w:tr>
      <w:tr w:rsidR="007E122E" w:rsidRPr="00D97086" w14:paraId="1DE535E4" w14:textId="77777777" w:rsidTr="007E122E">
        <w:trPr>
          <w:trHeight w:val="300"/>
        </w:trPr>
        <w:tc>
          <w:tcPr>
            <w:tcW w:w="1589" w:type="dxa"/>
            <w:noWrap/>
            <w:hideMark/>
          </w:tcPr>
          <w:p w14:paraId="3A4384FC" w14:textId="77777777" w:rsidR="007E122E" w:rsidRPr="00D97086" w:rsidRDefault="007E122E" w:rsidP="007E122E">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Strevaj</w:t>
            </w:r>
            <w:proofErr w:type="spellEnd"/>
          </w:p>
        </w:tc>
        <w:tc>
          <w:tcPr>
            <w:tcW w:w="804" w:type="dxa"/>
            <w:noWrap/>
            <w:hideMark/>
          </w:tcPr>
          <w:p w14:paraId="4B519043"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10</w:t>
            </w:r>
          </w:p>
        </w:tc>
        <w:tc>
          <w:tcPr>
            <w:tcW w:w="776" w:type="dxa"/>
            <w:noWrap/>
            <w:hideMark/>
          </w:tcPr>
          <w:p w14:paraId="13183694"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6</w:t>
            </w:r>
          </w:p>
        </w:tc>
        <w:tc>
          <w:tcPr>
            <w:tcW w:w="706" w:type="dxa"/>
            <w:noWrap/>
            <w:hideMark/>
          </w:tcPr>
          <w:p w14:paraId="22F2963F"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6</w:t>
            </w:r>
          </w:p>
        </w:tc>
        <w:tc>
          <w:tcPr>
            <w:tcW w:w="891" w:type="dxa"/>
            <w:noWrap/>
            <w:hideMark/>
          </w:tcPr>
          <w:p w14:paraId="4F7AB77E"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12</w:t>
            </w:r>
          </w:p>
        </w:tc>
        <w:tc>
          <w:tcPr>
            <w:tcW w:w="719" w:type="dxa"/>
            <w:noWrap/>
            <w:hideMark/>
          </w:tcPr>
          <w:p w14:paraId="31DE36FD"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6</w:t>
            </w:r>
          </w:p>
        </w:tc>
        <w:tc>
          <w:tcPr>
            <w:tcW w:w="686" w:type="dxa"/>
            <w:noWrap/>
            <w:hideMark/>
          </w:tcPr>
          <w:p w14:paraId="34F05610"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6</w:t>
            </w:r>
          </w:p>
        </w:tc>
        <w:tc>
          <w:tcPr>
            <w:tcW w:w="934" w:type="dxa"/>
            <w:noWrap/>
            <w:hideMark/>
          </w:tcPr>
          <w:p w14:paraId="0322689A"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 </w:t>
            </w:r>
          </w:p>
        </w:tc>
        <w:tc>
          <w:tcPr>
            <w:tcW w:w="810" w:type="dxa"/>
            <w:noWrap/>
            <w:hideMark/>
          </w:tcPr>
          <w:p w14:paraId="5A1385AE"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 </w:t>
            </w:r>
          </w:p>
        </w:tc>
        <w:tc>
          <w:tcPr>
            <w:tcW w:w="715" w:type="dxa"/>
            <w:noWrap/>
            <w:hideMark/>
          </w:tcPr>
          <w:p w14:paraId="39FC44B9" w14:textId="77777777" w:rsidR="007E122E" w:rsidRPr="00D97086" w:rsidRDefault="007E122E" w:rsidP="007E122E">
            <w:pPr>
              <w:jc w:val="both"/>
              <w:rPr>
                <w:rFonts w:ascii="Times New Roman" w:hAnsi="Times New Roman" w:cs="Times New Roman"/>
                <w:b/>
                <w:bCs/>
                <w:sz w:val="24"/>
                <w:szCs w:val="24"/>
              </w:rPr>
            </w:pPr>
            <w:r w:rsidRPr="00D97086">
              <w:rPr>
                <w:rFonts w:ascii="Times New Roman" w:hAnsi="Times New Roman" w:cs="Times New Roman"/>
                <w:b/>
                <w:bCs/>
                <w:sz w:val="24"/>
                <w:szCs w:val="24"/>
              </w:rPr>
              <w:t> </w:t>
            </w:r>
          </w:p>
        </w:tc>
      </w:tr>
      <w:tr w:rsidR="007E122E" w:rsidRPr="00D97086" w14:paraId="1D983E6F" w14:textId="77777777" w:rsidTr="007E122E">
        <w:trPr>
          <w:trHeight w:val="300"/>
        </w:trPr>
        <w:tc>
          <w:tcPr>
            <w:tcW w:w="1589" w:type="dxa"/>
            <w:noWrap/>
            <w:hideMark/>
          </w:tcPr>
          <w:p w14:paraId="7D5126A5" w14:textId="77777777" w:rsidR="007E122E" w:rsidRPr="00D97086" w:rsidRDefault="007E122E" w:rsidP="007E122E">
            <w:pPr>
              <w:jc w:val="both"/>
              <w:rPr>
                <w:rFonts w:ascii="Times New Roman" w:hAnsi="Times New Roman" w:cs="Times New Roman"/>
                <w:sz w:val="24"/>
                <w:szCs w:val="24"/>
              </w:rPr>
            </w:pPr>
            <w:r w:rsidRPr="00D97086">
              <w:rPr>
                <w:rFonts w:ascii="Times New Roman" w:hAnsi="Times New Roman" w:cs="Times New Roman"/>
                <w:sz w:val="24"/>
                <w:szCs w:val="24"/>
              </w:rPr>
              <w:t>Total</w:t>
            </w:r>
          </w:p>
        </w:tc>
        <w:tc>
          <w:tcPr>
            <w:tcW w:w="804" w:type="dxa"/>
            <w:noWrap/>
            <w:hideMark/>
          </w:tcPr>
          <w:p w14:paraId="2D447856" w14:textId="77777777" w:rsidR="007E122E" w:rsidRPr="00D97086" w:rsidRDefault="007E122E" w:rsidP="007E122E">
            <w:pPr>
              <w:jc w:val="both"/>
              <w:rPr>
                <w:rFonts w:ascii="Times New Roman" w:hAnsi="Times New Roman" w:cs="Times New Roman"/>
                <w:sz w:val="24"/>
                <w:szCs w:val="24"/>
              </w:rPr>
            </w:pPr>
            <w:r w:rsidRPr="00D97086">
              <w:rPr>
                <w:rFonts w:ascii="Times New Roman" w:hAnsi="Times New Roman" w:cs="Times New Roman"/>
                <w:sz w:val="24"/>
                <w:szCs w:val="24"/>
              </w:rPr>
              <w:t>57</w:t>
            </w:r>
          </w:p>
        </w:tc>
        <w:tc>
          <w:tcPr>
            <w:tcW w:w="776" w:type="dxa"/>
            <w:noWrap/>
            <w:hideMark/>
          </w:tcPr>
          <w:p w14:paraId="36C94067" w14:textId="77777777" w:rsidR="007E122E" w:rsidRPr="00D97086" w:rsidRDefault="007E122E" w:rsidP="007E122E">
            <w:pPr>
              <w:jc w:val="both"/>
              <w:rPr>
                <w:rFonts w:ascii="Times New Roman" w:hAnsi="Times New Roman" w:cs="Times New Roman"/>
                <w:sz w:val="24"/>
                <w:szCs w:val="24"/>
              </w:rPr>
            </w:pPr>
            <w:r w:rsidRPr="00D97086">
              <w:rPr>
                <w:rFonts w:ascii="Times New Roman" w:hAnsi="Times New Roman" w:cs="Times New Roman"/>
                <w:sz w:val="24"/>
                <w:szCs w:val="24"/>
              </w:rPr>
              <w:t>39</w:t>
            </w:r>
          </w:p>
        </w:tc>
        <w:tc>
          <w:tcPr>
            <w:tcW w:w="706" w:type="dxa"/>
            <w:noWrap/>
            <w:hideMark/>
          </w:tcPr>
          <w:p w14:paraId="61B87BFE" w14:textId="77777777" w:rsidR="007E122E" w:rsidRPr="00D97086" w:rsidRDefault="007E122E" w:rsidP="007E122E">
            <w:pPr>
              <w:jc w:val="both"/>
              <w:rPr>
                <w:rFonts w:ascii="Times New Roman" w:hAnsi="Times New Roman" w:cs="Times New Roman"/>
                <w:sz w:val="24"/>
                <w:szCs w:val="24"/>
              </w:rPr>
            </w:pPr>
            <w:r w:rsidRPr="00D97086">
              <w:rPr>
                <w:rFonts w:ascii="Times New Roman" w:hAnsi="Times New Roman" w:cs="Times New Roman"/>
                <w:sz w:val="24"/>
                <w:szCs w:val="24"/>
              </w:rPr>
              <w:t>39</w:t>
            </w:r>
          </w:p>
        </w:tc>
        <w:tc>
          <w:tcPr>
            <w:tcW w:w="891" w:type="dxa"/>
            <w:noWrap/>
            <w:hideMark/>
          </w:tcPr>
          <w:p w14:paraId="7D79B189" w14:textId="77777777" w:rsidR="007E122E" w:rsidRPr="00D97086" w:rsidRDefault="007E122E" w:rsidP="007E122E">
            <w:pPr>
              <w:jc w:val="both"/>
              <w:rPr>
                <w:rFonts w:ascii="Times New Roman" w:hAnsi="Times New Roman" w:cs="Times New Roman"/>
                <w:sz w:val="24"/>
                <w:szCs w:val="24"/>
              </w:rPr>
            </w:pPr>
            <w:r w:rsidRPr="00D97086">
              <w:rPr>
                <w:rFonts w:ascii="Times New Roman" w:hAnsi="Times New Roman" w:cs="Times New Roman"/>
                <w:sz w:val="24"/>
                <w:szCs w:val="24"/>
              </w:rPr>
              <w:t>65</w:t>
            </w:r>
          </w:p>
        </w:tc>
        <w:tc>
          <w:tcPr>
            <w:tcW w:w="719" w:type="dxa"/>
            <w:noWrap/>
            <w:hideMark/>
          </w:tcPr>
          <w:p w14:paraId="409CD50C" w14:textId="77777777" w:rsidR="007E122E" w:rsidRPr="00D97086" w:rsidRDefault="007E122E" w:rsidP="007E122E">
            <w:pPr>
              <w:jc w:val="both"/>
              <w:rPr>
                <w:rFonts w:ascii="Times New Roman" w:hAnsi="Times New Roman" w:cs="Times New Roman"/>
                <w:sz w:val="24"/>
                <w:szCs w:val="24"/>
              </w:rPr>
            </w:pPr>
            <w:r w:rsidRPr="00D97086">
              <w:rPr>
                <w:rFonts w:ascii="Times New Roman" w:hAnsi="Times New Roman" w:cs="Times New Roman"/>
                <w:sz w:val="24"/>
                <w:szCs w:val="24"/>
              </w:rPr>
              <w:t>40</w:t>
            </w:r>
          </w:p>
        </w:tc>
        <w:tc>
          <w:tcPr>
            <w:tcW w:w="686" w:type="dxa"/>
            <w:noWrap/>
            <w:hideMark/>
          </w:tcPr>
          <w:p w14:paraId="5BA60600" w14:textId="77777777" w:rsidR="007E122E" w:rsidRPr="00D97086" w:rsidRDefault="007E122E" w:rsidP="007E122E">
            <w:pPr>
              <w:jc w:val="both"/>
              <w:rPr>
                <w:rFonts w:ascii="Times New Roman" w:hAnsi="Times New Roman" w:cs="Times New Roman"/>
                <w:sz w:val="24"/>
                <w:szCs w:val="24"/>
              </w:rPr>
            </w:pPr>
            <w:r w:rsidRPr="00D97086">
              <w:rPr>
                <w:rFonts w:ascii="Times New Roman" w:hAnsi="Times New Roman" w:cs="Times New Roman"/>
                <w:sz w:val="24"/>
                <w:szCs w:val="24"/>
              </w:rPr>
              <w:t>40</w:t>
            </w:r>
          </w:p>
        </w:tc>
        <w:tc>
          <w:tcPr>
            <w:tcW w:w="934" w:type="dxa"/>
            <w:noWrap/>
            <w:hideMark/>
          </w:tcPr>
          <w:p w14:paraId="0B410346" w14:textId="77777777" w:rsidR="007E122E" w:rsidRPr="00D97086" w:rsidRDefault="007E122E" w:rsidP="007E122E">
            <w:pPr>
              <w:jc w:val="both"/>
              <w:rPr>
                <w:rFonts w:ascii="Times New Roman" w:hAnsi="Times New Roman" w:cs="Times New Roman"/>
                <w:sz w:val="24"/>
                <w:szCs w:val="24"/>
              </w:rPr>
            </w:pPr>
            <w:r w:rsidRPr="00D97086">
              <w:rPr>
                <w:rFonts w:ascii="Times New Roman" w:hAnsi="Times New Roman" w:cs="Times New Roman"/>
                <w:sz w:val="24"/>
                <w:szCs w:val="24"/>
              </w:rPr>
              <w:t>0</w:t>
            </w:r>
          </w:p>
        </w:tc>
        <w:tc>
          <w:tcPr>
            <w:tcW w:w="810" w:type="dxa"/>
            <w:noWrap/>
            <w:hideMark/>
          </w:tcPr>
          <w:p w14:paraId="58273CAA" w14:textId="77777777" w:rsidR="007E122E" w:rsidRPr="00D97086" w:rsidRDefault="007E122E" w:rsidP="007E122E">
            <w:pPr>
              <w:jc w:val="both"/>
              <w:rPr>
                <w:rFonts w:ascii="Times New Roman" w:hAnsi="Times New Roman" w:cs="Times New Roman"/>
                <w:sz w:val="24"/>
                <w:szCs w:val="24"/>
              </w:rPr>
            </w:pPr>
            <w:r w:rsidRPr="00D97086">
              <w:rPr>
                <w:rFonts w:ascii="Times New Roman" w:hAnsi="Times New Roman" w:cs="Times New Roman"/>
                <w:sz w:val="24"/>
                <w:szCs w:val="24"/>
              </w:rPr>
              <w:t>0</w:t>
            </w:r>
          </w:p>
        </w:tc>
        <w:tc>
          <w:tcPr>
            <w:tcW w:w="715" w:type="dxa"/>
            <w:noWrap/>
            <w:hideMark/>
          </w:tcPr>
          <w:p w14:paraId="744F3459" w14:textId="77777777" w:rsidR="007E122E" w:rsidRPr="00D97086" w:rsidRDefault="007E122E" w:rsidP="007E122E">
            <w:pPr>
              <w:jc w:val="both"/>
              <w:rPr>
                <w:rFonts w:ascii="Times New Roman" w:hAnsi="Times New Roman" w:cs="Times New Roman"/>
                <w:sz w:val="24"/>
                <w:szCs w:val="24"/>
              </w:rPr>
            </w:pPr>
            <w:r w:rsidRPr="00D97086">
              <w:rPr>
                <w:rFonts w:ascii="Times New Roman" w:hAnsi="Times New Roman" w:cs="Times New Roman"/>
                <w:sz w:val="24"/>
                <w:szCs w:val="24"/>
              </w:rPr>
              <w:t>0</w:t>
            </w:r>
          </w:p>
        </w:tc>
      </w:tr>
    </w:tbl>
    <w:p w14:paraId="749FE4CA" w14:textId="77777777" w:rsidR="00961384" w:rsidRPr="00D97086" w:rsidRDefault="00961384" w:rsidP="0096138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Burimi</w:t>
      </w:r>
      <w:proofErr w:type="spellEnd"/>
      <w:r w:rsidRPr="00D97086">
        <w:rPr>
          <w:rFonts w:ascii="Times New Roman" w:hAnsi="Times New Roman" w:cs="Times New Roman"/>
          <w:sz w:val="24"/>
          <w:szCs w:val="24"/>
        </w:rPr>
        <w:t xml:space="preserve">: Bashkia </w:t>
      </w:r>
      <w:proofErr w:type="spellStart"/>
      <w:r w:rsidRPr="00D97086">
        <w:rPr>
          <w:rFonts w:ascii="Times New Roman" w:hAnsi="Times New Roman" w:cs="Times New Roman"/>
          <w:sz w:val="24"/>
          <w:szCs w:val="24"/>
        </w:rPr>
        <w:t>Prrenjas</w:t>
      </w:r>
      <w:proofErr w:type="spellEnd"/>
    </w:p>
    <w:p w14:paraId="351909A0" w14:textId="77777777" w:rsidR="00A269A9" w:rsidRDefault="00A269A9" w:rsidP="00961384">
      <w:pPr>
        <w:jc w:val="both"/>
        <w:rPr>
          <w:rFonts w:ascii="Times New Roman" w:hAnsi="Times New Roman" w:cs="Times New Roman"/>
          <w:sz w:val="24"/>
          <w:szCs w:val="24"/>
        </w:rPr>
      </w:pPr>
    </w:p>
    <w:p w14:paraId="1C931CDD" w14:textId="77777777" w:rsidR="00A269A9" w:rsidRDefault="00A269A9" w:rsidP="00961384">
      <w:pPr>
        <w:jc w:val="both"/>
        <w:rPr>
          <w:rFonts w:ascii="Times New Roman" w:hAnsi="Times New Roman" w:cs="Times New Roman"/>
          <w:sz w:val="24"/>
          <w:szCs w:val="24"/>
        </w:rPr>
      </w:pPr>
    </w:p>
    <w:p w14:paraId="52C706AD" w14:textId="77777777" w:rsidR="002706E6" w:rsidRPr="005B1542" w:rsidRDefault="002706E6" w:rsidP="0096138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Tabela 3.6 Përfiutesit nga Programet e Strehimit Bashkia Prrenjas ( 2022-2024)</w:t>
      </w:r>
    </w:p>
    <w:tbl>
      <w:tblPr>
        <w:tblW w:w="8781" w:type="dxa"/>
        <w:tblInd w:w="-5" w:type="dxa"/>
        <w:tblLook w:val="04A0" w:firstRow="1" w:lastRow="0" w:firstColumn="1" w:lastColumn="0" w:noHBand="0" w:noVBand="1"/>
      </w:tblPr>
      <w:tblGrid>
        <w:gridCol w:w="1943"/>
        <w:gridCol w:w="959"/>
        <w:gridCol w:w="551"/>
        <w:gridCol w:w="2037"/>
        <w:gridCol w:w="1890"/>
        <w:gridCol w:w="1401"/>
      </w:tblGrid>
      <w:tr w:rsidR="002706E6" w:rsidRPr="00D97086" w14:paraId="606492AB" w14:textId="77777777" w:rsidTr="00FC26B4">
        <w:trPr>
          <w:trHeight w:val="710"/>
        </w:trPr>
        <w:tc>
          <w:tcPr>
            <w:tcW w:w="1926" w:type="dxa"/>
            <w:tcBorders>
              <w:top w:val="single" w:sz="4" w:space="0" w:color="auto"/>
              <w:left w:val="single" w:sz="4" w:space="0" w:color="auto"/>
              <w:bottom w:val="single" w:sz="4" w:space="0" w:color="auto"/>
              <w:right w:val="single" w:sz="4" w:space="0" w:color="auto"/>
            </w:tcBorders>
            <w:shd w:val="clear" w:color="auto" w:fill="EAF1DD" w:themeFill="accent3" w:themeFillTint="33"/>
            <w:vAlign w:val="bottom"/>
            <w:hideMark/>
          </w:tcPr>
          <w:p w14:paraId="3858041F" w14:textId="77777777" w:rsidR="002706E6" w:rsidRPr="00D97086" w:rsidRDefault="002706E6" w:rsidP="007E122E">
            <w:pPr>
              <w:spacing w:after="0" w:line="240" w:lineRule="auto"/>
              <w:rPr>
                <w:rFonts w:ascii="Times New Roman" w:eastAsia="Times New Roman" w:hAnsi="Times New Roman" w:cs="Times New Roman"/>
                <w:b/>
                <w:color w:val="000000"/>
                <w:sz w:val="28"/>
                <w:szCs w:val="28"/>
              </w:rPr>
            </w:pPr>
            <w:proofErr w:type="spellStart"/>
            <w:r w:rsidRPr="00D97086">
              <w:rPr>
                <w:rFonts w:ascii="Times New Roman" w:eastAsia="Times New Roman" w:hAnsi="Times New Roman" w:cs="Times New Roman"/>
                <w:b/>
                <w:color w:val="000000"/>
                <w:sz w:val="28"/>
                <w:szCs w:val="28"/>
              </w:rPr>
              <w:t>Njesia</w:t>
            </w:r>
            <w:proofErr w:type="spellEnd"/>
            <w:r w:rsidRPr="00D97086">
              <w:rPr>
                <w:rFonts w:ascii="Times New Roman" w:eastAsia="Times New Roman" w:hAnsi="Times New Roman" w:cs="Times New Roman"/>
                <w:b/>
                <w:color w:val="000000"/>
                <w:sz w:val="28"/>
                <w:szCs w:val="28"/>
              </w:rPr>
              <w:t xml:space="preserve"> </w:t>
            </w:r>
            <w:proofErr w:type="spellStart"/>
            <w:r w:rsidRPr="00D97086">
              <w:rPr>
                <w:rFonts w:ascii="Times New Roman" w:eastAsia="Times New Roman" w:hAnsi="Times New Roman" w:cs="Times New Roman"/>
                <w:b/>
                <w:color w:val="000000"/>
                <w:sz w:val="28"/>
                <w:szCs w:val="28"/>
              </w:rPr>
              <w:t>Adminstrative</w:t>
            </w:r>
            <w:proofErr w:type="spellEnd"/>
          </w:p>
        </w:tc>
        <w:tc>
          <w:tcPr>
            <w:tcW w:w="1584" w:type="dxa"/>
            <w:gridSpan w:val="2"/>
            <w:tcBorders>
              <w:top w:val="single" w:sz="4" w:space="0" w:color="auto"/>
              <w:left w:val="nil"/>
              <w:bottom w:val="single" w:sz="4" w:space="0" w:color="auto"/>
              <w:right w:val="single" w:sz="4" w:space="0" w:color="auto"/>
            </w:tcBorders>
            <w:shd w:val="clear" w:color="auto" w:fill="EAF1DD" w:themeFill="accent3" w:themeFillTint="33"/>
          </w:tcPr>
          <w:p w14:paraId="23A2FAF8" w14:textId="77777777" w:rsidR="002706E6" w:rsidRPr="00D97086" w:rsidRDefault="002706E6" w:rsidP="007E122E">
            <w:pPr>
              <w:spacing w:after="0" w:line="240" w:lineRule="auto"/>
              <w:rPr>
                <w:rFonts w:ascii="Times New Roman" w:eastAsia="Times New Roman" w:hAnsi="Times New Roman" w:cs="Times New Roman"/>
                <w:b/>
                <w:color w:val="000000"/>
                <w:sz w:val="28"/>
                <w:szCs w:val="28"/>
              </w:rPr>
            </w:pPr>
            <w:proofErr w:type="spellStart"/>
            <w:r w:rsidRPr="00D97086">
              <w:rPr>
                <w:rFonts w:ascii="Times New Roman" w:eastAsia="Times New Roman" w:hAnsi="Times New Roman" w:cs="Times New Roman"/>
                <w:b/>
                <w:color w:val="000000"/>
                <w:sz w:val="28"/>
                <w:szCs w:val="28"/>
              </w:rPr>
              <w:t>Perfitues</w:t>
            </w:r>
            <w:proofErr w:type="spellEnd"/>
            <w:r w:rsidRPr="00D97086">
              <w:rPr>
                <w:rFonts w:ascii="Times New Roman" w:eastAsia="Times New Roman" w:hAnsi="Times New Roman" w:cs="Times New Roman"/>
                <w:b/>
                <w:color w:val="000000"/>
                <w:sz w:val="28"/>
                <w:szCs w:val="28"/>
              </w:rPr>
              <w:t xml:space="preserve"> </w:t>
            </w:r>
            <w:proofErr w:type="spellStart"/>
            <w:r w:rsidRPr="00D97086">
              <w:rPr>
                <w:rFonts w:ascii="Times New Roman" w:eastAsia="Times New Roman" w:hAnsi="Times New Roman" w:cs="Times New Roman"/>
                <w:b/>
                <w:color w:val="000000"/>
                <w:sz w:val="28"/>
                <w:szCs w:val="28"/>
              </w:rPr>
              <w:t>nga</w:t>
            </w:r>
            <w:proofErr w:type="spellEnd"/>
            <w:r w:rsidRPr="00D97086">
              <w:rPr>
                <w:rFonts w:ascii="Times New Roman" w:eastAsia="Times New Roman" w:hAnsi="Times New Roman" w:cs="Times New Roman"/>
                <w:b/>
                <w:color w:val="000000"/>
                <w:sz w:val="28"/>
                <w:szCs w:val="28"/>
              </w:rPr>
              <w:t xml:space="preserve"> </w:t>
            </w:r>
            <w:proofErr w:type="spellStart"/>
            <w:r w:rsidRPr="00D97086">
              <w:rPr>
                <w:rFonts w:ascii="Times New Roman" w:eastAsia="Times New Roman" w:hAnsi="Times New Roman" w:cs="Times New Roman"/>
                <w:b/>
                <w:color w:val="000000"/>
                <w:sz w:val="28"/>
                <w:szCs w:val="28"/>
              </w:rPr>
              <w:t>Programi</w:t>
            </w:r>
            <w:proofErr w:type="spellEnd"/>
            <w:r w:rsidRPr="00D97086">
              <w:rPr>
                <w:rFonts w:ascii="Times New Roman" w:eastAsia="Times New Roman" w:hAnsi="Times New Roman" w:cs="Times New Roman"/>
                <w:b/>
                <w:color w:val="000000"/>
                <w:sz w:val="28"/>
                <w:szCs w:val="28"/>
              </w:rPr>
              <w:t xml:space="preserve"> </w:t>
            </w:r>
            <w:proofErr w:type="spellStart"/>
            <w:r w:rsidRPr="00D97086">
              <w:rPr>
                <w:rFonts w:ascii="Times New Roman" w:eastAsia="Times New Roman" w:hAnsi="Times New Roman" w:cs="Times New Roman"/>
                <w:b/>
                <w:color w:val="000000"/>
                <w:sz w:val="28"/>
                <w:szCs w:val="28"/>
              </w:rPr>
              <w:t>Qerasë</w:t>
            </w:r>
            <w:proofErr w:type="spellEnd"/>
          </w:p>
        </w:tc>
        <w:tc>
          <w:tcPr>
            <w:tcW w:w="1980" w:type="dxa"/>
            <w:tcBorders>
              <w:top w:val="single" w:sz="4" w:space="0" w:color="auto"/>
              <w:left w:val="nil"/>
              <w:bottom w:val="single" w:sz="4" w:space="0" w:color="auto"/>
              <w:right w:val="single" w:sz="4" w:space="0" w:color="auto"/>
            </w:tcBorders>
            <w:shd w:val="clear" w:color="auto" w:fill="EAF1DD" w:themeFill="accent3" w:themeFillTint="33"/>
            <w:vAlign w:val="bottom"/>
            <w:hideMark/>
          </w:tcPr>
          <w:p w14:paraId="3E82D08A" w14:textId="77777777" w:rsidR="002706E6" w:rsidRPr="005B1542" w:rsidRDefault="002706E6" w:rsidP="007E122E">
            <w:pPr>
              <w:spacing w:after="0" w:line="240" w:lineRule="auto"/>
              <w:rPr>
                <w:rFonts w:ascii="Times New Roman" w:eastAsia="Times New Roman" w:hAnsi="Times New Roman" w:cs="Times New Roman"/>
                <w:b/>
                <w:color w:val="000000"/>
                <w:sz w:val="28"/>
                <w:szCs w:val="28"/>
                <w:lang w:val="it-IT"/>
              </w:rPr>
            </w:pPr>
            <w:r w:rsidRPr="005B1542">
              <w:rPr>
                <w:rFonts w:ascii="Times New Roman" w:eastAsia="Times New Roman" w:hAnsi="Times New Roman" w:cs="Times New Roman"/>
                <w:b/>
                <w:color w:val="000000"/>
                <w:sz w:val="28"/>
                <w:szCs w:val="28"/>
                <w:lang w:val="it-IT"/>
              </w:rPr>
              <w:t>Programi i subvencionimit të interesave të kredisë</w:t>
            </w:r>
          </w:p>
        </w:tc>
        <w:tc>
          <w:tcPr>
            <w:tcW w:w="1890" w:type="dxa"/>
            <w:tcBorders>
              <w:top w:val="single" w:sz="4" w:space="0" w:color="auto"/>
              <w:left w:val="nil"/>
              <w:bottom w:val="single" w:sz="4" w:space="0" w:color="auto"/>
              <w:right w:val="single" w:sz="4" w:space="0" w:color="auto"/>
            </w:tcBorders>
            <w:shd w:val="clear" w:color="auto" w:fill="EAF1DD" w:themeFill="accent3" w:themeFillTint="33"/>
            <w:vAlign w:val="bottom"/>
            <w:hideMark/>
          </w:tcPr>
          <w:p w14:paraId="3B870CCF" w14:textId="77777777" w:rsidR="002706E6" w:rsidRPr="00D97086" w:rsidRDefault="002706E6" w:rsidP="007E122E">
            <w:pPr>
              <w:spacing w:after="0" w:line="240" w:lineRule="auto"/>
              <w:rPr>
                <w:rFonts w:ascii="Times New Roman" w:eastAsia="Times New Roman" w:hAnsi="Times New Roman" w:cs="Times New Roman"/>
                <w:b/>
                <w:color w:val="000000"/>
                <w:sz w:val="28"/>
                <w:szCs w:val="28"/>
              </w:rPr>
            </w:pPr>
            <w:proofErr w:type="spellStart"/>
            <w:r w:rsidRPr="00D97086">
              <w:rPr>
                <w:rFonts w:ascii="Times New Roman" w:eastAsia="Times New Roman" w:hAnsi="Times New Roman" w:cs="Times New Roman"/>
                <w:b/>
                <w:color w:val="000000"/>
                <w:sz w:val="28"/>
                <w:szCs w:val="28"/>
              </w:rPr>
              <w:t>Programi</w:t>
            </w:r>
            <w:proofErr w:type="spellEnd"/>
            <w:r w:rsidRPr="00D97086">
              <w:rPr>
                <w:rFonts w:ascii="Times New Roman" w:eastAsia="Times New Roman" w:hAnsi="Times New Roman" w:cs="Times New Roman"/>
                <w:b/>
                <w:color w:val="000000"/>
                <w:sz w:val="28"/>
                <w:szCs w:val="28"/>
              </w:rPr>
              <w:t xml:space="preserve"> </w:t>
            </w:r>
            <w:proofErr w:type="spellStart"/>
            <w:r w:rsidRPr="00D97086">
              <w:rPr>
                <w:rFonts w:ascii="Times New Roman" w:eastAsia="Times New Roman" w:hAnsi="Times New Roman" w:cs="Times New Roman"/>
                <w:b/>
                <w:color w:val="000000"/>
                <w:sz w:val="28"/>
                <w:szCs w:val="28"/>
              </w:rPr>
              <w:t>i</w:t>
            </w:r>
            <w:proofErr w:type="spellEnd"/>
            <w:r w:rsidRPr="00D97086">
              <w:rPr>
                <w:rFonts w:ascii="Times New Roman" w:eastAsia="Times New Roman" w:hAnsi="Times New Roman" w:cs="Times New Roman"/>
                <w:b/>
                <w:color w:val="000000"/>
                <w:sz w:val="28"/>
                <w:szCs w:val="28"/>
              </w:rPr>
              <w:t xml:space="preserve"> </w:t>
            </w:r>
            <w:proofErr w:type="spellStart"/>
            <w:r w:rsidRPr="00D97086">
              <w:rPr>
                <w:rFonts w:ascii="Times New Roman" w:eastAsia="Times New Roman" w:hAnsi="Times New Roman" w:cs="Times New Roman"/>
                <w:b/>
                <w:color w:val="000000"/>
                <w:sz w:val="28"/>
                <w:szCs w:val="28"/>
              </w:rPr>
              <w:t>përmirësimit</w:t>
            </w:r>
            <w:proofErr w:type="spellEnd"/>
            <w:r w:rsidRPr="00D97086">
              <w:rPr>
                <w:rFonts w:ascii="Times New Roman" w:eastAsia="Times New Roman" w:hAnsi="Times New Roman" w:cs="Times New Roman"/>
                <w:b/>
                <w:color w:val="000000"/>
                <w:sz w:val="28"/>
                <w:szCs w:val="28"/>
              </w:rPr>
              <w:t xml:space="preserve"> të </w:t>
            </w:r>
            <w:proofErr w:type="spellStart"/>
            <w:r w:rsidRPr="00D97086">
              <w:rPr>
                <w:rFonts w:ascii="Times New Roman" w:eastAsia="Times New Roman" w:hAnsi="Times New Roman" w:cs="Times New Roman"/>
                <w:b/>
                <w:color w:val="000000"/>
                <w:sz w:val="28"/>
                <w:szCs w:val="28"/>
              </w:rPr>
              <w:t>kushteve</w:t>
            </w:r>
            <w:proofErr w:type="spellEnd"/>
            <w:r w:rsidRPr="00D97086">
              <w:rPr>
                <w:rFonts w:ascii="Times New Roman" w:eastAsia="Times New Roman" w:hAnsi="Times New Roman" w:cs="Times New Roman"/>
                <w:b/>
                <w:color w:val="000000"/>
                <w:sz w:val="28"/>
                <w:szCs w:val="28"/>
              </w:rPr>
              <w:t xml:space="preserve"> të </w:t>
            </w:r>
            <w:proofErr w:type="spellStart"/>
            <w:r w:rsidRPr="00D97086">
              <w:rPr>
                <w:rFonts w:ascii="Times New Roman" w:eastAsia="Times New Roman" w:hAnsi="Times New Roman" w:cs="Times New Roman"/>
                <w:b/>
                <w:color w:val="000000"/>
                <w:sz w:val="28"/>
                <w:szCs w:val="28"/>
              </w:rPr>
              <w:t>banimit</w:t>
            </w:r>
            <w:proofErr w:type="spellEnd"/>
          </w:p>
        </w:tc>
        <w:tc>
          <w:tcPr>
            <w:tcW w:w="1401" w:type="dxa"/>
            <w:tcBorders>
              <w:top w:val="single" w:sz="4" w:space="0" w:color="auto"/>
              <w:left w:val="nil"/>
              <w:bottom w:val="single" w:sz="4" w:space="0" w:color="auto"/>
              <w:right w:val="single" w:sz="4" w:space="0" w:color="auto"/>
            </w:tcBorders>
            <w:shd w:val="clear" w:color="auto" w:fill="EAF1DD" w:themeFill="accent3" w:themeFillTint="33"/>
            <w:vAlign w:val="bottom"/>
            <w:hideMark/>
          </w:tcPr>
          <w:p w14:paraId="47033066" w14:textId="77777777" w:rsidR="002706E6" w:rsidRPr="00D97086" w:rsidRDefault="002706E6" w:rsidP="007E122E">
            <w:pPr>
              <w:spacing w:after="0" w:line="240" w:lineRule="auto"/>
              <w:rPr>
                <w:rFonts w:ascii="Times New Roman" w:eastAsia="Times New Roman" w:hAnsi="Times New Roman" w:cs="Times New Roman"/>
                <w:b/>
                <w:color w:val="000000"/>
                <w:sz w:val="28"/>
                <w:szCs w:val="28"/>
              </w:rPr>
            </w:pPr>
            <w:proofErr w:type="spellStart"/>
            <w:r w:rsidRPr="00D97086">
              <w:rPr>
                <w:rFonts w:ascii="Times New Roman" w:eastAsia="Times New Roman" w:hAnsi="Times New Roman" w:cs="Times New Roman"/>
                <w:b/>
                <w:color w:val="000000"/>
                <w:sz w:val="28"/>
                <w:szCs w:val="28"/>
              </w:rPr>
              <w:t>Totali</w:t>
            </w:r>
            <w:proofErr w:type="spellEnd"/>
          </w:p>
        </w:tc>
      </w:tr>
      <w:tr w:rsidR="002706E6" w:rsidRPr="00D97086" w14:paraId="09D8BE4C" w14:textId="77777777" w:rsidTr="002706E6">
        <w:trPr>
          <w:trHeight w:val="281"/>
        </w:trPr>
        <w:tc>
          <w:tcPr>
            <w:tcW w:w="1926" w:type="dxa"/>
            <w:tcBorders>
              <w:top w:val="nil"/>
              <w:left w:val="single" w:sz="4" w:space="0" w:color="auto"/>
              <w:bottom w:val="single" w:sz="4" w:space="0" w:color="auto"/>
              <w:right w:val="single" w:sz="4" w:space="0" w:color="auto"/>
            </w:tcBorders>
            <w:noWrap/>
            <w:vAlign w:val="bottom"/>
            <w:hideMark/>
          </w:tcPr>
          <w:p w14:paraId="0D5B8D41" w14:textId="77777777" w:rsidR="002706E6" w:rsidRPr="00D97086" w:rsidRDefault="002706E6" w:rsidP="007E122E">
            <w:pPr>
              <w:spacing w:after="0" w:line="240" w:lineRule="auto"/>
              <w:rPr>
                <w:rFonts w:ascii="Times New Roman" w:eastAsia="Times New Roman" w:hAnsi="Times New Roman" w:cs="Times New Roman"/>
                <w:color w:val="000000"/>
              </w:rPr>
            </w:pPr>
            <w:proofErr w:type="spellStart"/>
            <w:r w:rsidRPr="00D97086">
              <w:rPr>
                <w:rFonts w:ascii="Times New Roman" w:eastAsia="Times New Roman" w:hAnsi="Times New Roman" w:cs="Times New Roman"/>
                <w:color w:val="000000"/>
              </w:rPr>
              <w:t>Prrenjas</w:t>
            </w:r>
            <w:proofErr w:type="spellEnd"/>
            <w:r w:rsidRPr="00D97086">
              <w:rPr>
                <w:rFonts w:ascii="Times New Roman" w:eastAsia="Times New Roman" w:hAnsi="Times New Roman" w:cs="Times New Roman"/>
                <w:color w:val="000000"/>
              </w:rPr>
              <w:t xml:space="preserve"> </w:t>
            </w:r>
          </w:p>
        </w:tc>
        <w:tc>
          <w:tcPr>
            <w:tcW w:w="1033" w:type="dxa"/>
            <w:tcBorders>
              <w:top w:val="nil"/>
              <w:left w:val="nil"/>
              <w:bottom w:val="single" w:sz="4" w:space="0" w:color="auto"/>
              <w:right w:val="nil"/>
            </w:tcBorders>
          </w:tcPr>
          <w:p w14:paraId="0C46B602" w14:textId="77777777" w:rsidR="002706E6" w:rsidRPr="00D97086" w:rsidRDefault="002706E6" w:rsidP="007E122E">
            <w:pPr>
              <w:spacing w:after="0" w:line="240" w:lineRule="auto"/>
              <w:jc w:val="right"/>
              <w:rPr>
                <w:rFonts w:ascii="Times New Roman" w:eastAsia="Times New Roman" w:hAnsi="Times New Roman" w:cs="Times New Roman"/>
                <w:color w:val="000000"/>
              </w:rPr>
            </w:pPr>
          </w:p>
        </w:tc>
        <w:tc>
          <w:tcPr>
            <w:tcW w:w="551" w:type="dxa"/>
            <w:tcBorders>
              <w:top w:val="nil"/>
              <w:left w:val="nil"/>
              <w:bottom w:val="single" w:sz="4" w:space="0" w:color="auto"/>
              <w:right w:val="single" w:sz="4" w:space="0" w:color="auto"/>
            </w:tcBorders>
            <w:noWrap/>
            <w:vAlign w:val="bottom"/>
            <w:hideMark/>
          </w:tcPr>
          <w:p w14:paraId="0FC11178" w14:textId="77777777" w:rsidR="002706E6" w:rsidRPr="00D97086" w:rsidRDefault="002706E6"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39</w:t>
            </w:r>
          </w:p>
        </w:tc>
        <w:tc>
          <w:tcPr>
            <w:tcW w:w="1980" w:type="dxa"/>
            <w:tcBorders>
              <w:top w:val="nil"/>
              <w:left w:val="nil"/>
              <w:bottom w:val="single" w:sz="4" w:space="0" w:color="auto"/>
              <w:right w:val="single" w:sz="4" w:space="0" w:color="auto"/>
            </w:tcBorders>
            <w:noWrap/>
            <w:vAlign w:val="bottom"/>
            <w:hideMark/>
          </w:tcPr>
          <w:p w14:paraId="7CC7D88B" w14:textId="77777777" w:rsidR="002706E6" w:rsidRPr="00D97086" w:rsidRDefault="002706E6"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10</w:t>
            </w:r>
          </w:p>
        </w:tc>
        <w:tc>
          <w:tcPr>
            <w:tcW w:w="1890" w:type="dxa"/>
            <w:tcBorders>
              <w:top w:val="nil"/>
              <w:left w:val="nil"/>
              <w:bottom w:val="single" w:sz="4" w:space="0" w:color="auto"/>
              <w:right w:val="single" w:sz="4" w:space="0" w:color="auto"/>
            </w:tcBorders>
            <w:noWrap/>
            <w:vAlign w:val="bottom"/>
            <w:hideMark/>
          </w:tcPr>
          <w:p w14:paraId="19CB564B" w14:textId="77777777" w:rsidR="002706E6" w:rsidRPr="00D97086" w:rsidRDefault="002706E6"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20</w:t>
            </w:r>
          </w:p>
        </w:tc>
        <w:tc>
          <w:tcPr>
            <w:tcW w:w="1401" w:type="dxa"/>
            <w:tcBorders>
              <w:top w:val="nil"/>
              <w:left w:val="nil"/>
              <w:bottom w:val="single" w:sz="4" w:space="0" w:color="auto"/>
              <w:right w:val="single" w:sz="4" w:space="0" w:color="auto"/>
            </w:tcBorders>
            <w:noWrap/>
            <w:vAlign w:val="bottom"/>
            <w:hideMark/>
          </w:tcPr>
          <w:p w14:paraId="28BA3039" w14:textId="77777777" w:rsidR="002706E6" w:rsidRPr="00D97086" w:rsidRDefault="002706E6"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69</w:t>
            </w:r>
          </w:p>
        </w:tc>
      </w:tr>
      <w:tr w:rsidR="002706E6" w:rsidRPr="00D97086" w14:paraId="2F2132BB" w14:textId="77777777" w:rsidTr="002706E6">
        <w:trPr>
          <w:trHeight w:val="281"/>
        </w:trPr>
        <w:tc>
          <w:tcPr>
            <w:tcW w:w="1926" w:type="dxa"/>
            <w:tcBorders>
              <w:top w:val="nil"/>
              <w:left w:val="single" w:sz="4" w:space="0" w:color="auto"/>
              <w:bottom w:val="single" w:sz="4" w:space="0" w:color="auto"/>
              <w:right w:val="single" w:sz="4" w:space="0" w:color="auto"/>
            </w:tcBorders>
            <w:noWrap/>
            <w:vAlign w:val="bottom"/>
            <w:hideMark/>
          </w:tcPr>
          <w:p w14:paraId="5B0916F1" w14:textId="77777777" w:rsidR="002706E6" w:rsidRPr="00D97086" w:rsidRDefault="002706E6" w:rsidP="007E122E">
            <w:pPr>
              <w:spacing w:after="0" w:line="240" w:lineRule="auto"/>
              <w:rPr>
                <w:rFonts w:ascii="Times New Roman" w:eastAsia="Times New Roman" w:hAnsi="Times New Roman" w:cs="Times New Roman"/>
                <w:color w:val="000000"/>
              </w:rPr>
            </w:pPr>
            <w:proofErr w:type="spellStart"/>
            <w:r w:rsidRPr="00D97086">
              <w:rPr>
                <w:rFonts w:ascii="Times New Roman" w:eastAsia="Times New Roman" w:hAnsi="Times New Roman" w:cs="Times New Roman"/>
                <w:color w:val="000000"/>
              </w:rPr>
              <w:t>Qukës</w:t>
            </w:r>
            <w:proofErr w:type="spellEnd"/>
          </w:p>
        </w:tc>
        <w:tc>
          <w:tcPr>
            <w:tcW w:w="1033" w:type="dxa"/>
            <w:tcBorders>
              <w:top w:val="nil"/>
              <w:left w:val="nil"/>
              <w:bottom w:val="single" w:sz="4" w:space="0" w:color="auto"/>
              <w:right w:val="nil"/>
            </w:tcBorders>
          </w:tcPr>
          <w:p w14:paraId="06C1F146" w14:textId="77777777" w:rsidR="002706E6" w:rsidRPr="00D97086" w:rsidRDefault="002706E6" w:rsidP="007E122E">
            <w:pPr>
              <w:spacing w:after="0" w:line="240" w:lineRule="auto"/>
              <w:jc w:val="right"/>
              <w:rPr>
                <w:rFonts w:ascii="Times New Roman" w:eastAsia="Times New Roman" w:hAnsi="Times New Roman" w:cs="Times New Roman"/>
                <w:color w:val="000000"/>
              </w:rPr>
            </w:pPr>
          </w:p>
        </w:tc>
        <w:tc>
          <w:tcPr>
            <w:tcW w:w="551" w:type="dxa"/>
            <w:tcBorders>
              <w:top w:val="nil"/>
              <w:left w:val="nil"/>
              <w:bottom w:val="single" w:sz="4" w:space="0" w:color="auto"/>
              <w:right w:val="single" w:sz="4" w:space="0" w:color="auto"/>
            </w:tcBorders>
            <w:noWrap/>
            <w:vAlign w:val="bottom"/>
            <w:hideMark/>
          </w:tcPr>
          <w:p w14:paraId="5951B61D" w14:textId="77777777" w:rsidR="002706E6" w:rsidRPr="00D97086" w:rsidRDefault="002706E6"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47</w:t>
            </w:r>
          </w:p>
        </w:tc>
        <w:tc>
          <w:tcPr>
            <w:tcW w:w="1980" w:type="dxa"/>
            <w:tcBorders>
              <w:top w:val="nil"/>
              <w:left w:val="nil"/>
              <w:bottom w:val="single" w:sz="4" w:space="0" w:color="auto"/>
              <w:right w:val="single" w:sz="4" w:space="0" w:color="auto"/>
            </w:tcBorders>
            <w:noWrap/>
            <w:vAlign w:val="bottom"/>
            <w:hideMark/>
          </w:tcPr>
          <w:p w14:paraId="2EC44C68" w14:textId="77777777" w:rsidR="002706E6" w:rsidRPr="00D97086" w:rsidRDefault="002706E6"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1</w:t>
            </w:r>
          </w:p>
        </w:tc>
        <w:tc>
          <w:tcPr>
            <w:tcW w:w="1890" w:type="dxa"/>
            <w:tcBorders>
              <w:top w:val="nil"/>
              <w:left w:val="nil"/>
              <w:bottom w:val="single" w:sz="4" w:space="0" w:color="auto"/>
              <w:right w:val="single" w:sz="4" w:space="0" w:color="auto"/>
            </w:tcBorders>
            <w:noWrap/>
            <w:vAlign w:val="bottom"/>
            <w:hideMark/>
          </w:tcPr>
          <w:p w14:paraId="3BB3EB67" w14:textId="77777777" w:rsidR="002706E6" w:rsidRPr="00D97086" w:rsidRDefault="002706E6"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24</w:t>
            </w:r>
          </w:p>
        </w:tc>
        <w:tc>
          <w:tcPr>
            <w:tcW w:w="1401" w:type="dxa"/>
            <w:tcBorders>
              <w:top w:val="nil"/>
              <w:left w:val="nil"/>
              <w:bottom w:val="single" w:sz="4" w:space="0" w:color="auto"/>
              <w:right w:val="single" w:sz="4" w:space="0" w:color="auto"/>
            </w:tcBorders>
            <w:noWrap/>
            <w:vAlign w:val="bottom"/>
            <w:hideMark/>
          </w:tcPr>
          <w:p w14:paraId="005A9C0C" w14:textId="77777777" w:rsidR="002706E6" w:rsidRPr="00D97086" w:rsidRDefault="002706E6"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72</w:t>
            </w:r>
          </w:p>
        </w:tc>
      </w:tr>
      <w:tr w:rsidR="002706E6" w:rsidRPr="00D97086" w14:paraId="6B89E2BD" w14:textId="77777777" w:rsidTr="002706E6">
        <w:trPr>
          <w:trHeight w:val="281"/>
        </w:trPr>
        <w:tc>
          <w:tcPr>
            <w:tcW w:w="1926" w:type="dxa"/>
            <w:tcBorders>
              <w:top w:val="nil"/>
              <w:left w:val="single" w:sz="4" w:space="0" w:color="auto"/>
              <w:bottom w:val="single" w:sz="4" w:space="0" w:color="auto"/>
              <w:right w:val="single" w:sz="4" w:space="0" w:color="auto"/>
            </w:tcBorders>
            <w:noWrap/>
            <w:vAlign w:val="bottom"/>
            <w:hideMark/>
          </w:tcPr>
          <w:p w14:paraId="27A3F685" w14:textId="77777777" w:rsidR="002706E6" w:rsidRPr="00D97086" w:rsidRDefault="002706E6" w:rsidP="007E122E">
            <w:pPr>
              <w:spacing w:after="0" w:line="240" w:lineRule="auto"/>
              <w:rPr>
                <w:rFonts w:ascii="Times New Roman" w:eastAsia="Times New Roman" w:hAnsi="Times New Roman" w:cs="Times New Roman"/>
                <w:color w:val="000000"/>
              </w:rPr>
            </w:pPr>
            <w:proofErr w:type="spellStart"/>
            <w:r w:rsidRPr="00D97086">
              <w:rPr>
                <w:rFonts w:ascii="Times New Roman" w:eastAsia="Times New Roman" w:hAnsi="Times New Roman" w:cs="Times New Roman"/>
                <w:color w:val="000000"/>
              </w:rPr>
              <w:t>Rrajce</w:t>
            </w:r>
            <w:proofErr w:type="spellEnd"/>
          </w:p>
        </w:tc>
        <w:tc>
          <w:tcPr>
            <w:tcW w:w="1033" w:type="dxa"/>
            <w:tcBorders>
              <w:top w:val="nil"/>
              <w:left w:val="nil"/>
              <w:bottom w:val="single" w:sz="4" w:space="0" w:color="auto"/>
              <w:right w:val="nil"/>
            </w:tcBorders>
          </w:tcPr>
          <w:p w14:paraId="58351239" w14:textId="77777777" w:rsidR="002706E6" w:rsidRPr="00D97086" w:rsidRDefault="002706E6" w:rsidP="007E122E">
            <w:pPr>
              <w:spacing w:after="0" w:line="240" w:lineRule="auto"/>
              <w:jc w:val="right"/>
              <w:rPr>
                <w:rFonts w:ascii="Times New Roman" w:eastAsia="Times New Roman" w:hAnsi="Times New Roman" w:cs="Times New Roman"/>
                <w:color w:val="000000"/>
              </w:rPr>
            </w:pPr>
          </w:p>
        </w:tc>
        <w:tc>
          <w:tcPr>
            <w:tcW w:w="551" w:type="dxa"/>
            <w:tcBorders>
              <w:top w:val="nil"/>
              <w:left w:val="nil"/>
              <w:bottom w:val="single" w:sz="4" w:space="0" w:color="auto"/>
              <w:right w:val="single" w:sz="4" w:space="0" w:color="auto"/>
            </w:tcBorders>
            <w:noWrap/>
            <w:vAlign w:val="bottom"/>
            <w:hideMark/>
          </w:tcPr>
          <w:p w14:paraId="0709009C" w14:textId="77777777" w:rsidR="002706E6" w:rsidRPr="00D97086" w:rsidRDefault="002706E6"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47</w:t>
            </w:r>
          </w:p>
        </w:tc>
        <w:tc>
          <w:tcPr>
            <w:tcW w:w="1980" w:type="dxa"/>
            <w:tcBorders>
              <w:top w:val="nil"/>
              <w:left w:val="nil"/>
              <w:bottom w:val="single" w:sz="4" w:space="0" w:color="auto"/>
              <w:right w:val="single" w:sz="4" w:space="0" w:color="auto"/>
            </w:tcBorders>
            <w:noWrap/>
            <w:vAlign w:val="bottom"/>
            <w:hideMark/>
          </w:tcPr>
          <w:p w14:paraId="7F69035C" w14:textId="77777777" w:rsidR="002706E6" w:rsidRPr="00D97086" w:rsidRDefault="002706E6"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4</w:t>
            </w:r>
          </w:p>
        </w:tc>
        <w:tc>
          <w:tcPr>
            <w:tcW w:w="1890" w:type="dxa"/>
            <w:tcBorders>
              <w:top w:val="nil"/>
              <w:left w:val="nil"/>
              <w:bottom w:val="single" w:sz="4" w:space="0" w:color="auto"/>
              <w:right w:val="single" w:sz="4" w:space="0" w:color="auto"/>
            </w:tcBorders>
            <w:noWrap/>
            <w:vAlign w:val="bottom"/>
            <w:hideMark/>
          </w:tcPr>
          <w:p w14:paraId="7AB2E471" w14:textId="77777777" w:rsidR="002706E6" w:rsidRPr="00D97086" w:rsidRDefault="002706E6"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23</w:t>
            </w:r>
          </w:p>
        </w:tc>
        <w:tc>
          <w:tcPr>
            <w:tcW w:w="1401" w:type="dxa"/>
            <w:tcBorders>
              <w:top w:val="nil"/>
              <w:left w:val="nil"/>
              <w:bottom w:val="single" w:sz="4" w:space="0" w:color="auto"/>
              <w:right w:val="single" w:sz="4" w:space="0" w:color="auto"/>
            </w:tcBorders>
            <w:noWrap/>
            <w:vAlign w:val="bottom"/>
            <w:hideMark/>
          </w:tcPr>
          <w:p w14:paraId="3BF2C55A" w14:textId="77777777" w:rsidR="002706E6" w:rsidRPr="00D97086" w:rsidRDefault="002706E6"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74</w:t>
            </w:r>
          </w:p>
        </w:tc>
      </w:tr>
      <w:tr w:rsidR="002706E6" w:rsidRPr="00D97086" w14:paraId="43AD5DC9" w14:textId="77777777" w:rsidTr="002706E6">
        <w:trPr>
          <w:trHeight w:val="281"/>
        </w:trPr>
        <w:tc>
          <w:tcPr>
            <w:tcW w:w="1926" w:type="dxa"/>
            <w:tcBorders>
              <w:top w:val="nil"/>
              <w:left w:val="single" w:sz="4" w:space="0" w:color="auto"/>
              <w:bottom w:val="single" w:sz="4" w:space="0" w:color="auto"/>
              <w:right w:val="single" w:sz="4" w:space="0" w:color="auto"/>
            </w:tcBorders>
            <w:noWrap/>
            <w:vAlign w:val="bottom"/>
            <w:hideMark/>
          </w:tcPr>
          <w:p w14:paraId="23CC4CB8" w14:textId="77777777" w:rsidR="002706E6" w:rsidRPr="00D97086" w:rsidRDefault="002706E6" w:rsidP="007E122E">
            <w:pPr>
              <w:spacing w:after="0" w:line="240" w:lineRule="auto"/>
              <w:rPr>
                <w:rFonts w:ascii="Times New Roman" w:eastAsia="Times New Roman" w:hAnsi="Times New Roman" w:cs="Times New Roman"/>
                <w:color w:val="000000"/>
              </w:rPr>
            </w:pPr>
            <w:proofErr w:type="spellStart"/>
            <w:r w:rsidRPr="00D97086">
              <w:rPr>
                <w:rFonts w:ascii="Times New Roman" w:eastAsia="Times New Roman" w:hAnsi="Times New Roman" w:cs="Times New Roman"/>
                <w:color w:val="000000"/>
              </w:rPr>
              <w:t>Stravaj</w:t>
            </w:r>
            <w:proofErr w:type="spellEnd"/>
          </w:p>
        </w:tc>
        <w:tc>
          <w:tcPr>
            <w:tcW w:w="1033" w:type="dxa"/>
            <w:tcBorders>
              <w:top w:val="nil"/>
              <w:left w:val="nil"/>
              <w:bottom w:val="single" w:sz="4" w:space="0" w:color="auto"/>
              <w:right w:val="nil"/>
            </w:tcBorders>
          </w:tcPr>
          <w:p w14:paraId="6FA80396" w14:textId="77777777" w:rsidR="002706E6" w:rsidRPr="00D97086" w:rsidRDefault="002706E6" w:rsidP="007E122E">
            <w:pPr>
              <w:spacing w:after="0" w:line="240" w:lineRule="auto"/>
              <w:jc w:val="right"/>
              <w:rPr>
                <w:rFonts w:ascii="Times New Roman" w:eastAsia="Times New Roman" w:hAnsi="Times New Roman" w:cs="Times New Roman"/>
                <w:color w:val="000000"/>
              </w:rPr>
            </w:pPr>
          </w:p>
        </w:tc>
        <w:tc>
          <w:tcPr>
            <w:tcW w:w="551" w:type="dxa"/>
            <w:tcBorders>
              <w:top w:val="nil"/>
              <w:left w:val="nil"/>
              <w:bottom w:val="single" w:sz="4" w:space="0" w:color="auto"/>
              <w:right w:val="single" w:sz="4" w:space="0" w:color="auto"/>
            </w:tcBorders>
            <w:noWrap/>
            <w:vAlign w:val="bottom"/>
            <w:hideMark/>
          </w:tcPr>
          <w:p w14:paraId="1B9E7C0B" w14:textId="77777777" w:rsidR="002706E6" w:rsidRPr="00D97086" w:rsidRDefault="002706E6"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20</w:t>
            </w:r>
          </w:p>
        </w:tc>
        <w:tc>
          <w:tcPr>
            <w:tcW w:w="1980" w:type="dxa"/>
            <w:tcBorders>
              <w:top w:val="nil"/>
              <w:left w:val="nil"/>
              <w:bottom w:val="single" w:sz="4" w:space="0" w:color="auto"/>
              <w:right w:val="single" w:sz="4" w:space="0" w:color="auto"/>
            </w:tcBorders>
            <w:noWrap/>
            <w:vAlign w:val="bottom"/>
            <w:hideMark/>
          </w:tcPr>
          <w:p w14:paraId="2A0970DD" w14:textId="77777777" w:rsidR="002706E6" w:rsidRPr="00D97086" w:rsidRDefault="002706E6"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1</w:t>
            </w:r>
          </w:p>
        </w:tc>
        <w:tc>
          <w:tcPr>
            <w:tcW w:w="1890" w:type="dxa"/>
            <w:tcBorders>
              <w:top w:val="nil"/>
              <w:left w:val="nil"/>
              <w:bottom w:val="single" w:sz="4" w:space="0" w:color="auto"/>
              <w:right w:val="single" w:sz="4" w:space="0" w:color="auto"/>
            </w:tcBorders>
            <w:noWrap/>
            <w:vAlign w:val="bottom"/>
            <w:hideMark/>
          </w:tcPr>
          <w:p w14:paraId="473B90F9" w14:textId="77777777" w:rsidR="002706E6" w:rsidRPr="00D97086" w:rsidRDefault="002706E6"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12</w:t>
            </w:r>
          </w:p>
        </w:tc>
        <w:tc>
          <w:tcPr>
            <w:tcW w:w="1401" w:type="dxa"/>
            <w:tcBorders>
              <w:top w:val="nil"/>
              <w:left w:val="nil"/>
              <w:bottom w:val="single" w:sz="4" w:space="0" w:color="auto"/>
              <w:right w:val="single" w:sz="4" w:space="0" w:color="auto"/>
            </w:tcBorders>
            <w:noWrap/>
            <w:vAlign w:val="bottom"/>
            <w:hideMark/>
          </w:tcPr>
          <w:p w14:paraId="53356D42" w14:textId="77777777" w:rsidR="002706E6" w:rsidRPr="00D97086" w:rsidRDefault="002706E6"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33</w:t>
            </w:r>
          </w:p>
        </w:tc>
      </w:tr>
      <w:tr w:rsidR="002706E6" w:rsidRPr="00D97086" w14:paraId="18664C24" w14:textId="77777777" w:rsidTr="002706E6">
        <w:trPr>
          <w:trHeight w:val="281"/>
        </w:trPr>
        <w:tc>
          <w:tcPr>
            <w:tcW w:w="1926" w:type="dxa"/>
            <w:tcBorders>
              <w:top w:val="nil"/>
              <w:left w:val="single" w:sz="4" w:space="0" w:color="auto"/>
              <w:bottom w:val="single" w:sz="4" w:space="0" w:color="auto"/>
              <w:right w:val="single" w:sz="4" w:space="0" w:color="auto"/>
            </w:tcBorders>
            <w:noWrap/>
            <w:vAlign w:val="bottom"/>
            <w:hideMark/>
          </w:tcPr>
          <w:p w14:paraId="6CF3B591" w14:textId="77777777" w:rsidR="002706E6" w:rsidRPr="00D97086" w:rsidRDefault="002706E6" w:rsidP="007E122E">
            <w:pPr>
              <w:spacing w:after="0" w:line="240" w:lineRule="auto"/>
              <w:rPr>
                <w:rFonts w:ascii="Times New Roman" w:eastAsia="Times New Roman" w:hAnsi="Times New Roman" w:cs="Times New Roman"/>
                <w:color w:val="000000"/>
              </w:rPr>
            </w:pPr>
            <w:r w:rsidRPr="00D97086">
              <w:rPr>
                <w:rFonts w:ascii="Times New Roman" w:eastAsia="Times New Roman" w:hAnsi="Times New Roman" w:cs="Times New Roman"/>
                <w:color w:val="000000"/>
              </w:rPr>
              <w:t>Total</w:t>
            </w:r>
          </w:p>
        </w:tc>
        <w:tc>
          <w:tcPr>
            <w:tcW w:w="1033" w:type="dxa"/>
            <w:tcBorders>
              <w:top w:val="nil"/>
              <w:left w:val="nil"/>
              <w:bottom w:val="single" w:sz="4" w:space="0" w:color="auto"/>
              <w:right w:val="nil"/>
            </w:tcBorders>
          </w:tcPr>
          <w:p w14:paraId="5C897BCD" w14:textId="77777777" w:rsidR="002706E6" w:rsidRPr="00D97086" w:rsidRDefault="002706E6" w:rsidP="007E122E">
            <w:pPr>
              <w:spacing w:after="0" w:line="240" w:lineRule="auto"/>
              <w:jc w:val="right"/>
              <w:rPr>
                <w:rFonts w:ascii="Times New Roman" w:eastAsia="Times New Roman" w:hAnsi="Times New Roman" w:cs="Times New Roman"/>
                <w:color w:val="000000"/>
              </w:rPr>
            </w:pPr>
          </w:p>
        </w:tc>
        <w:tc>
          <w:tcPr>
            <w:tcW w:w="551" w:type="dxa"/>
            <w:tcBorders>
              <w:top w:val="nil"/>
              <w:left w:val="nil"/>
              <w:bottom w:val="single" w:sz="4" w:space="0" w:color="auto"/>
              <w:right w:val="single" w:sz="4" w:space="0" w:color="auto"/>
            </w:tcBorders>
            <w:noWrap/>
            <w:vAlign w:val="bottom"/>
            <w:hideMark/>
          </w:tcPr>
          <w:p w14:paraId="215F58B1" w14:textId="77777777" w:rsidR="002706E6" w:rsidRPr="00D97086" w:rsidRDefault="002706E6"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153</w:t>
            </w:r>
          </w:p>
        </w:tc>
        <w:tc>
          <w:tcPr>
            <w:tcW w:w="1980" w:type="dxa"/>
            <w:tcBorders>
              <w:top w:val="nil"/>
              <w:left w:val="nil"/>
              <w:bottom w:val="single" w:sz="4" w:space="0" w:color="auto"/>
              <w:right w:val="single" w:sz="4" w:space="0" w:color="auto"/>
            </w:tcBorders>
            <w:noWrap/>
            <w:vAlign w:val="bottom"/>
            <w:hideMark/>
          </w:tcPr>
          <w:p w14:paraId="61DA4362" w14:textId="77777777" w:rsidR="002706E6" w:rsidRPr="00D97086" w:rsidRDefault="002706E6"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16</w:t>
            </w:r>
          </w:p>
        </w:tc>
        <w:tc>
          <w:tcPr>
            <w:tcW w:w="1890" w:type="dxa"/>
            <w:tcBorders>
              <w:top w:val="nil"/>
              <w:left w:val="nil"/>
              <w:bottom w:val="single" w:sz="4" w:space="0" w:color="auto"/>
              <w:right w:val="single" w:sz="4" w:space="0" w:color="auto"/>
            </w:tcBorders>
            <w:noWrap/>
            <w:vAlign w:val="bottom"/>
            <w:hideMark/>
          </w:tcPr>
          <w:p w14:paraId="0D57F294" w14:textId="77777777" w:rsidR="002706E6" w:rsidRPr="00D97086" w:rsidRDefault="002706E6"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79</w:t>
            </w:r>
          </w:p>
        </w:tc>
        <w:tc>
          <w:tcPr>
            <w:tcW w:w="1401" w:type="dxa"/>
            <w:tcBorders>
              <w:top w:val="nil"/>
              <w:left w:val="nil"/>
              <w:bottom w:val="single" w:sz="4" w:space="0" w:color="auto"/>
              <w:right w:val="single" w:sz="4" w:space="0" w:color="auto"/>
            </w:tcBorders>
            <w:noWrap/>
            <w:vAlign w:val="bottom"/>
            <w:hideMark/>
          </w:tcPr>
          <w:p w14:paraId="0201C16E" w14:textId="77777777" w:rsidR="002706E6" w:rsidRPr="00D97086" w:rsidRDefault="002706E6"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248</w:t>
            </w:r>
          </w:p>
        </w:tc>
      </w:tr>
    </w:tbl>
    <w:p w14:paraId="2783B6E1" w14:textId="77777777" w:rsidR="002706E6" w:rsidRPr="00D97086" w:rsidRDefault="002706E6" w:rsidP="002706E6">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Burimi</w:t>
      </w:r>
      <w:proofErr w:type="spellEnd"/>
      <w:r w:rsidRPr="00D97086">
        <w:rPr>
          <w:rFonts w:ascii="Times New Roman" w:hAnsi="Times New Roman" w:cs="Times New Roman"/>
          <w:sz w:val="24"/>
          <w:szCs w:val="24"/>
        </w:rPr>
        <w:t xml:space="preserve">: Bashkia </w:t>
      </w:r>
      <w:proofErr w:type="spellStart"/>
      <w:r w:rsidRPr="00D97086">
        <w:rPr>
          <w:rFonts w:ascii="Times New Roman" w:hAnsi="Times New Roman" w:cs="Times New Roman"/>
          <w:sz w:val="24"/>
          <w:szCs w:val="24"/>
        </w:rPr>
        <w:t>Prrenjas</w:t>
      </w:r>
      <w:proofErr w:type="spellEnd"/>
    </w:p>
    <w:p w14:paraId="030BB041" w14:textId="77777777" w:rsidR="007E122E" w:rsidRPr="00D97086" w:rsidRDefault="007E122E" w:rsidP="00B06CA4">
      <w:pPr>
        <w:jc w:val="both"/>
        <w:rPr>
          <w:rFonts w:ascii="Times New Roman" w:hAnsi="Times New Roman" w:cs="Times New Roman"/>
          <w:sz w:val="24"/>
          <w:szCs w:val="24"/>
        </w:rPr>
      </w:pPr>
    </w:p>
    <w:p w14:paraId="72757145" w14:textId="77777777" w:rsidR="007E122E" w:rsidRPr="00D97086" w:rsidRDefault="002706E6" w:rsidP="00B06CA4">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Tabela</w:t>
      </w:r>
      <w:proofErr w:type="spellEnd"/>
      <w:r w:rsidRPr="00D97086">
        <w:rPr>
          <w:rFonts w:ascii="Times New Roman" w:hAnsi="Times New Roman" w:cs="Times New Roman"/>
          <w:sz w:val="24"/>
          <w:szCs w:val="24"/>
        </w:rPr>
        <w:t xml:space="preserve"> 3.7 </w:t>
      </w:r>
      <w:proofErr w:type="spellStart"/>
      <w:r w:rsidRPr="00D97086">
        <w:rPr>
          <w:rFonts w:ascii="Times New Roman" w:hAnsi="Times New Roman" w:cs="Times New Roman"/>
          <w:sz w:val="24"/>
          <w:szCs w:val="24"/>
        </w:rPr>
        <w:t>Kategori</w:t>
      </w:r>
      <w:proofErr w:type="spellEnd"/>
      <w:r w:rsidRPr="00D97086">
        <w:rPr>
          <w:rFonts w:ascii="Times New Roman" w:hAnsi="Times New Roman" w:cs="Times New Roman"/>
          <w:sz w:val="24"/>
          <w:szCs w:val="24"/>
        </w:rPr>
        <w:t xml:space="preserve"> në </w:t>
      </w:r>
      <w:proofErr w:type="spellStart"/>
      <w:r w:rsidRPr="00D97086">
        <w:rPr>
          <w:rFonts w:ascii="Times New Roman" w:hAnsi="Times New Roman" w:cs="Times New Roman"/>
          <w:sz w:val="24"/>
          <w:szCs w:val="24"/>
        </w:rPr>
        <w:t>nevojë</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sipas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Njësive</w:t>
      </w:r>
      <w:proofErr w:type="spellEnd"/>
      <w:r w:rsidRPr="00D97086">
        <w:rPr>
          <w:rFonts w:ascii="Times New Roman" w:hAnsi="Times New Roman" w:cs="Times New Roman"/>
          <w:sz w:val="24"/>
          <w:szCs w:val="24"/>
        </w:rPr>
        <w:t xml:space="preserve"> Administrative Bashkia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Maj 2025</w:t>
      </w:r>
    </w:p>
    <w:tbl>
      <w:tblPr>
        <w:tblW w:w="8802" w:type="dxa"/>
        <w:tblInd w:w="-5" w:type="dxa"/>
        <w:tblLook w:val="04A0" w:firstRow="1" w:lastRow="0" w:firstColumn="1" w:lastColumn="0" w:noHBand="0" w:noVBand="1"/>
      </w:tblPr>
      <w:tblGrid>
        <w:gridCol w:w="2021"/>
        <w:gridCol w:w="1134"/>
        <w:gridCol w:w="1107"/>
        <w:gridCol w:w="1865"/>
        <w:gridCol w:w="2114"/>
        <w:gridCol w:w="1107"/>
      </w:tblGrid>
      <w:tr w:rsidR="007E122E" w:rsidRPr="00D97086" w14:paraId="2149A3DE" w14:textId="77777777" w:rsidTr="00FC26B4">
        <w:trPr>
          <w:trHeight w:val="264"/>
        </w:trPr>
        <w:tc>
          <w:tcPr>
            <w:tcW w:w="1937"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hideMark/>
          </w:tcPr>
          <w:p w14:paraId="1E876519" w14:textId="77777777" w:rsidR="007E122E" w:rsidRPr="00D97086" w:rsidRDefault="007E122E" w:rsidP="007E122E">
            <w:pPr>
              <w:spacing w:after="0" w:line="240" w:lineRule="auto"/>
              <w:jc w:val="center"/>
              <w:rPr>
                <w:rFonts w:ascii="Times New Roman" w:eastAsia="Times New Roman" w:hAnsi="Times New Roman" w:cs="Times New Roman"/>
                <w:b/>
                <w:bCs/>
                <w:sz w:val="28"/>
                <w:szCs w:val="28"/>
              </w:rPr>
            </w:pPr>
            <w:proofErr w:type="spellStart"/>
            <w:r w:rsidRPr="00D97086">
              <w:rPr>
                <w:rFonts w:ascii="Times New Roman" w:eastAsia="Times New Roman" w:hAnsi="Times New Roman" w:cs="Times New Roman"/>
                <w:b/>
                <w:bCs/>
                <w:sz w:val="28"/>
                <w:szCs w:val="28"/>
              </w:rPr>
              <w:t>Njësia</w:t>
            </w:r>
            <w:proofErr w:type="spellEnd"/>
            <w:r w:rsidRPr="00D97086">
              <w:rPr>
                <w:rFonts w:ascii="Times New Roman" w:eastAsia="Times New Roman" w:hAnsi="Times New Roman" w:cs="Times New Roman"/>
                <w:b/>
                <w:bCs/>
                <w:sz w:val="28"/>
                <w:szCs w:val="28"/>
              </w:rPr>
              <w:t xml:space="preserve"> Administrative</w:t>
            </w:r>
          </w:p>
        </w:tc>
        <w:tc>
          <w:tcPr>
            <w:tcW w:w="1107" w:type="dxa"/>
            <w:tcBorders>
              <w:top w:val="single" w:sz="4" w:space="0" w:color="auto"/>
              <w:left w:val="nil"/>
              <w:bottom w:val="single" w:sz="4" w:space="0" w:color="auto"/>
              <w:right w:val="single" w:sz="4" w:space="0" w:color="auto"/>
            </w:tcBorders>
            <w:shd w:val="clear" w:color="auto" w:fill="EAF1DD" w:themeFill="accent3" w:themeFillTint="33"/>
            <w:noWrap/>
            <w:hideMark/>
          </w:tcPr>
          <w:p w14:paraId="4B3E3265" w14:textId="77777777" w:rsidR="007E122E" w:rsidRPr="00D97086" w:rsidRDefault="007E122E" w:rsidP="007E122E">
            <w:pPr>
              <w:spacing w:after="0" w:line="240" w:lineRule="auto"/>
              <w:jc w:val="center"/>
              <w:rPr>
                <w:rFonts w:ascii="Times New Roman" w:eastAsia="Times New Roman" w:hAnsi="Times New Roman" w:cs="Times New Roman"/>
                <w:b/>
                <w:bCs/>
                <w:sz w:val="28"/>
                <w:szCs w:val="28"/>
              </w:rPr>
            </w:pPr>
            <w:proofErr w:type="spellStart"/>
            <w:r w:rsidRPr="00D97086">
              <w:rPr>
                <w:rFonts w:ascii="Times New Roman" w:eastAsia="Times New Roman" w:hAnsi="Times New Roman" w:cs="Times New Roman"/>
                <w:b/>
                <w:bCs/>
                <w:sz w:val="28"/>
                <w:szCs w:val="28"/>
              </w:rPr>
              <w:t>Familje</w:t>
            </w:r>
            <w:proofErr w:type="spellEnd"/>
            <w:r w:rsidRPr="00D97086">
              <w:rPr>
                <w:rFonts w:ascii="Times New Roman" w:eastAsia="Times New Roman" w:hAnsi="Times New Roman" w:cs="Times New Roman"/>
                <w:b/>
                <w:bCs/>
                <w:sz w:val="28"/>
                <w:szCs w:val="28"/>
              </w:rPr>
              <w:t xml:space="preserve"> NE</w:t>
            </w:r>
          </w:p>
        </w:tc>
        <w:tc>
          <w:tcPr>
            <w:tcW w:w="1107" w:type="dxa"/>
            <w:tcBorders>
              <w:top w:val="single" w:sz="4" w:space="0" w:color="auto"/>
              <w:left w:val="nil"/>
              <w:bottom w:val="single" w:sz="4" w:space="0" w:color="auto"/>
              <w:right w:val="single" w:sz="4" w:space="0" w:color="auto"/>
            </w:tcBorders>
            <w:shd w:val="clear" w:color="auto" w:fill="EAF1DD" w:themeFill="accent3" w:themeFillTint="33"/>
            <w:noWrap/>
            <w:hideMark/>
          </w:tcPr>
          <w:p w14:paraId="2C201D04" w14:textId="77777777" w:rsidR="007E122E" w:rsidRPr="00D97086" w:rsidRDefault="007E122E" w:rsidP="007E122E">
            <w:pPr>
              <w:spacing w:after="0" w:line="240" w:lineRule="auto"/>
              <w:jc w:val="center"/>
              <w:rPr>
                <w:rFonts w:ascii="Times New Roman" w:eastAsia="Times New Roman" w:hAnsi="Times New Roman" w:cs="Times New Roman"/>
                <w:b/>
                <w:bCs/>
                <w:sz w:val="28"/>
                <w:szCs w:val="28"/>
              </w:rPr>
            </w:pPr>
            <w:r w:rsidRPr="00D97086">
              <w:rPr>
                <w:rFonts w:ascii="Times New Roman" w:eastAsia="Times New Roman" w:hAnsi="Times New Roman" w:cs="Times New Roman"/>
                <w:b/>
                <w:bCs/>
                <w:sz w:val="28"/>
                <w:szCs w:val="28"/>
              </w:rPr>
              <w:t>PAK</w:t>
            </w:r>
          </w:p>
        </w:tc>
        <w:tc>
          <w:tcPr>
            <w:tcW w:w="1653" w:type="dxa"/>
            <w:tcBorders>
              <w:top w:val="single" w:sz="4" w:space="0" w:color="auto"/>
              <w:left w:val="nil"/>
              <w:bottom w:val="single" w:sz="4" w:space="0" w:color="auto"/>
              <w:right w:val="single" w:sz="4" w:space="0" w:color="auto"/>
            </w:tcBorders>
            <w:shd w:val="clear" w:color="auto" w:fill="EAF1DD" w:themeFill="accent3" w:themeFillTint="33"/>
            <w:noWrap/>
            <w:hideMark/>
          </w:tcPr>
          <w:p w14:paraId="6705F180" w14:textId="77777777" w:rsidR="007E122E" w:rsidRPr="00D97086" w:rsidRDefault="007E122E" w:rsidP="007E122E">
            <w:pPr>
              <w:spacing w:after="0" w:line="240" w:lineRule="auto"/>
              <w:jc w:val="center"/>
              <w:rPr>
                <w:rFonts w:ascii="Times New Roman" w:eastAsia="Times New Roman" w:hAnsi="Times New Roman" w:cs="Times New Roman"/>
                <w:b/>
                <w:bCs/>
                <w:sz w:val="28"/>
                <w:szCs w:val="28"/>
              </w:rPr>
            </w:pPr>
            <w:r w:rsidRPr="00D97086">
              <w:rPr>
                <w:rFonts w:ascii="Times New Roman" w:eastAsia="Times New Roman" w:hAnsi="Times New Roman" w:cs="Times New Roman"/>
                <w:b/>
                <w:bCs/>
                <w:sz w:val="28"/>
                <w:szCs w:val="28"/>
              </w:rPr>
              <w:t xml:space="preserve">Gra </w:t>
            </w:r>
            <w:proofErr w:type="spellStart"/>
            <w:r w:rsidRPr="00D97086">
              <w:rPr>
                <w:rFonts w:ascii="Times New Roman" w:eastAsia="Times New Roman" w:hAnsi="Times New Roman" w:cs="Times New Roman"/>
                <w:b/>
                <w:bCs/>
                <w:sz w:val="28"/>
                <w:szCs w:val="28"/>
              </w:rPr>
              <w:t>kryefamiljare</w:t>
            </w:r>
            <w:proofErr w:type="spellEnd"/>
          </w:p>
        </w:tc>
        <w:tc>
          <w:tcPr>
            <w:tcW w:w="1891" w:type="dxa"/>
            <w:tcBorders>
              <w:top w:val="single" w:sz="4" w:space="0" w:color="auto"/>
              <w:left w:val="nil"/>
              <w:bottom w:val="single" w:sz="4" w:space="0" w:color="auto"/>
              <w:right w:val="single" w:sz="4" w:space="0" w:color="auto"/>
            </w:tcBorders>
            <w:shd w:val="clear" w:color="auto" w:fill="EAF1DD" w:themeFill="accent3" w:themeFillTint="33"/>
            <w:noWrap/>
            <w:hideMark/>
          </w:tcPr>
          <w:p w14:paraId="6A0EAD8A" w14:textId="77777777" w:rsidR="007E122E" w:rsidRPr="00D97086" w:rsidRDefault="007E122E" w:rsidP="007E122E">
            <w:pPr>
              <w:spacing w:after="0" w:line="240" w:lineRule="auto"/>
              <w:jc w:val="center"/>
              <w:rPr>
                <w:rFonts w:ascii="Times New Roman" w:eastAsia="Times New Roman" w:hAnsi="Times New Roman" w:cs="Times New Roman"/>
                <w:b/>
                <w:bCs/>
                <w:sz w:val="28"/>
                <w:szCs w:val="28"/>
              </w:rPr>
            </w:pPr>
            <w:r w:rsidRPr="00D97086">
              <w:rPr>
                <w:rFonts w:ascii="Times New Roman" w:eastAsia="Times New Roman" w:hAnsi="Times New Roman" w:cs="Times New Roman"/>
                <w:b/>
                <w:bCs/>
                <w:sz w:val="28"/>
                <w:szCs w:val="28"/>
              </w:rPr>
              <w:t>Rom/</w:t>
            </w:r>
            <w:proofErr w:type="spellStart"/>
            <w:r w:rsidRPr="00D97086">
              <w:rPr>
                <w:rFonts w:ascii="Times New Roman" w:eastAsia="Times New Roman" w:hAnsi="Times New Roman" w:cs="Times New Roman"/>
                <w:b/>
                <w:bCs/>
                <w:sz w:val="28"/>
                <w:szCs w:val="28"/>
              </w:rPr>
              <w:t>Egjiptianë</w:t>
            </w:r>
            <w:proofErr w:type="spellEnd"/>
          </w:p>
        </w:tc>
        <w:tc>
          <w:tcPr>
            <w:tcW w:w="1107" w:type="dxa"/>
            <w:tcBorders>
              <w:top w:val="single" w:sz="4" w:space="0" w:color="auto"/>
              <w:left w:val="nil"/>
              <w:bottom w:val="single" w:sz="4" w:space="0" w:color="auto"/>
              <w:right w:val="single" w:sz="4" w:space="0" w:color="auto"/>
            </w:tcBorders>
            <w:shd w:val="clear" w:color="auto" w:fill="EAF1DD" w:themeFill="accent3" w:themeFillTint="33"/>
            <w:noWrap/>
            <w:hideMark/>
          </w:tcPr>
          <w:p w14:paraId="50247281" w14:textId="77777777" w:rsidR="007E122E" w:rsidRPr="00D97086" w:rsidRDefault="007E122E" w:rsidP="007E122E">
            <w:pPr>
              <w:spacing w:after="0" w:line="240" w:lineRule="auto"/>
              <w:jc w:val="center"/>
              <w:rPr>
                <w:rFonts w:ascii="Times New Roman" w:eastAsia="Times New Roman" w:hAnsi="Times New Roman" w:cs="Times New Roman"/>
                <w:b/>
                <w:bCs/>
                <w:sz w:val="28"/>
                <w:szCs w:val="28"/>
              </w:rPr>
            </w:pPr>
            <w:r w:rsidRPr="00D97086">
              <w:rPr>
                <w:rFonts w:ascii="Times New Roman" w:eastAsia="Times New Roman" w:hAnsi="Times New Roman" w:cs="Times New Roman"/>
                <w:b/>
                <w:bCs/>
                <w:sz w:val="28"/>
                <w:szCs w:val="28"/>
              </w:rPr>
              <w:t>65+</w:t>
            </w:r>
          </w:p>
        </w:tc>
      </w:tr>
      <w:tr w:rsidR="007E122E" w:rsidRPr="00D97086" w14:paraId="2C8535EB" w14:textId="77777777" w:rsidTr="007E122E">
        <w:trPr>
          <w:trHeight w:val="264"/>
        </w:trPr>
        <w:tc>
          <w:tcPr>
            <w:tcW w:w="1937" w:type="dxa"/>
            <w:tcBorders>
              <w:top w:val="nil"/>
              <w:left w:val="single" w:sz="4" w:space="0" w:color="auto"/>
              <w:bottom w:val="single" w:sz="4" w:space="0" w:color="auto"/>
              <w:right w:val="single" w:sz="4" w:space="0" w:color="auto"/>
            </w:tcBorders>
            <w:noWrap/>
            <w:vAlign w:val="bottom"/>
            <w:hideMark/>
          </w:tcPr>
          <w:p w14:paraId="21204FCC" w14:textId="77777777" w:rsidR="007E122E" w:rsidRPr="00D97086" w:rsidRDefault="007E122E" w:rsidP="007E122E">
            <w:pPr>
              <w:spacing w:after="0" w:line="240" w:lineRule="auto"/>
              <w:rPr>
                <w:rFonts w:ascii="Times New Roman" w:eastAsia="Times New Roman" w:hAnsi="Times New Roman" w:cs="Times New Roman"/>
                <w:color w:val="000000"/>
              </w:rPr>
            </w:pPr>
            <w:proofErr w:type="spellStart"/>
            <w:r w:rsidRPr="00D97086">
              <w:rPr>
                <w:rFonts w:ascii="Times New Roman" w:eastAsia="Times New Roman" w:hAnsi="Times New Roman" w:cs="Times New Roman"/>
                <w:color w:val="000000"/>
              </w:rPr>
              <w:t>Prrenjas</w:t>
            </w:r>
            <w:proofErr w:type="spellEnd"/>
          </w:p>
        </w:tc>
        <w:tc>
          <w:tcPr>
            <w:tcW w:w="1107" w:type="dxa"/>
            <w:tcBorders>
              <w:top w:val="nil"/>
              <w:left w:val="nil"/>
              <w:bottom w:val="single" w:sz="4" w:space="0" w:color="auto"/>
              <w:right w:val="single" w:sz="4" w:space="0" w:color="auto"/>
            </w:tcBorders>
            <w:noWrap/>
            <w:vAlign w:val="bottom"/>
            <w:hideMark/>
          </w:tcPr>
          <w:p w14:paraId="6FA1F7E8" w14:textId="77777777" w:rsidR="007E122E" w:rsidRPr="00D97086" w:rsidRDefault="007E122E"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248</w:t>
            </w:r>
          </w:p>
        </w:tc>
        <w:tc>
          <w:tcPr>
            <w:tcW w:w="1107" w:type="dxa"/>
            <w:tcBorders>
              <w:top w:val="nil"/>
              <w:left w:val="nil"/>
              <w:bottom w:val="single" w:sz="4" w:space="0" w:color="auto"/>
              <w:right w:val="single" w:sz="4" w:space="0" w:color="auto"/>
            </w:tcBorders>
            <w:noWrap/>
            <w:vAlign w:val="bottom"/>
            <w:hideMark/>
          </w:tcPr>
          <w:p w14:paraId="33B08554" w14:textId="77777777" w:rsidR="007E122E" w:rsidRPr="00D97086" w:rsidRDefault="007E122E"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146</w:t>
            </w:r>
          </w:p>
        </w:tc>
        <w:tc>
          <w:tcPr>
            <w:tcW w:w="1653" w:type="dxa"/>
            <w:tcBorders>
              <w:top w:val="nil"/>
              <w:left w:val="nil"/>
              <w:bottom w:val="single" w:sz="4" w:space="0" w:color="auto"/>
              <w:right w:val="single" w:sz="4" w:space="0" w:color="auto"/>
            </w:tcBorders>
            <w:noWrap/>
            <w:vAlign w:val="bottom"/>
            <w:hideMark/>
          </w:tcPr>
          <w:p w14:paraId="15F7BFB6" w14:textId="77777777" w:rsidR="007E122E" w:rsidRPr="00D97086" w:rsidRDefault="007E122E"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12</w:t>
            </w:r>
          </w:p>
        </w:tc>
        <w:tc>
          <w:tcPr>
            <w:tcW w:w="1891" w:type="dxa"/>
            <w:tcBorders>
              <w:top w:val="nil"/>
              <w:left w:val="nil"/>
              <w:bottom w:val="single" w:sz="4" w:space="0" w:color="auto"/>
              <w:right w:val="single" w:sz="4" w:space="0" w:color="auto"/>
            </w:tcBorders>
            <w:noWrap/>
            <w:vAlign w:val="bottom"/>
            <w:hideMark/>
          </w:tcPr>
          <w:p w14:paraId="5C825493" w14:textId="77777777" w:rsidR="007E122E" w:rsidRPr="00D97086" w:rsidRDefault="007E122E"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227</w:t>
            </w:r>
          </w:p>
        </w:tc>
        <w:tc>
          <w:tcPr>
            <w:tcW w:w="1107" w:type="dxa"/>
            <w:tcBorders>
              <w:top w:val="nil"/>
              <w:left w:val="nil"/>
              <w:bottom w:val="single" w:sz="4" w:space="0" w:color="auto"/>
              <w:right w:val="single" w:sz="4" w:space="0" w:color="auto"/>
            </w:tcBorders>
            <w:noWrap/>
            <w:vAlign w:val="bottom"/>
            <w:hideMark/>
          </w:tcPr>
          <w:p w14:paraId="0EF372BB" w14:textId="77777777" w:rsidR="007E122E" w:rsidRPr="00D97086" w:rsidRDefault="007E122E"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1528</w:t>
            </w:r>
          </w:p>
        </w:tc>
      </w:tr>
      <w:tr w:rsidR="007E122E" w:rsidRPr="00D97086" w14:paraId="0F281C87" w14:textId="77777777" w:rsidTr="007E122E">
        <w:trPr>
          <w:trHeight w:val="264"/>
        </w:trPr>
        <w:tc>
          <w:tcPr>
            <w:tcW w:w="1937" w:type="dxa"/>
            <w:tcBorders>
              <w:top w:val="nil"/>
              <w:left w:val="single" w:sz="4" w:space="0" w:color="auto"/>
              <w:bottom w:val="single" w:sz="4" w:space="0" w:color="auto"/>
              <w:right w:val="single" w:sz="4" w:space="0" w:color="auto"/>
            </w:tcBorders>
            <w:noWrap/>
            <w:vAlign w:val="bottom"/>
            <w:hideMark/>
          </w:tcPr>
          <w:p w14:paraId="0D7244E0" w14:textId="77777777" w:rsidR="007E122E" w:rsidRPr="00D97086" w:rsidRDefault="007E122E" w:rsidP="007E122E">
            <w:pPr>
              <w:spacing w:after="0" w:line="240" w:lineRule="auto"/>
              <w:rPr>
                <w:rFonts w:ascii="Times New Roman" w:eastAsia="Times New Roman" w:hAnsi="Times New Roman" w:cs="Times New Roman"/>
                <w:color w:val="000000"/>
              </w:rPr>
            </w:pPr>
            <w:proofErr w:type="spellStart"/>
            <w:r w:rsidRPr="00D97086">
              <w:rPr>
                <w:rFonts w:ascii="Times New Roman" w:eastAsia="Times New Roman" w:hAnsi="Times New Roman" w:cs="Times New Roman"/>
                <w:color w:val="000000"/>
              </w:rPr>
              <w:t>Qukës</w:t>
            </w:r>
            <w:proofErr w:type="spellEnd"/>
          </w:p>
        </w:tc>
        <w:tc>
          <w:tcPr>
            <w:tcW w:w="1107" w:type="dxa"/>
            <w:tcBorders>
              <w:top w:val="nil"/>
              <w:left w:val="nil"/>
              <w:bottom w:val="single" w:sz="4" w:space="0" w:color="auto"/>
              <w:right w:val="single" w:sz="4" w:space="0" w:color="auto"/>
            </w:tcBorders>
            <w:noWrap/>
            <w:vAlign w:val="bottom"/>
            <w:hideMark/>
          </w:tcPr>
          <w:p w14:paraId="73C90A4E" w14:textId="77777777" w:rsidR="007E122E" w:rsidRPr="00D97086" w:rsidRDefault="007E122E"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602</w:t>
            </w:r>
          </w:p>
        </w:tc>
        <w:tc>
          <w:tcPr>
            <w:tcW w:w="1107" w:type="dxa"/>
            <w:tcBorders>
              <w:top w:val="nil"/>
              <w:left w:val="nil"/>
              <w:bottom w:val="single" w:sz="4" w:space="0" w:color="auto"/>
              <w:right w:val="single" w:sz="4" w:space="0" w:color="auto"/>
            </w:tcBorders>
            <w:noWrap/>
            <w:vAlign w:val="bottom"/>
            <w:hideMark/>
          </w:tcPr>
          <w:p w14:paraId="029D56BD" w14:textId="77777777" w:rsidR="007E122E" w:rsidRPr="00D97086" w:rsidRDefault="007E122E"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349</w:t>
            </w:r>
          </w:p>
        </w:tc>
        <w:tc>
          <w:tcPr>
            <w:tcW w:w="1653" w:type="dxa"/>
            <w:tcBorders>
              <w:top w:val="nil"/>
              <w:left w:val="nil"/>
              <w:bottom w:val="single" w:sz="4" w:space="0" w:color="auto"/>
              <w:right w:val="single" w:sz="4" w:space="0" w:color="auto"/>
            </w:tcBorders>
            <w:noWrap/>
            <w:vAlign w:val="bottom"/>
            <w:hideMark/>
          </w:tcPr>
          <w:p w14:paraId="691542A3" w14:textId="77777777" w:rsidR="007E122E" w:rsidRPr="00D97086" w:rsidRDefault="007E122E"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11</w:t>
            </w:r>
          </w:p>
        </w:tc>
        <w:tc>
          <w:tcPr>
            <w:tcW w:w="1891" w:type="dxa"/>
            <w:tcBorders>
              <w:top w:val="nil"/>
              <w:left w:val="nil"/>
              <w:bottom w:val="single" w:sz="4" w:space="0" w:color="auto"/>
              <w:right w:val="single" w:sz="4" w:space="0" w:color="auto"/>
            </w:tcBorders>
            <w:noWrap/>
            <w:vAlign w:val="bottom"/>
            <w:hideMark/>
          </w:tcPr>
          <w:p w14:paraId="6FAA46F9" w14:textId="77777777" w:rsidR="007E122E" w:rsidRPr="00D97086" w:rsidRDefault="007E122E"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77</w:t>
            </w:r>
          </w:p>
        </w:tc>
        <w:tc>
          <w:tcPr>
            <w:tcW w:w="1107" w:type="dxa"/>
            <w:tcBorders>
              <w:top w:val="nil"/>
              <w:left w:val="nil"/>
              <w:bottom w:val="single" w:sz="4" w:space="0" w:color="auto"/>
              <w:right w:val="single" w:sz="4" w:space="0" w:color="auto"/>
            </w:tcBorders>
            <w:noWrap/>
            <w:vAlign w:val="bottom"/>
            <w:hideMark/>
          </w:tcPr>
          <w:p w14:paraId="7271B48B" w14:textId="77777777" w:rsidR="007E122E" w:rsidRPr="00D97086" w:rsidRDefault="007E122E"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0</w:t>
            </w:r>
          </w:p>
        </w:tc>
      </w:tr>
      <w:tr w:rsidR="007E122E" w:rsidRPr="00D97086" w14:paraId="424AD628" w14:textId="77777777" w:rsidTr="007E122E">
        <w:trPr>
          <w:trHeight w:val="264"/>
        </w:trPr>
        <w:tc>
          <w:tcPr>
            <w:tcW w:w="1937" w:type="dxa"/>
            <w:tcBorders>
              <w:top w:val="nil"/>
              <w:left w:val="single" w:sz="4" w:space="0" w:color="auto"/>
              <w:bottom w:val="single" w:sz="4" w:space="0" w:color="auto"/>
              <w:right w:val="single" w:sz="4" w:space="0" w:color="auto"/>
            </w:tcBorders>
            <w:noWrap/>
            <w:vAlign w:val="bottom"/>
            <w:hideMark/>
          </w:tcPr>
          <w:p w14:paraId="10DB2D67" w14:textId="77777777" w:rsidR="007E122E" w:rsidRPr="00D97086" w:rsidRDefault="007E122E" w:rsidP="007E122E">
            <w:pPr>
              <w:spacing w:after="0" w:line="240" w:lineRule="auto"/>
              <w:rPr>
                <w:rFonts w:ascii="Times New Roman" w:eastAsia="Times New Roman" w:hAnsi="Times New Roman" w:cs="Times New Roman"/>
                <w:color w:val="000000"/>
              </w:rPr>
            </w:pPr>
            <w:proofErr w:type="spellStart"/>
            <w:r w:rsidRPr="00D97086">
              <w:rPr>
                <w:rFonts w:ascii="Times New Roman" w:eastAsia="Times New Roman" w:hAnsi="Times New Roman" w:cs="Times New Roman"/>
                <w:color w:val="000000"/>
              </w:rPr>
              <w:t>Rrajcë</w:t>
            </w:r>
            <w:proofErr w:type="spellEnd"/>
          </w:p>
        </w:tc>
        <w:tc>
          <w:tcPr>
            <w:tcW w:w="1107" w:type="dxa"/>
            <w:tcBorders>
              <w:top w:val="nil"/>
              <w:left w:val="nil"/>
              <w:bottom w:val="single" w:sz="4" w:space="0" w:color="auto"/>
              <w:right w:val="single" w:sz="4" w:space="0" w:color="auto"/>
            </w:tcBorders>
            <w:noWrap/>
            <w:vAlign w:val="bottom"/>
            <w:hideMark/>
          </w:tcPr>
          <w:p w14:paraId="43699166" w14:textId="77777777" w:rsidR="007E122E" w:rsidRPr="00D97086" w:rsidRDefault="007E122E"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650</w:t>
            </w:r>
          </w:p>
        </w:tc>
        <w:tc>
          <w:tcPr>
            <w:tcW w:w="1107" w:type="dxa"/>
            <w:tcBorders>
              <w:top w:val="nil"/>
              <w:left w:val="nil"/>
              <w:bottom w:val="single" w:sz="4" w:space="0" w:color="auto"/>
              <w:right w:val="single" w:sz="4" w:space="0" w:color="auto"/>
            </w:tcBorders>
            <w:noWrap/>
            <w:vAlign w:val="bottom"/>
            <w:hideMark/>
          </w:tcPr>
          <w:p w14:paraId="43FBCCBF" w14:textId="77777777" w:rsidR="007E122E" w:rsidRPr="00D97086" w:rsidRDefault="007E122E"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410</w:t>
            </w:r>
          </w:p>
        </w:tc>
        <w:tc>
          <w:tcPr>
            <w:tcW w:w="1653" w:type="dxa"/>
            <w:tcBorders>
              <w:top w:val="nil"/>
              <w:left w:val="nil"/>
              <w:bottom w:val="single" w:sz="4" w:space="0" w:color="auto"/>
              <w:right w:val="single" w:sz="4" w:space="0" w:color="auto"/>
            </w:tcBorders>
            <w:noWrap/>
            <w:vAlign w:val="bottom"/>
            <w:hideMark/>
          </w:tcPr>
          <w:p w14:paraId="2DEA9B4C" w14:textId="77777777" w:rsidR="007E122E" w:rsidRPr="00D97086" w:rsidRDefault="007E122E"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18</w:t>
            </w:r>
          </w:p>
        </w:tc>
        <w:tc>
          <w:tcPr>
            <w:tcW w:w="1891" w:type="dxa"/>
            <w:tcBorders>
              <w:top w:val="nil"/>
              <w:left w:val="nil"/>
              <w:bottom w:val="single" w:sz="4" w:space="0" w:color="auto"/>
              <w:right w:val="single" w:sz="4" w:space="0" w:color="auto"/>
            </w:tcBorders>
            <w:noWrap/>
            <w:vAlign w:val="bottom"/>
            <w:hideMark/>
          </w:tcPr>
          <w:p w14:paraId="1C547945" w14:textId="77777777" w:rsidR="007E122E" w:rsidRPr="00D97086" w:rsidRDefault="007E122E"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92</w:t>
            </w:r>
          </w:p>
        </w:tc>
        <w:tc>
          <w:tcPr>
            <w:tcW w:w="1107" w:type="dxa"/>
            <w:tcBorders>
              <w:top w:val="nil"/>
              <w:left w:val="nil"/>
              <w:bottom w:val="single" w:sz="4" w:space="0" w:color="auto"/>
              <w:right w:val="single" w:sz="4" w:space="0" w:color="auto"/>
            </w:tcBorders>
            <w:noWrap/>
            <w:vAlign w:val="bottom"/>
            <w:hideMark/>
          </w:tcPr>
          <w:p w14:paraId="6FBD0A8E" w14:textId="77777777" w:rsidR="007E122E" w:rsidRPr="00D97086" w:rsidRDefault="007E122E"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0</w:t>
            </w:r>
          </w:p>
        </w:tc>
      </w:tr>
      <w:tr w:rsidR="007E122E" w:rsidRPr="00D97086" w14:paraId="50447747" w14:textId="77777777" w:rsidTr="007E122E">
        <w:trPr>
          <w:trHeight w:val="264"/>
        </w:trPr>
        <w:tc>
          <w:tcPr>
            <w:tcW w:w="1937" w:type="dxa"/>
            <w:tcBorders>
              <w:top w:val="nil"/>
              <w:left w:val="single" w:sz="4" w:space="0" w:color="auto"/>
              <w:bottom w:val="single" w:sz="4" w:space="0" w:color="auto"/>
              <w:right w:val="single" w:sz="4" w:space="0" w:color="auto"/>
            </w:tcBorders>
            <w:noWrap/>
            <w:vAlign w:val="bottom"/>
            <w:hideMark/>
          </w:tcPr>
          <w:p w14:paraId="4C069E03" w14:textId="77777777" w:rsidR="007E122E" w:rsidRPr="00D97086" w:rsidRDefault="007E122E" w:rsidP="007E122E">
            <w:pPr>
              <w:spacing w:after="0" w:line="240" w:lineRule="auto"/>
              <w:rPr>
                <w:rFonts w:ascii="Times New Roman" w:eastAsia="Times New Roman" w:hAnsi="Times New Roman" w:cs="Times New Roman"/>
                <w:color w:val="000000"/>
              </w:rPr>
            </w:pPr>
            <w:proofErr w:type="spellStart"/>
            <w:r w:rsidRPr="00D97086">
              <w:rPr>
                <w:rFonts w:ascii="Times New Roman" w:eastAsia="Times New Roman" w:hAnsi="Times New Roman" w:cs="Times New Roman"/>
                <w:color w:val="000000"/>
              </w:rPr>
              <w:t>Stravaj</w:t>
            </w:r>
            <w:proofErr w:type="spellEnd"/>
          </w:p>
        </w:tc>
        <w:tc>
          <w:tcPr>
            <w:tcW w:w="1107" w:type="dxa"/>
            <w:tcBorders>
              <w:top w:val="nil"/>
              <w:left w:val="nil"/>
              <w:bottom w:val="single" w:sz="4" w:space="0" w:color="auto"/>
              <w:right w:val="single" w:sz="4" w:space="0" w:color="auto"/>
            </w:tcBorders>
            <w:noWrap/>
            <w:vAlign w:val="bottom"/>
            <w:hideMark/>
          </w:tcPr>
          <w:p w14:paraId="34E8BEFE" w14:textId="77777777" w:rsidR="007E122E" w:rsidRPr="00D97086" w:rsidRDefault="007E122E"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244</w:t>
            </w:r>
          </w:p>
        </w:tc>
        <w:tc>
          <w:tcPr>
            <w:tcW w:w="1107" w:type="dxa"/>
            <w:tcBorders>
              <w:top w:val="nil"/>
              <w:left w:val="nil"/>
              <w:bottom w:val="single" w:sz="4" w:space="0" w:color="auto"/>
              <w:right w:val="single" w:sz="4" w:space="0" w:color="auto"/>
            </w:tcBorders>
            <w:noWrap/>
            <w:vAlign w:val="bottom"/>
            <w:hideMark/>
          </w:tcPr>
          <w:p w14:paraId="5FF3F14F" w14:textId="77777777" w:rsidR="007E122E" w:rsidRPr="00D97086" w:rsidRDefault="007E122E"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290</w:t>
            </w:r>
          </w:p>
        </w:tc>
        <w:tc>
          <w:tcPr>
            <w:tcW w:w="1653" w:type="dxa"/>
            <w:tcBorders>
              <w:top w:val="nil"/>
              <w:left w:val="nil"/>
              <w:bottom w:val="single" w:sz="4" w:space="0" w:color="auto"/>
              <w:right w:val="single" w:sz="4" w:space="0" w:color="auto"/>
            </w:tcBorders>
            <w:noWrap/>
            <w:vAlign w:val="bottom"/>
            <w:hideMark/>
          </w:tcPr>
          <w:p w14:paraId="2C7D5824" w14:textId="77777777" w:rsidR="007E122E" w:rsidRPr="00D97086" w:rsidRDefault="007E122E"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0</w:t>
            </w:r>
          </w:p>
        </w:tc>
        <w:tc>
          <w:tcPr>
            <w:tcW w:w="1891" w:type="dxa"/>
            <w:tcBorders>
              <w:top w:val="nil"/>
              <w:left w:val="nil"/>
              <w:bottom w:val="single" w:sz="4" w:space="0" w:color="auto"/>
              <w:right w:val="single" w:sz="4" w:space="0" w:color="auto"/>
            </w:tcBorders>
            <w:noWrap/>
            <w:vAlign w:val="bottom"/>
            <w:hideMark/>
          </w:tcPr>
          <w:p w14:paraId="5FAB1AE4" w14:textId="77777777" w:rsidR="007E122E" w:rsidRPr="00D97086" w:rsidRDefault="007E122E"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39</w:t>
            </w:r>
          </w:p>
        </w:tc>
        <w:tc>
          <w:tcPr>
            <w:tcW w:w="1107" w:type="dxa"/>
            <w:tcBorders>
              <w:top w:val="nil"/>
              <w:left w:val="nil"/>
              <w:bottom w:val="single" w:sz="4" w:space="0" w:color="auto"/>
              <w:right w:val="single" w:sz="4" w:space="0" w:color="auto"/>
            </w:tcBorders>
            <w:noWrap/>
            <w:vAlign w:val="bottom"/>
            <w:hideMark/>
          </w:tcPr>
          <w:p w14:paraId="42339769" w14:textId="77777777" w:rsidR="007E122E" w:rsidRPr="00D97086" w:rsidRDefault="007E122E" w:rsidP="007E122E">
            <w:pPr>
              <w:spacing w:after="0" w:line="240" w:lineRule="auto"/>
              <w:jc w:val="right"/>
              <w:rPr>
                <w:rFonts w:ascii="Times New Roman" w:eastAsia="Times New Roman" w:hAnsi="Times New Roman" w:cs="Times New Roman"/>
                <w:color w:val="000000"/>
              </w:rPr>
            </w:pPr>
            <w:r w:rsidRPr="00D97086">
              <w:rPr>
                <w:rFonts w:ascii="Times New Roman" w:eastAsia="Times New Roman" w:hAnsi="Times New Roman" w:cs="Times New Roman"/>
                <w:color w:val="000000"/>
              </w:rPr>
              <w:t>0</w:t>
            </w:r>
          </w:p>
        </w:tc>
      </w:tr>
    </w:tbl>
    <w:p w14:paraId="6DA0BA5A" w14:textId="77777777" w:rsidR="002706E6" w:rsidRPr="00D97086" w:rsidRDefault="002706E6" w:rsidP="002706E6">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Burimi</w:t>
      </w:r>
      <w:proofErr w:type="spellEnd"/>
      <w:r w:rsidRPr="00D97086">
        <w:rPr>
          <w:rFonts w:ascii="Times New Roman" w:hAnsi="Times New Roman" w:cs="Times New Roman"/>
          <w:sz w:val="24"/>
          <w:szCs w:val="24"/>
        </w:rPr>
        <w:t xml:space="preserve">: Bashkia </w:t>
      </w:r>
      <w:proofErr w:type="spellStart"/>
      <w:r w:rsidRPr="00D97086">
        <w:rPr>
          <w:rFonts w:ascii="Times New Roman" w:hAnsi="Times New Roman" w:cs="Times New Roman"/>
          <w:sz w:val="24"/>
          <w:szCs w:val="24"/>
        </w:rPr>
        <w:t>Prrenjas</w:t>
      </w:r>
      <w:proofErr w:type="spellEnd"/>
    </w:p>
    <w:p w14:paraId="4A1A0D8C" w14:textId="77777777" w:rsidR="00BF4B31" w:rsidRPr="005B1542" w:rsidRDefault="002706E6" w:rsidP="00B06CA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 xml:space="preserve">Tabela 3.8: </w:t>
      </w:r>
      <w:r w:rsidR="00BF4B31" w:rsidRPr="005B1542">
        <w:rPr>
          <w:rFonts w:ascii="Times New Roman" w:hAnsi="Times New Roman" w:cs="Times New Roman"/>
          <w:sz w:val="24"/>
          <w:szCs w:val="24"/>
          <w:lang w:val="it-IT"/>
        </w:rPr>
        <w:t>Kategori ne nevoje perfitues te skemave te strehimit</w:t>
      </w:r>
    </w:p>
    <w:tbl>
      <w:tblPr>
        <w:tblStyle w:val="TableGrid"/>
        <w:tblW w:w="8894" w:type="dxa"/>
        <w:tblLook w:val="04A0" w:firstRow="1" w:lastRow="0" w:firstColumn="1" w:lastColumn="0" w:noHBand="0" w:noVBand="1"/>
      </w:tblPr>
      <w:tblGrid>
        <w:gridCol w:w="1070"/>
        <w:gridCol w:w="4614"/>
        <w:gridCol w:w="1070"/>
        <w:gridCol w:w="1070"/>
        <w:gridCol w:w="1070"/>
      </w:tblGrid>
      <w:tr w:rsidR="00BF4B31" w:rsidRPr="00D97086" w14:paraId="3AE81CD5" w14:textId="77777777" w:rsidTr="00FC26B4">
        <w:trPr>
          <w:trHeight w:val="306"/>
        </w:trPr>
        <w:tc>
          <w:tcPr>
            <w:tcW w:w="1070" w:type="dxa"/>
            <w:shd w:val="clear" w:color="auto" w:fill="EAF1DD" w:themeFill="accent3" w:themeFillTint="33"/>
            <w:noWrap/>
            <w:hideMark/>
          </w:tcPr>
          <w:p w14:paraId="6486A1A1" w14:textId="77777777" w:rsidR="00BF4B31" w:rsidRPr="00D97086" w:rsidRDefault="00BF4B31" w:rsidP="00FC26B4">
            <w:pPr>
              <w:jc w:val="center"/>
              <w:rPr>
                <w:rFonts w:ascii="Times New Roman" w:hAnsi="Times New Roman" w:cs="Times New Roman"/>
                <w:sz w:val="28"/>
                <w:szCs w:val="28"/>
              </w:rPr>
            </w:pPr>
            <w:r w:rsidRPr="00D97086">
              <w:rPr>
                <w:rFonts w:ascii="Times New Roman" w:hAnsi="Times New Roman" w:cs="Times New Roman"/>
                <w:sz w:val="28"/>
                <w:szCs w:val="28"/>
              </w:rPr>
              <w:lastRenderedPageBreak/>
              <w:t>Nr</w:t>
            </w:r>
          </w:p>
        </w:tc>
        <w:tc>
          <w:tcPr>
            <w:tcW w:w="4614" w:type="dxa"/>
            <w:shd w:val="clear" w:color="auto" w:fill="EAF1DD" w:themeFill="accent3" w:themeFillTint="33"/>
            <w:noWrap/>
            <w:hideMark/>
          </w:tcPr>
          <w:p w14:paraId="1BF37B4D" w14:textId="77777777" w:rsidR="00BF4B31" w:rsidRPr="00D97086" w:rsidRDefault="00BF4B31" w:rsidP="00FC26B4">
            <w:pPr>
              <w:jc w:val="center"/>
              <w:rPr>
                <w:rFonts w:ascii="Times New Roman" w:hAnsi="Times New Roman" w:cs="Times New Roman"/>
                <w:sz w:val="28"/>
                <w:szCs w:val="28"/>
              </w:rPr>
            </w:pPr>
            <w:proofErr w:type="spellStart"/>
            <w:r w:rsidRPr="00D97086">
              <w:rPr>
                <w:rFonts w:ascii="Times New Roman" w:hAnsi="Times New Roman" w:cs="Times New Roman"/>
                <w:sz w:val="28"/>
                <w:szCs w:val="28"/>
              </w:rPr>
              <w:t>Kategorite</w:t>
            </w:r>
            <w:proofErr w:type="spellEnd"/>
          </w:p>
        </w:tc>
        <w:tc>
          <w:tcPr>
            <w:tcW w:w="1070" w:type="dxa"/>
            <w:shd w:val="clear" w:color="auto" w:fill="EAF1DD" w:themeFill="accent3" w:themeFillTint="33"/>
            <w:noWrap/>
            <w:hideMark/>
          </w:tcPr>
          <w:p w14:paraId="66CDFC55" w14:textId="77777777" w:rsidR="00BF4B31" w:rsidRPr="00D97086" w:rsidRDefault="00BF4B31" w:rsidP="00FC26B4">
            <w:pPr>
              <w:jc w:val="center"/>
              <w:rPr>
                <w:rFonts w:ascii="Times New Roman" w:hAnsi="Times New Roman" w:cs="Times New Roman"/>
                <w:sz w:val="28"/>
                <w:szCs w:val="28"/>
              </w:rPr>
            </w:pPr>
            <w:r w:rsidRPr="00D97086">
              <w:rPr>
                <w:rFonts w:ascii="Times New Roman" w:hAnsi="Times New Roman" w:cs="Times New Roman"/>
                <w:sz w:val="28"/>
                <w:szCs w:val="28"/>
              </w:rPr>
              <w:t>Viti 2022</w:t>
            </w:r>
          </w:p>
        </w:tc>
        <w:tc>
          <w:tcPr>
            <w:tcW w:w="1070" w:type="dxa"/>
            <w:shd w:val="clear" w:color="auto" w:fill="EAF1DD" w:themeFill="accent3" w:themeFillTint="33"/>
            <w:noWrap/>
            <w:hideMark/>
          </w:tcPr>
          <w:p w14:paraId="07562E09" w14:textId="77777777" w:rsidR="00BF4B31" w:rsidRPr="00D97086" w:rsidRDefault="00BF4B31" w:rsidP="00FC26B4">
            <w:pPr>
              <w:jc w:val="center"/>
              <w:rPr>
                <w:rFonts w:ascii="Times New Roman" w:hAnsi="Times New Roman" w:cs="Times New Roman"/>
                <w:sz w:val="28"/>
                <w:szCs w:val="28"/>
              </w:rPr>
            </w:pPr>
            <w:r w:rsidRPr="00D97086">
              <w:rPr>
                <w:rFonts w:ascii="Times New Roman" w:hAnsi="Times New Roman" w:cs="Times New Roman"/>
                <w:sz w:val="28"/>
                <w:szCs w:val="28"/>
              </w:rPr>
              <w:t>Viti 2023</w:t>
            </w:r>
          </w:p>
        </w:tc>
        <w:tc>
          <w:tcPr>
            <w:tcW w:w="1070" w:type="dxa"/>
            <w:shd w:val="clear" w:color="auto" w:fill="EAF1DD" w:themeFill="accent3" w:themeFillTint="33"/>
            <w:noWrap/>
            <w:hideMark/>
          </w:tcPr>
          <w:p w14:paraId="1030CAFE" w14:textId="77777777" w:rsidR="00BF4B31" w:rsidRPr="00D97086" w:rsidRDefault="00BF4B31" w:rsidP="00FC26B4">
            <w:pPr>
              <w:jc w:val="center"/>
              <w:rPr>
                <w:rFonts w:ascii="Times New Roman" w:hAnsi="Times New Roman" w:cs="Times New Roman"/>
                <w:sz w:val="28"/>
                <w:szCs w:val="28"/>
              </w:rPr>
            </w:pPr>
            <w:r w:rsidRPr="00D97086">
              <w:rPr>
                <w:rFonts w:ascii="Times New Roman" w:hAnsi="Times New Roman" w:cs="Times New Roman"/>
                <w:sz w:val="28"/>
                <w:szCs w:val="28"/>
              </w:rPr>
              <w:t>Viti 2024</w:t>
            </w:r>
          </w:p>
        </w:tc>
      </w:tr>
      <w:tr w:rsidR="00BF4B31" w:rsidRPr="00D97086" w14:paraId="77E3C5C2" w14:textId="77777777" w:rsidTr="00BF4B31">
        <w:trPr>
          <w:trHeight w:val="306"/>
        </w:trPr>
        <w:tc>
          <w:tcPr>
            <w:tcW w:w="1070" w:type="dxa"/>
            <w:noWrap/>
            <w:hideMark/>
          </w:tcPr>
          <w:p w14:paraId="75A6F7CF"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1</w:t>
            </w:r>
          </w:p>
        </w:tc>
        <w:tc>
          <w:tcPr>
            <w:tcW w:w="4614" w:type="dxa"/>
            <w:noWrap/>
            <w:hideMark/>
          </w:tcPr>
          <w:p w14:paraId="217DB7A3" w14:textId="77777777" w:rsidR="00BF4B31" w:rsidRPr="00D97086" w:rsidRDefault="00BF4B31" w:rsidP="00BF4B31">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Familje</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anetar</w:t>
            </w:r>
            <w:proofErr w:type="spellEnd"/>
            <w:r w:rsidRPr="00D97086">
              <w:rPr>
                <w:rFonts w:ascii="Times New Roman" w:hAnsi="Times New Roman" w:cs="Times New Roman"/>
                <w:sz w:val="24"/>
                <w:szCs w:val="24"/>
              </w:rPr>
              <w:t xml:space="preserve"> invalid </w:t>
            </w:r>
          </w:p>
        </w:tc>
        <w:tc>
          <w:tcPr>
            <w:tcW w:w="1070" w:type="dxa"/>
            <w:noWrap/>
            <w:hideMark/>
          </w:tcPr>
          <w:p w14:paraId="6EFAB05E"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8</w:t>
            </w:r>
          </w:p>
        </w:tc>
        <w:tc>
          <w:tcPr>
            <w:tcW w:w="1070" w:type="dxa"/>
            <w:noWrap/>
            <w:hideMark/>
          </w:tcPr>
          <w:p w14:paraId="224D0348"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11</w:t>
            </w:r>
          </w:p>
        </w:tc>
        <w:tc>
          <w:tcPr>
            <w:tcW w:w="1070" w:type="dxa"/>
            <w:noWrap/>
            <w:hideMark/>
          </w:tcPr>
          <w:p w14:paraId="7F83A1D1"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4</w:t>
            </w:r>
          </w:p>
        </w:tc>
      </w:tr>
      <w:tr w:rsidR="00BF4B31" w:rsidRPr="00D97086" w14:paraId="51605696" w14:textId="77777777" w:rsidTr="00BF4B31">
        <w:trPr>
          <w:trHeight w:val="306"/>
        </w:trPr>
        <w:tc>
          <w:tcPr>
            <w:tcW w:w="1070" w:type="dxa"/>
            <w:noWrap/>
            <w:hideMark/>
          </w:tcPr>
          <w:p w14:paraId="7826A6F9"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2</w:t>
            </w:r>
          </w:p>
        </w:tc>
        <w:tc>
          <w:tcPr>
            <w:tcW w:w="4614" w:type="dxa"/>
            <w:noWrap/>
            <w:hideMark/>
          </w:tcPr>
          <w:p w14:paraId="7DE09644" w14:textId="77777777" w:rsidR="00BF4B31" w:rsidRPr="00D97086" w:rsidRDefault="00BF4B31" w:rsidP="00BF4B31">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Familje</w:t>
            </w:r>
            <w:proofErr w:type="spellEnd"/>
            <w:r w:rsidRPr="00D97086">
              <w:rPr>
                <w:rFonts w:ascii="Times New Roman" w:hAnsi="Times New Roman" w:cs="Times New Roman"/>
                <w:sz w:val="24"/>
                <w:szCs w:val="24"/>
              </w:rPr>
              <w:t xml:space="preserve"> ne </w:t>
            </w:r>
            <w:proofErr w:type="spellStart"/>
            <w:r w:rsidRPr="00D97086">
              <w:rPr>
                <w:rFonts w:ascii="Times New Roman" w:hAnsi="Times New Roman" w:cs="Times New Roman"/>
                <w:sz w:val="24"/>
                <w:szCs w:val="24"/>
              </w:rPr>
              <w:t>Ndihme</w:t>
            </w:r>
            <w:proofErr w:type="spellEnd"/>
            <w:r w:rsidRPr="00D97086">
              <w:rPr>
                <w:rFonts w:ascii="Times New Roman" w:hAnsi="Times New Roman" w:cs="Times New Roman"/>
                <w:sz w:val="24"/>
                <w:szCs w:val="24"/>
              </w:rPr>
              <w:t xml:space="preserve"> Ekonomike</w:t>
            </w:r>
          </w:p>
        </w:tc>
        <w:tc>
          <w:tcPr>
            <w:tcW w:w="1070" w:type="dxa"/>
            <w:noWrap/>
            <w:hideMark/>
          </w:tcPr>
          <w:p w14:paraId="2BF199A1"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41</w:t>
            </w:r>
          </w:p>
        </w:tc>
        <w:tc>
          <w:tcPr>
            <w:tcW w:w="1070" w:type="dxa"/>
            <w:noWrap/>
            <w:hideMark/>
          </w:tcPr>
          <w:p w14:paraId="6E9F70C1"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34</w:t>
            </w:r>
          </w:p>
        </w:tc>
        <w:tc>
          <w:tcPr>
            <w:tcW w:w="1070" w:type="dxa"/>
            <w:noWrap/>
            <w:hideMark/>
          </w:tcPr>
          <w:p w14:paraId="75B58FF3"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14</w:t>
            </w:r>
          </w:p>
        </w:tc>
      </w:tr>
      <w:tr w:rsidR="00BF4B31" w:rsidRPr="00D97086" w14:paraId="12A0EE70" w14:textId="77777777" w:rsidTr="00BF4B31">
        <w:trPr>
          <w:trHeight w:val="306"/>
        </w:trPr>
        <w:tc>
          <w:tcPr>
            <w:tcW w:w="1070" w:type="dxa"/>
            <w:noWrap/>
            <w:hideMark/>
          </w:tcPr>
          <w:p w14:paraId="77E69553"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3</w:t>
            </w:r>
          </w:p>
        </w:tc>
        <w:tc>
          <w:tcPr>
            <w:tcW w:w="4614" w:type="dxa"/>
            <w:noWrap/>
            <w:hideMark/>
          </w:tcPr>
          <w:p w14:paraId="63FB9360" w14:textId="77777777" w:rsidR="00BF4B31" w:rsidRPr="00D97086" w:rsidRDefault="00BF4B31" w:rsidP="00BF4B31">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Familje</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kryefamiljare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gra</w:t>
            </w:r>
            <w:proofErr w:type="spellEnd"/>
            <w:r w:rsidRPr="00D97086">
              <w:rPr>
                <w:rFonts w:ascii="Times New Roman" w:hAnsi="Times New Roman" w:cs="Times New Roman"/>
                <w:sz w:val="24"/>
                <w:szCs w:val="24"/>
              </w:rPr>
              <w:t xml:space="preserve"> </w:t>
            </w:r>
          </w:p>
        </w:tc>
        <w:tc>
          <w:tcPr>
            <w:tcW w:w="1070" w:type="dxa"/>
            <w:noWrap/>
            <w:hideMark/>
          </w:tcPr>
          <w:p w14:paraId="4551BE63"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11</w:t>
            </w:r>
          </w:p>
        </w:tc>
        <w:tc>
          <w:tcPr>
            <w:tcW w:w="1070" w:type="dxa"/>
            <w:noWrap/>
            <w:hideMark/>
          </w:tcPr>
          <w:p w14:paraId="6C01C71C"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15</w:t>
            </w:r>
          </w:p>
        </w:tc>
        <w:tc>
          <w:tcPr>
            <w:tcW w:w="1070" w:type="dxa"/>
            <w:noWrap/>
            <w:hideMark/>
          </w:tcPr>
          <w:p w14:paraId="1B4073A3"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7</w:t>
            </w:r>
          </w:p>
        </w:tc>
      </w:tr>
      <w:tr w:rsidR="00BF4B31" w:rsidRPr="00D97086" w14:paraId="6A0A066E" w14:textId="77777777" w:rsidTr="00BF4B31">
        <w:trPr>
          <w:trHeight w:val="306"/>
        </w:trPr>
        <w:tc>
          <w:tcPr>
            <w:tcW w:w="1070" w:type="dxa"/>
            <w:noWrap/>
            <w:hideMark/>
          </w:tcPr>
          <w:p w14:paraId="42E7F755"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4</w:t>
            </w:r>
          </w:p>
        </w:tc>
        <w:tc>
          <w:tcPr>
            <w:tcW w:w="4614" w:type="dxa"/>
            <w:noWrap/>
            <w:hideMark/>
          </w:tcPr>
          <w:p w14:paraId="58085E01" w14:textId="77777777" w:rsidR="00BF4B31" w:rsidRPr="00D97086" w:rsidRDefault="00BF4B31" w:rsidP="00BF4B31">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Familje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njeprinderore</w:t>
            </w:r>
            <w:proofErr w:type="spellEnd"/>
            <w:r w:rsidRPr="00D97086">
              <w:rPr>
                <w:rFonts w:ascii="Times New Roman" w:hAnsi="Times New Roman" w:cs="Times New Roman"/>
                <w:sz w:val="24"/>
                <w:szCs w:val="24"/>
              </w:rPr>
              <w:t xml:space="preserve"> </w:t>
            </w:r>
          </w:p>
        </w:tc>
        <w:tc>
          <w:tcPr>
            <w:tcW w:w="1070" w:type="dxa"/>
            <w:noWrap/>
            <w:hideMark/>
          </w:tcPr>
          <w:p w14:paraId="540B3C4E"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0</w:t>
            </w:r>
          </w:p>
        </w:tc>
        <w:tc>
          <w:tcPr>
            <w:tcW w:w="1070" w:type="dxa"/>
            <w:noWrap/>
            <w:hideMark/>
          </w:tcPr>
          <w:p w14:paraId="4E156469"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0</w:t>
            </w:r>
          </w:p>
        </w:tc>
        <w:tc>
          <w:tcPr>
            <w:tcW w:w="1070" w:type="dxa"/>
            <w:noWrap/>
            <w:hideMark/>
          </w:tcPr>
          <w:p w14:paraId="25B9F573"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1</w:t>
            </w:r>
          </w:p>
        </w:tc>
      </w:tr>
      <w:tr w:rsidR="00BF4B31" w:rsidRPr="00D97086" w14:paraId="07C37C51" w14:textId="77777777" w:rsidTr="00BF4B31">
        <w:trPr>
          <w:trHeight w:val="306"/>
        </w:trPr>
        <w:tc>
          <w:tcPr>
            <w:tcW w:w="1070" w:type="dxa"/>
            <w:noWrap/>
            <w:hideMark/>
          </w:tcPr>
          <w:p w14:paraId="1DA59902"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5</w:t>
            </w:r>
          </w:p>
        </w:tc>
        <w:tc>
          <w:tcPr>
            <w:tcW w:w="4614" w:type="dxa"/>
            <w:noWrap/>
            <w:hideMark/>
          </w:tcPr>
          <w:p w14:paraId="74EB9C8B" w14:textId="77777777" w:rsidR="00BF4B31" w:rsidRPr="00D97086" w:rsidRDefault="00BF4B31" w:rsidP="00BF4B31">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Familje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komunitetit</w:t>
            </w:r>
            <w:proofErr w:type="spellEnd"/>
            <w:r w:rsidRPr="00D97086">
              <w:rPr>
                <w:rFonts w:ascii="Times New Roman" w:hAnsi="Times New Roman" w:cs="Times New Roman"/>
                <w:sz w:val="24"/>
                <w:szCs w:val="24"/>
              </w:rPr>
              <w:t xml:space="preserve"> Rom/</w:t>
            </w:r>
            <w:proofErr w:type="spellStart"/>
            <w:r w:rsidRPr="00D97086">
              <w:rPr>
                <w:rFonts w:ascii="Times New Roman" w:hAnsi="Times New Roman" w:cs="Times New Roman"/>
                <w:sz w:val="24"/>
                <w:szCs w:val="24"/>
              </w:rPr>
              <w:t>Egjiptjan</w:t>
            </w:r>
            <w:proofErr w:type="spellEnd"/>
          </w:p>
        </w:tc>
        <w:tc>
          <w:tcPr>
            <w:tcW w:w="1070" w:type="dxa"/>
            <w:noWrap/>
            <w:hideMark/>
          </w:tcPr>
          <w:p w14:paraId="0DE170E4"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14</w:t>
            </w:r>
          </w:p>
        </w:tc>
        <w:tc>
          <w:tcPr>
            <w:tcW w:w="1070" w:type="dxa"/>
            <w:noWrap/>
            <w:hideMark/>
          </w:tcPr>
          <w:p w14:paraId="1CB49FFD"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8</w:t>
            </w:r>
          </w:p>
        </w:tc>
        <w:tc>
          <w:tcPr>
            <w:tcW w:w="1070" w:type="dxa"/>
            <w:noWrap/>
            <w:hideMark/>
          </w:tcPr>
          <w:p w14:paraId="586A797C"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3</w:t>
            </w:r>
          </w:p>
        </w:tc>
      </w:tr>
      <w:tr w:rsidR="00BF4B31" w:rsidRPr="00D97086" w14:paraId="37B83BF8" w14:textId="77777777" w:rsidTr="00BF4B31">
        <w:trPr>
          <w:trHeight w:val="306"/>
        </w:trPr>
        <w:tc>
          <w:tcPr>
            <w:tcW w:w="1070" w:type="dxa"/>
            <w:noWrap/>
            <w:hideMark/>
          </w:tcPr>
          <w:p w14:paraId="7184E2F9"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6</w:t>
            </w:r>
          </w:p>
        </w:tc>
        <w:tc>
          <w:tcPr>
            <w:tcW w:w="4614" w:type="dxa"/>
            <w:noWrap/>
            <w:hideMark/>
          </w:tcPr>
          <w:p w14:paraId="12046977" w14:textId="77777777" w:rsidR="00BF4B31" w:rsidRPr="005B1542" w:rsidRDefault="00BF4B31" w:rsidP="00BF4B31">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Familje te kthyera  nga emigrimi</w:t>
            </w:r>
          </w:p>
        </w:tc>
        <w:tc>
          <w:tcPr>
            <w:tcW w:w="1070" w:type="dxa"/>
            <w:noWrap/>
            <w:hideMark/>
          </w:tcPr>
          <w:p w14:paraId="4E4EA936"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1</w:t>
            </w:r>
          </w:p>
        </w:tc>
        <w:tc>
          <w:tcPr>
            <w:tcW w:w="1070" w:type="dxa"/>
            <w:noWrap/>
            <w:hideMark/>
          </w:tcPr>
          <w:p w14:paraId="3ABE5230"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0</w:t>
            </w:r>
          </w:p>
        </w:tc>
        <w:tc>
          <w:tcPr>
            <w:tcW w:w="1070" w:type="dxa"/>
            <w:noWrap/>
            <w:hideMark/>
          </w:tcPr>
          <w:p w14:paraId="3263BF8C"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1</w:t>
            </w:r>
          </w:p>
        </w:tc>
      </w:tr>
      <w:tr w:rsidR="00BF4B31" w:rsidRPr="00D97086" w14:paraId="45AFB188" w14:textId="77777777" w:rsidTr="00BF4B31">
        <w:trPr>
          <w:trHeight w:val="306"/>
        </w:trPr>
        <w:tc>
          <w:tcPr>
            <w:tcW w:w="1070" w:type="dxa"/>
            <w:noWrap/>
            <w:hideMark/>
          </w:tcPr>
          <w:p w14:paraId="31E17854"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7</w:t>
            </w:r>
          </w:p>
        </w:tc>
        <w:tc>
          <w:tcPr>
            <w:tcW w:w="4614" w:type="dxa"/>
            <w:noWrap/>
            <w:hideMark/>
          </w:tcPr>
          <w:p w14:paraId="31D20330" w14:textId="77777777" w:rsidR="00BF4B31" w:rsidRPr="005B1542" w:rsidRDefault="00BF4B31" w:rsidP="00BF4B31">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 xml:space="preserve">viktima te dhunes ne Familje </w:t>
            </w:r>
          </w:p>
        </w:tc>
        <w:tc>
          <w:tcPr>
            <w:tcW w:w="1070" w:type="dxa"/>
            <w:noWrap/>
            <w:hideMark/>
          </w:tcPr>
          <w:p w14:paraId="60D105A7"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8</w:t>
            </w:r>
          </w:p>
        </w:tc>
        <w:tc>
          <w:tcPr>
            <w:tcW w:w="1070" w:type="dxa"/>
            <w:noWrap/>
            <w:hideMark/>
          </w:tcPr>
          <w:p w14:paraId="4DD2C0DE"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8</w:t>
            </w:r>
          </w:p>
        </w:tc>
        <w:tc>
          <w:tcPr>
            <w:tcW w:w="1070" w:type="dxa"/>
            <w:noWrap/>
            <w:hideMark/>
          </w:tcPr>
          <w:p w14:paraId="293DDF63"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8</w:t>
            </w:r>
          </w:p>
        </w:tc>
      </w:tr>
      <w:tr w:rsidR="00BF4B31" w:rsidRPr="00D97086" w14:paraId="50B786BE" w14:textId="77777777" w:rsidTr="00BF4B31">
        <w:trPr>
          <w:trHeight w:val="306"/>
        </w:trPr>
        <w:tc>
          <w:tcPr>
            <w:tcW w:w="1070" w:type="dxa"/>
            <w:noWrap/>
            <w:hideMark/>
          </w:tcPr>
          <w:p w14:paraId="003A7CB6"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8</w:t>
            </w:r>
          </w:p>
        </w:tc>
        <w:tc>
          <w:tcPr>
            <w:tcW w:w="4614" w:type="dxa"/>
            <w:noWrap/>
            <w:hideMark/>
          </w:tcPr>
          <w:p w14:paraId="5ECEFE79" w14:textId="77777777" w:rsidR="00BF4B31" w:rsidRPr="00D97086" w:rsidRDefault="00BF4B31" w:rsidP="00BF4B31">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Familje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reja</w:t>
            </w:r>
            <w:proofErr w:type="spellEnd"/>
            <w:r w:rsidRPr="00D97086">
              <w:rPr>
                <w:rFonts w:ascii="Times New Roman" w:hAnsi="Times New Roman" w:cs="Times New Roman"/>
                <w:sz w:val="24"/>
                <w:szCs w:val="24"/>
              </w:rPr>
              <w:t xml:space="preserve"> </w:t>
            </w:r>
          </w:p>
        </w:tc>
        <w:tc>
          <w:tcPr>
            <w:tcW w:w="1070" w:type="dxa"/>
            <w:noWrap/>
            <w:hideMark/>
          </w:tcPr>
          <w:p w14:paraId="4605562E"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6</w:t>
            </w:r>
          </w:p>
        </w:tc>
        <w:tc>
          <w:tcPr>
            <w:tcW w:w="1070" w:type="dxa"/>
            <w:noWrap/>
            <w:hideMark/>
          </w:tcPr>
          <w:p w14:paraId="55C7EBFD"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0</w:t>
            </w:r>
          </w:p>
        </w:tc>
        <w:tc>
          <w:tcPr>
            <w:tcW w:w="1070" w:type="dxa"/>
            <w:noWrap/>
            <w:hideMark/>
          </w:tcPr>
          <w:p w14:paraId="71B53B79"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0</w:t>
            </w:r>
          </w:p>
        </w:tc>
      </w:tr>
      <w:tr w:rsidR="00BF4B31" w:rsidRPr="00D97086" w14:paraId="640099AB" w14:textId="77777777" w:rsidTr="00BF4B31">
        <w:trPr>
          <w:trHeight w:val="306"/>
        </w:trPr>
        <w:tc>
          <w:tcPr>
            <w:tcW w:w="1070" w:type="dxa"/>
            <w:noWrap/>
            <w:hideMark/>
          </w:tcPr>
          <w:p w14:paraId="2BB9158B"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9</w:t>
            </w:r>
          </w:p>
        </w:tc>
        <w:tc>
          <w:tcPr>
            <w:tcW w:w="4614" w:type="dxa"/>
            <w:noWrap/>
            <w:hideMark/>
          </w:tcPr>
          <w:p w14:paraId="767C4C43" w14:textId="77777777" w:rsidR="00BF4B31" w:rsidRPr="00D97086" w:rsidRDefault="00BF4B31" w:rsidP="00BF4B31">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Familje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moshuarish</w:t>
            </w:r>
            <w:proofErr w:type="spellEnd"/>
            <w:r w:rsidRPr="00D97086">
              <w:rPr>
                <w:rFonts w:ascii="Times New Roman" w:hAnsi="Times New Roman" w:cs="Times New Roman"/>
                <w:sz w:val="24"/>
                <w:szCs w:val="24"/>
              </w:rPr>
              <w:t xml:space="preserve"> </w:t>
            </w:r>
          </w:p>
        </w:tc>
        <w:tc>
          <w:tcPr>
            <w:tcW w:w="1070" w:type="dxa"/>
            <w:noWrap/>
            <w:hideMark/>
          </w:tcPr>
          <w:p w14:paraId="19868D38"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10</w:t>
            </w:r>
          </w:p>
        </w:tc>
        <w:tc>
          <w:tcPr>
            <w:tcW w:w="1070" w:type="dxa"/>
            <w:noWrap/>
            <w:hideMark/>
          </w:tcPr>
          <w:p w14:paraId="59E45FF4"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10</w:t>
            </w:r>
          </w:p>
        </w:tc>
        <w:tc>
          <w:tcPr>
            <w:tcW w:w="1070" w:type="dxa"/>
            <w:noWrap/>
            <w:hideMark/>
          </w:tcPr>
          <w:p w14:paraId="2941FFD7"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5</w:t>
            </w:r>
          </w:p>
        </w:tc>
      </w:tr>
      <w:tr w:rsidR="00BF4B31" w:rsidRPr="00D97086" w14:paraId="5B221BA8" w14:textId="77777777" w:rsidTr="00BF4B31">
        <w:trPr>
          <w:trHeight w:val="306"/>
        </w:trPr>
        <w:tc>
          <w:tcPr>
            <w:tcW w:w="1070" w:type="dxa"/>
            <w:noWrap/>
            <w:hideMark/>
          </w:tcPr>
          <w:p w14:paraId="061428AA"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10</w:t>
            </w:r>
          </w:p>
        </w:tc>
        <w:tc>
          <w:tcPr>
            <w:tcW w:w="4614" w:type="dxa"/>
            <w:noWrap/>
            <w:hideMark/>
          </w:tcPr>
          <w:p w14:paraId="4E68B8AE" w14:textId="77777777" w:rsidR="00BF4B31" w:rsidRPr="00D97086" w:rsidRDefault="00BF4B31" w:rsidP="00BF4B31">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Familje</w:t>
            </w:r>
            <w:proofErr w:type="spellEnd"/>
            <w:r w:rsidRPr="00D97086">
              <w:rPr>
                <w:rFonts w:ascii="Times New Roman" w:hAnsi="Times New Roman" w:cs="Times New Roman"/>
                <w:sz w:val="24"/>
                <w:szCs w:val="24"/>
              </w:rPr>
              <w:t xml:space="preserve"> me </w:t>
            </w:r>
            <w:proofErr w:type="spellStart"/>
            <w:r w:rsidRPr="00D97086">
              <w:rPr>
                <w:rFonts w:ascii="Times New Roman" w:hAnsi="Times New Roman" w:cs="Times New Roman"/>
                <w:sz w:val="24"/>
                <w:szCs w:val="24"/>
              </w:rPr>
              <w:t>statusin</w:t>
            </w:r>
            <w:proofErr w:type="spellEnd"/>
            <w:r w:rsidRPr="00D97086">
              <w:rPr>
                <w:rFonts w:ascii="Times New Roman" w:hAnsi="Times New Roman" w:cs="Times New Roman"/>
                <w:sz w:val="24"/>
                <w:szCs w:val="24"/>
              </w:rPr>
              <w:t xml:space="preserve"> e </w:t>
            </w:r>
            <w:proofErr w:type="spellStart"/>
            <w:r w:rsidRPr="00D97086">
              <w:rPr>
                <w:rFonts w:ascii="Times New Roman" w:hAnsi="Times New Roman" w:cs="Times New Roman"/>
                <w:sz w:val="24"/>
                <w:szCs w:val="24"/>
              </w:rPr>
              <w:t>Jetimit</w:t>
            </w:r>
            <w:proofErr w:type="spellEnd"/>
            <w:r w:rsidRPr="00D97086">
              <w:rPr>
                <w:rFonts w:ascii="Times New Roman" w:hAnsi="Times New Roman" w:cs="Times New Roman"/>
                <w:sz w:val="24"/>
                <w:szCs w:val="24"/>
              </w:rPr>
              <w:t xml:space="preserve"> </w:t>
            </w:r>
          </w:p>
        </w:tc>
        <w:tc>
          <w:tcPr>
            <w:tcW w:w="1070" w:type="dxa"/>
            <w:noWrap/>
            <w:hideMark/>
          </w:tcPr>
          <w:p w14:paraId="2281CA86"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3</w:t>
            </w:r>
          </w:p>
        </w:tc>
        <w:tc>
          <w:tcPr>
            <w:tcW w:w="1070" w:type="dxa"/>
            <w:noWrap/>
            <w:hideMark/>
          </w:tcPr>
          <w:p w14:paraId="68432BF4"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4</w:t>
            </w:r>
          </w:p>
        </w:tc>
        <w:tc>
          <w:tcPr>
            <w:tcW w:w="1070" w:type="dxa"/>
            <w:noWrap/>
            <w:hideMark/>
          </w:tcPr>
          <w:p w14:paraId="73FA0F19"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0</w:t>
            </w:r>
          </w:p>
        </w:tc>
      </w:tr>
      <w:tr w:rsidR="00BF4B31" w:rsidRPr="00D97086" w14:paraId="2B243F87" w14:textId="77777777" w:rsidTr="00BF4B31">
        <w:trPr>
          <w:trHeight w:val="306"/>
        </w:trPr>
        <w:tc>
          <w:tcPr>
            <w:tcW w:w="1070" w:type="dxa"/>
            <w:noWrap/>
            <w:hideMark/>
          </w:tcPr>
          <w:p w14:paraId="468BD353"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11</w:t>
            </w:r>
          </w:p>
        </w:tc>
        <w:tc>
          <w:tcPr>
            <w:tcW w:w="4614" w:type="dxa"/>
            <w:noWrap/>
            <w:hideMark/>
          </w:tcPr>
          <w:p w14:paraId="7D36E214" w14:textId="77777777" w:rsidR="00BF4B31" w:rsidRPr="00D97086" w:rsidRDefault="00BF4B31" w:rsidP="00BF4B31">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Tjeter</w:t>
            </w:r>
            <w:proofErr w:type="spellEnd"/>
          </w:p>
        </w:tc>
        <w:tc>
          <w:tcPr>
            <w:tcW w:w="1070" w:type="dxa"/>
            <w:noWrap/>
            <w:hideMark/>
          </w:tcPr>
          <w:p w14:paraId="3D8C0BAE"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5</w:t>
            </w:r>
          </w:p>
        </w:tc>
        <w:tc>
          <w:tcPr>
            <w:tcW w:w="1070" w:type="dxa"/>
            <w:noWrap/>
            <w:hideMark/>
          </w:tcPr>
          <w:p w14:paraId="40A8FA23"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6</w:t>
            </w:r>
          </w:p>
        </w:tc>
        <w:tc>
          <w:tcPr>
            <w:tcW w:w="1070" w:type="dxa"/>
            <w:noWrap/>
            <w:hideMark/>
          </w:tcPr>
          <w:p w14:paraId="2D90E815"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4</w:t>
            </w:r>
          </w:p>
        </w:tc>
      </w:tr>
      <w:tr w:rsidR="00BF4B31" w:rsidRPr="00D97086" w14:paraId="03BCC661" w14:textId="77777777" w:rsidTr="00BF4B31">
        <w:trPr>
          <w:trHeight w:val="306"/>
        </w:trPr>
        <w:tc>
          <w:tcPr>
            <w:tcW w:w="1070" w:type="dxa"/>
            <w:noWrap/>
            <w:hideMark/>
          </w:tcPr>
          <w:p w14:paraId="28A5E5FA"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 </w:t>
            </w:r>
          </w:p>
        </w:tc>
        <w:tc>
          <w:tcPr>
            <w:tcW w:w="4614" w:type="dxa"/>
            <w:noWrap/>
            <w:hideMark/>
          </w:tcPr>
          <w:p w14:paraId="7F7469AE"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Total</w:t>
            </w:r>
          </w:p>
        </w:tc>
        <w:tc>
          <w:tcPr>
            <w:tcW w:w="1070" w:type="dxa"/>
            <w:noWrap/>
            <w:hideMark/>
          </w:tcPr>
          <w:p w14:paraId="30072B74"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107</w:t>
            </w:r>
          </w:p>
        </w:tc>
        <w:tc>
          <w:tcPr>
            <w:tcW w:w="1070" w:type="dxa"/>
            <w:noWrap/>
            <w:hideMark/>
          </w:tcPr>
          <w:p w14:paraId="1E1AC2B5"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96</w:t>
            </w:r>
          </w:p>
        </w:tc>
        <w:tc>
          <w:tcPr>
            <w:tcW w:w="1070" w:type="dxa"/>
            <w:noWrap/>
            <w:hideMark/>
          </w:tcPr>
          <w:p w14:paraId="03AC4AC3" w14:textId="77777777" w:rsidR="00BF4B31" w:rsidRPr="00D97086" w:rsidRDefault="00BF4B31" w:rsidP="00BF4B31">
            <w:pPr>
              <w:jc w:val="both"/>
              <w:rPr>
                <w:rFonts w:ascii="Times New Roman" w:hAnsi="Times New Roman" w:cs="Times New Roman"/>
                <w:sz w:val="24"/>
                <w:szCs w:val="24"/>
              </w:rPr>
            </w:pPr>
            <w:r w:rsidRPr="00D97086">
              <w:rPr>
                <w:rFonts w:ascii="Times New Roman" w:hAnsi="Times New Roman" w:cs="Times New Roman"/>
                <w:sz w:val="24"/>
                <w:szCs w:val="24"/>
              </w:rPr>
              <w:t>47</w:t>
            </w:r>
          </w:p>
        </w:tc>
      </w:tr>
    </w:tbl>
    <w:p w14:paraId="7C1318CE" w14:textId="77777777" w:rsidR="002706E6" w:rsidRPr="00D97086" w:rsidRDefault="002706E6" w:rsidP="002706E6">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Burimi</w:t>
      </w:r>
      <w:proofErr w:type="spellEnd"/>
      <w:r w:rsidRPr="00D97086">
        <w:rPr>
          <w:rFonts w:ascii="Times New Roman" w:hAnsi="Times New Roman" w:cs="Times New Roman"/>
          <w:sz w:val="24"/>
          <w:szCs w:val="24"/>
        </w:rPr>
        <w:t xml:space="preserve">: Bashkia </w:t>
      </w:r>
      <w:proofErr w:type="spellStart"/>
      <w:r w:rsidRPr="00D97086">
        <w:rPr>
          <w:rFonts w:ascii="Times New Roman" w:hAnsi="Times New Roman" w:cs="Times New Roman"/>
          <w:sz w:val="24"/>
          <w:szCs w:val="24"/>
        </w:rPr>
        <w:t>Prrenjas</w:t>
      </w:r>
      <w:proofErr w:type="spellEnd"/>
    </w:p>
    <w:p w14:paraId="03AB7F11" w14:textId="77777777" w:rsidR="00A269A9" w:rsidRDefault="00A269A9" w:rsidP="00B06CA4">
      <w:pPr>
        <w:jc w:val="both"/>
        <w:rPr>
          <w:rFonts w:ascii="Times New Roman" w:hAnsi="Times New Roman" w:cs="Times New Roman"/>
          <w:sz w:val="24"/>
          <w:szCs w:val="24"/>
        </w:rPr>
      </w:pPr>
    </w:p>
    <w:p w14:paraId="653655C3" w14:textId="77777777" w:rsidR="0020743F" w:rsidRPr="005B1542" w:rsidRDefault="0020743F" w:rsidP="00B06CA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Tabela</w:t>
      </w:r>
      <w:r w:rsidR="002706E6" w:rsidRPr="005B1542">
        <w:rPr>
          <w:rFonts w:ascii="Times New Roman" w:hAnsi="Times New Roman" w:cs="Times New Roman"/>
          <w:sz w:val="24"/>
          <w:szCs w:val="24"/>
          <w:lang w:val="it-IT"/>
        </w:rPr>
        <w:t xml:space="preserve"> 3.9 </w:t>
      </w:r>
      <w:r w:rsidRPr="005B1542">
        <w:rPr>
          <w:rFonts w:ascii="Times New Roman" w:hAnsi="Times New Roman" w:cs="Times New Roman"/>
          <w:sz w:val="24"/>
          <w:szCs w:val="24"/>
          <w:lang w:val="it-IT"/>
        </w:rPr>
        <w:t xml:space="preserve"> </w:t>
      </w:r>
      <w:r w:rsidR="002706E6" w:rsidRPr="005B1542">
        <w:rPr>
          <w:rFonts w:ascii="Times New Roman" w:hAnsi="Times New Roman" w:cs="Times New Roman"/>
          <w:sz w:val="24"/>
          <w:szCs w:val="24"/>
          <w:lang w:val="it-IT"/>
        </w:rPr>
        <w:t>Numri i</w:t>
      </w:r>
      <w:r w:rsidRPr="005B1542">
        <w:rPr>
          <w:rFonts w:ascii="Times New Roman" w:hAnsi="Times New Roman" w:cs="Times New Roman"/>
          <w:sz w:val="24"/>
          <w:szCs w:val="24"/>
          <w:lang w:val="it-IT"/>
        </w:rPr>
        <w:t xml:space="preserve"> Personave Punëkërkues të papunë</w:t>
      </w:r>
      <w:r w:rsidR="002706E6" w:rsidRPr="005B1542">
        <w:rPr>
          <w:rFonts w:ascii="Times New Roman" w:hAnsi="Times New Roman" w:cs="Times New Roman"/>
          <w:sz w:val="24"/>
          <w:szCs w:val="24"/>
          <w:lang w:val="it-IT"/>
        </w:rPr>
        <w:t xml:space="preserve"> Bashkia Prrenjas</w:t>
      </w:r>
    </w:p>
    <w:tbl>
      <w:tblPr>
        <w:tblW w:w="8891" w:type="dxa"/>
        <w:tblInd w:w="-5" w:type="dxa"/>
        <w:tblLook w:val="04A0" w:firstRow="1" w:lastRow="0" w:firstColumn="1" w:lastColumn="0" w:noHBand="0" w:noVBand="1"/>
      </w:tblPr>
      <w:tblGrid>
        <w:gridCol w:w="5130"/>
        <w:gridCol w:w="3761"/>
      </w:tblGrid>
      <w:tr w:rsidR="0020743F" w:rsidRPr="00D97086" w14:paraId="39AEBE10" w14:textId="77777777" w:rsidTr="00FC26B4">
        <w:trPr>
          <w:trHeight w:val="294"/>
        </w:trPr>
        <w:tc>
          <w:tcPr>
            <w:tcW w:w="8891" w:type="dxa"/>
            <w:gridSpan w:val="2"/>
            <w:tcBorders>
              <w:top w:val="single" w:sz="4" w:space="0" w:color="auto"/>
              <w:left w:val="single" w:sz="4" w:space="0" w:color="auto"/>
              <w:bottom w:val="single" w:sz="4" w:space="0" w:color="auto"/>
              <w:right w:val="single" w:sz="4" w:space="0" w:color="000000"/>
            </w:tcBorders>
            <w:shd w:val="clear" w:color="auto" w:fill="EAF1DD" w:themeFill="accent3" w:themeFillTint="33"/>
            <w:vAlign w:val="bottom"/>
            <w:hideMark/>
          </w:tcPr>
          <w:p w14:paraId="70850895" w14:textId="77777777" w:rsidR="0020743F" w:rsidRPr="00D97086" w:rsidRDefault="0020743F" w:rsidP="0020743F">
            <w:pPr>
              <w:spacing w:after="0" w:line="240" w:lineRule="auto"/>
              <w:jc w:val="center"/>
              <w:rPr>
                <w:rFonts w:ascii="Times New Roman" w:eastAsia="Times New Roman" w:hAnsi="Times New Roman" w:cs="Times New Roman"/>
                <w:b/>
                <w:bCs/>
                <w:color w:val="000000"/>
                <w:sz w:val="28"/>
                <w:szCs w:val="28"/>
              </w:rPr>
            </w:pPr>
            <w:r w:rsidRPr="00D97086">
              <w:rPr>
                <w:rFonts w:ascii="Times New Roman" w:eastAsia="Times New Roman" w:hAnsi="Times New Roman" w:cs="Times New Roman"/>
                <w:b/>
                <w:bCs/>
                <w:color w:val="000000"/>
                <w:sz w:val="28"/>
                <w:szCs w:val="28"/>
              </w:rPr>
              <w:t xml:space="preserve">BASHKIA PRRENJAS </w:t>
            </w:r>
          </w:p>
          <w:p w14:paraId="3AA727CD" w14:textId="77777777" w:rsidR="00FC26B4" w:rsidRPr="00D97086" w:rsidRDefault="00FC26B4" w:rsidP="0020743F">
            <w:pPr>
              <w:spacing w:after="0" w:line="240" w:lineRule="auto"/>
              <w:jc w:val="center"/>
              <w:rPr>
                <w:rFonts w:ascii="Times New Roman" w:eastAsia="Times New Roman" w:hAnsi="Times New Roman" w:cs="Times New Roman"/>
                <w:b/>
                <w:bCs/>
                <w:color w:val="000000"/>
                <w:sz w:val="28"/>
                <w:szCs w:val="28"/>
              </w:rPr>
            </w:pPr>
          </w:p>
        </w:tc>
      </w:tr>
      <w:tr w:rsidR="0020743F" w:rsidRPr="00D97086" w14:paraId="64689043" w14:textId="77777777" w:rsidTr="0020743F">
        <w:trPr>
          <w:trHeight w:val="294"/>
        </w:trPr>
        <w:tc>
          <w:tcPr>
            <w:tcW w:w="5130" w:type="dxa"/>
            <w:tcBorders>
              <w:top w:val="nil"/>
              <w:left w:val="single" w:sz="4" w:space="0" w:color="auto"/>
              <w:bottom w:val="single" w:sz="4" w:space="0" w:color="auto"/>
              <w:right w:val="single" w:sz="4" w:space="0" w:color="auto"/>
            </w:tcBorders>
            <w:noWrap/>
            <w:vAlign w:val="bottom"/>
            <w:hideMark/>
          </w:tcPr>
          <w:p w14:paraId="7FBE3670" w14:textId="77777777" w:rsidR="0020743F" w:rsidRPr="00D97086" w:rsidRDefault="0020743F" w:rsidP="0020743F">
            <w:pPr>
              <w:spacing w:after="0" w:line="240" w:lineRule="auto"/>
              <w:jc w:val="center"/>
              <w:rPr>
                <w:rFonts w:ascii="Times New Roman" w:eastAsia="Times New Roman" w:hAnsi="Times New Roman" w:cs="Times New Roman"/>
                <w:b/>
                <w:bCs/>
                <w:color w:val="000000"/>
              </w:rPr>
            </w:pPr>
            <w:proofErr w:type="spellStart"/>
            <w:r w:rsidRPr="00D97086">
              <w:rPr>
                <w:rFonts w:ascii="Times New Roman" w:eastAsia="Times New Roman" w:hAnsi="Times New Roman" w:cs="Times New Roman"/>
                <w:b/>
                <w:bCs/>
                <w:color w:val="000000"/>
              </w:rPr>
              <w:t>Njesi</w:t>
            </w:r>
            <w:proofErr w:type="spellEnd"/>
            <w:r w:rsidRPr="00D97086">
              <w:rPr>
                <w:rFonts w:ascii="Times New Roman" w:eastAsia="Times New Roman" w:hAnsi="Times New Roman" w:cs="Times New Roman"/>
                <w:b/>
                <w:bCs/>
                <w:color w:val="000000"/>
              </w:rPr>
              <w:t xml:space="preserve"> Administrative </w:t>
            </w:r>
          </w:p>
        </w:tc>
        <w:tc>
          <w:tcPr>
            <w:tcW w:w="3761" w:type="dxa"/>
            <w:tcBorders>
              <w:top w:val="nil"/>
              <w:left w:val="nil"/>
              <w:bottom w:val="single" w:sz="4" w:space="0" w:color="auto"/>
              <w:right w:val="single" w:sz="4" w:space="0" w:color="auto"/>
            </w:tcBorders>
            <w:noWrap/>
            <w:vAlign w:val="bottom"/>
            <w:hideMark/>
          </w:tcPr>
          <w:p w14:paraId="3F3B6398" w14:textId="77777777" w:rsidR="0020743F" w:rsidRPr="00D97086" w:rsidRDefault="0020743F" w:rsidP="0020743F">
            <w:pPr>
              <w:spacing w:after="0" w:line="240" w:lineRule="auto"/>
              <w:jc w:val="center"/>
              <w:rPr>
                <w:rFonts w:ascii="Times New Roman" w:eastAsia="Times New Roman" w:hAnsi="Times New Roman" w:cs="Times New Roman"/>
                <w:b/>
                <w:bCs/>
                <w:color w:val="000000"/>
              </w:rPr>
            </w:pPr>
            <w:proofErr w:type="spellStart"/>
            <w:r w:rsidRPr="00D97086">
              <w:rPr>
                <w:rFonts w:ascii="Times New Roman" w:eastAsia="Times New Roman" w:hAnsi="Times New Roman" w:cs="Times New Roman"/>
                <w:b/>
                <w:bCs/>
                <w:color w:val="000000"/>
              </w:rPr>
              <w:t>Punëkërkues</w:t>
            </w:r>
            <w:proofErr w:type="spellEnd"/>
            <w:r w:rsidRPr="00D97086">
              <w:rPr>
                <w:rFonts w:ascii="Times New Roman" w:eastAsia="Times New Roman" w:hAnsi="Times New Roman" w:cs="Times New Roman"/>
                <w:b/>
                <w:bCs/>
                <w:color w:val="000000"/>
              </w:rPr>
              <w:t xml:space="preserve"> të </w:t>
            </w:r>
            <w:proofErr w:type="spellStart"/>
            <w:r w:rsidRPr="00D97086">
              <w:rPr>
                <w:rFonts w:ascii="Times New Roman" w:eastAsia="Times New Roman" w:hAnsi="Times New Roman" w:cs="Times New Roman"/>
                <w:b/>
                <w:bCs/>
                <w:color w:val="000000"/>
              </w:rPr>
              <w:t>papunë</w:t>
            </w:r>
            <w:proofErr w:type="spellEnd"/>
          </w:p>
        </w:tc>
      </w:tr>
      <w:tr w:rsidR="0020743F" w:rsidRPr="00D97086" w14:paraId="346056CE" w14:textId="77777777" w:rsidTr="0020743F">
        <w:trPr>
          <w:trHeight w:val="294"/>
        </w:trPr>
        <w:tc>
          <w:tcPr>
            <w:tcW w:w="5130" w:type="dxa"/>
            <w:tcBorders>
              <w:top w:val="nil"/>
              <w:left w:val="single" w:sz="4" w:space="0" w:color="auto"/>
              <w:bottom w:val="single" w:sz="4" w:space="0" w:color="auto"/>
              <w:right w:val="single" w:sz="4" w:space="0" w:color="auto"/>
            </w:tcBorders>
            <w:noWrap/>
            <w:vAlign w:val="bottom"/>
            <w:hideMark/>
          </w:tcPr>
          <w:p w14:paraId="1A735693" w14:textId="77777777" w:rsidR="0020743F" w:rsidRPr="00D97086" w:rsidRDefault="0020743F" w:rsidP="0020743F">
            <w:pPr>
              <w:spacing w:after="0" w:line="240" w:lineRule="auto"/>
              <w:jc w:val="center"/>
              <w:rPr>
                <w:rFonts w:ascii="Times New Roman" w:eastAsia="Times New Roman" w:hAnsi="Times New Roman" w:cs="Times New Roman"/>
                <w:color w:val="000000"/>
              </w:rPr>
            </w:pPr>
            <w:proofErr w:type="spellStart"/>
            <w:r w:rsidRPr="00D97086">
              <w:rPr>
                <w:rFonts w:ascii="Times New Roman" w:eastAsia="Times New Roman" w:hAnsi="Times New Roman" w:cs="Times New Roman"/>
                <w:color w:val="000000"/>
              </w:rPr>
              <w:t>Prrenjas</w:t>
            </w:r>
            <w:proofErr w:type="spellEnd"/>
            <w:r w:rsidRPr="00D97086">
              <w:rPr>
                <w:rFonts w:ascii="Times New Roman" w:eastAsia="Times New Roman" w:hAnsi="Times New Roman" w:cs="Times New Roman"/>
                <w:color w:val="000000"/>
              </w:rPr>
              <w:t xml:space="preserve"> </w:t>
            </w:r>
          </w:p>
        </w:tc>
        <w:tc>
          <w:tcPr>
            <w:tcW w:w="3761" w:type="dxa"/>
            <w:tcBorders>
              <w:top w:val="nil"/>
              <w:left w:val="nil"/>
              <w:bottom w:val="single" w:sz="4" w:space="0" w:color="auto"/>
              <w:right w:val="single" w:sz="4" w:space="0" w:color="auto"/>
            </w:tcBorders>
            <w:noWrap/>
            <w:vAlign w:val="bottom"/>
            <w:hideMark/>
          </w:tcPr>
          <w:p w14:paraId="55CCFF05" w14:textId="77777777" w:rsidR="0020743F" w:rsidRPr="00D97086" w:rsidRDefault="0020743F" w:rsidP="0020743F">
            <w:pPr>
              <w:spacing w:after="0" w:line="240" w:lineRule="auto"/>
              <w:jc w:val="center"/>
              <w:rPr>
                <w:rFonts w:ascii="Times New Roman" w:eastAsia="Times New Roman" w:hAnsi="Times New Roman" w:cs="Times New Roman"/>
                <w:color w:val="000000"/>
              </w:rPr>
            </w:pPr>
            <w:r w:rsidRPr="00D97086">
              <w:rPr>
                <w:rFonts w:ascii="Times New Roman" w:eastAsia="Times New Roman" w:hAnsi="Times New Roman" w:cs="Times New Roman"/>
                <w:color w:val="000000"/>
              </w:rPr>
              <w:t>385</w:t>
            </w:r>
          </w:p>
        </w:tc>
      </w:tr>
      <w:tr w:rsidR="0020743F" w:rsidRPr="00D97086" w14:paraId="68F301CB" w14:textId="77777777" w:rsidTr="0020743F">
        <w:trPr>
          <w:trHeight w:val="294"/>
        </w:trPr>
        <w:tc>
          <w:tcPr>
            <w:tcW w:w="5130" w:type="dxa"/>
            <w:tcBorders>
              <w:top w:val="nil"/>
              <w:left w:val="single" w:sz="4" w:space="0" w:color="auto"/>
              <w:bottom w:val="single" w:sz="4" w:space="0" w:color="auto"/>
              <w:right w:val="single" w:sz="4" w:space="0" w:color="auto"/>
            </w:tcBorders>
            <w:noWrap/>
            <w:vAlign w:val="bottom"/>
            <w:hideMark/>
          </w:tcPr>
          <w:p w14:paraId="6EEEFD91" w14:textId="77777777" w:rsidR="0020743F" w:rsidRPr="00D97086" w:rsidRDefault="0020743F" w:rsidP="0020743F">
            <w:pPr>
              <w:spacing w:after="0" w:line="240" w:lineRule="auto"/>
              <w:jc w:val="center"/>
              <w:rPr>
                <w:rFonts w:ascii="Times New Roman" w:eastAsia="Times New Roman" w:hAnsi="Times New Roman" w:cs="Times New Roman"/>
                <w:color w:val="000000"/>
              </w:rPr>
            </w:pPr>
            <w:proofErr w:type="spellStart"/>
            <w:r w:rsidRPr="00D97086">
              <w:rPr>
                <w:rFonts w:ascii="Times New Roman" w:eastAsia="Times New Roman" w:hAnsi="Times New Roman" w:cs="Times New Roman"/>
                <w:color w:val="000000"/>
              </w:rPr>
              <w:t>Rrajce</w:t>
            </w:r>
            <w:proofErr w:type="spellEnd"/>
            <w:r w:rsidRPr="00D97086">
              <w:rPr>
                <w:rFonts w:ascii="Times New Roman" w:eastAsia="Times New Roman" w:hAnsi="Times New Roman" w:cs="Times New Roman"/>
                <w:color w:val="000000"/>
              </w:rPr>
              <w:t xml:space="preserve"> </w:t>
            </w:r>
          </w:p>
        </w:tc>
        <w:tc>
          <w:tcPr>
            <w:tcW w:w="3761" w:type="dxa"/>
            <w:tcBorders>
              <w:top w:val="nil"/>
              <w:left w:val="nil"/>
              <w:bottom w:val="single" w:sz="4" w:space="0" w:color="auto"/>
              <w:right w:val="single" w:sz="4" w:space="0" w:color="auto"/>
            </w:tcBorders>
            <w:noWrap/>
            <w:vAlign w:val="bottom"/>
            <w:hideMark/>
          </w:tcPr>
          <w:p w14:paraId="6182909F" w14:textId="77777777" w:rsidR="0020743F" w:rsidRPr="00D97086" w:rsidRDefault="0020743F" w:rsidP="0020743F">
            <w:pPr>
              <w:spacing w:after="0" w:line="240" w:lineRule="auto"/>
              <w:jc w:val="center"/>
              <w:rPr>
                <w:rFonts w:ascii="Times New Roman" w:eastAsia="Times New Roman" w:hAnsi="Times New Roman" w:cs="Times New Roman"/>
                <w:color w:val="000000"/>
              </w:rPr>
            </w:pPr>
            <w:r w:rsidRPr="00D97086">
              <w:rPr>
                <w:rFonts w:ascii="Times New Roman" w:eastAsia="Times New Roman" w:hAnsi="Times New Roman" w:cs="Times New Roman"/>
                <w:color w:val="000000"/>
              </w:rPr>
              <w:t>20</w:t>
            </w:r>
          </w:p>
        </w:tc>
      </w:tr>
      <w:tr w:rsidR="0020743F" w:rsidRPr="00D97086" w14:paraId="2FAC0AF7" w14:textId="77777777" w:rsidTr="0020743F">
        <w:trPr>
          <w:trHeight w:val="294"/>
        </w:trPr>
        <w:tc>
          <w:tcPr>
            <w:tcW w:w="5130" w:type="dxa"/>
            <w:tcBorders>
              <w:top w:val="nil"/>
              <w:left w:val="single" w:sz="4" w:space="0" w:color="auto"/>
              <w:bottom w:val="single" w:sz="4" w:space="0" w:color="auto"/>
              <w:right w:val="single" w:sz="4" w:space="0" w:color="auto"/>
            </w:tcBorders>
            <w:noWrap/>
            <w:vAlign w:val="bottom"/>
            <w:hideMark/>
          </w:tcPr>
          <w:p w14:paraId="4D98C760" w14:textId="77777777" w:rsidR="0020743F" w:rsidRPr="00D97086" w:rsidRDefault="0020743F" w:rsidP="0020743F">
            <w:pPr>
              <w:spacing w:after="0" w:line="240" w:lineRule="auto"/>
              <w:jc w:val="center"/>
              <w:rPr>
                <w:rFonts w:ascii="Times New Roman" w:eastAsia="Times New Roman" w:hAnsi="Times New Roman" w:cs="Times New Roman"/>
                <w:color w:val="000000"/>
              </w:rPr>
            </w:pPr>
            <w:proofErr w:type="spellStart"/>
            <w:r w:rsidRPr="00D97086">
              <w:rPr>
                <w:rFonts w:ascii="Times New Roman" w:eastAsia="Times New Roman" w:hAnsi="Times New Roman" w:cs="Times New Roman"/>
                <w:color w:val="000000"/>
              </w:rPr>
              <w:t>Qukes</w:t>
            </w:r>
            <w:proofErr w:type="spellEnd"/>
            <w:r w:rsidRPr="00D97086">
              <w:rPr>
                <w:rFonts w:ascii="Times New Roman" w:eastAsia="Times New Roman" w:hAnsi="Times New Roman" w:cs="Times New Roman"/>
                <w:color w:val="000000"/>
              </w:rPr>
              <w:t xml:space="preserve"> </w:t>
            </w:r>
          </w:p>
        </w:tc>
        <w:tc>
          <w:tcPr>
            <w:tcW w:w="3761" w:type="dxa"/>
            <w:tcBorders>
              <w:top w:val="nil"/>
              <w:left w:val="nil"/>
              <w:bottom w:val="single" w:sz="4" w:space="0" w:color="auto"/>
              <w:right w:val="single" w:sz="4" w:space="0" w:color="auto"/>
            </w:tcBorders>
            <w:noWrap/>
            <w:vAlign w:val="bottom"/>
            <w:hideMark/>
          </w:tcPr>
          <w:p w14:paraId="792586A9" w14:textId="77777777" w:rsidR="0020743F" w:rsidRPr="00D97086" w:rsidRDefault="0020743F" w:rsidP="0020743F">
            <w:pPr>
              <w:spacing w:after="0" w:line="240" w:lineRule="auto"/>
              <w:jc w:val="center"/>
              <w:rPr>
                <w:rFonts w:ascii="Times New Roman" w:eastAsia="Times New Roman" w:hAnsi="Times New Roman" w:cs="Times New Roman"/>
                <w:color w:val="000000"/>
              </w:rPr>
            </w:pPr>
            <w:r w:rsidRPr="00D97086">
              <w:rPr>
                <w:rFonts w:ascii="Times New Roman" w:eastAsia="Times New Roman" w:hAnsi="Times New Roman" w:cs="Times New Roman"/>
                <w:color w:val="000000"/>
              </w:rPr>
              <w:t>42</w:t>
            </w:r>
          </w:p>
        </w:tc>
      </w:tr>
      <w:tr w:rsidR="0020743F" w:rsidRPr="00D97086" w14:paraId="3F26F516" w14:textId="77777777" w:rsidTr="0020743F">
        <w:trPr>
          <w:trHeight w:val="294"/>
        </w:trPr>
        <w:tc>
          <w:tcPr>
            <w:tcW w:w="5130" w:type="dxa"/>
            <w:tcBorders>
              <w:top w:val="nil"/>
              <w:left w:val="single" w:sz="4" w:space="0" w:color="auto"/>
              <w:bottom w:val="single" w:sz="4" w:space="0" w:color="auto"/>
              <w:right w:val="single" w:sz="4" w:space="0" w:color="auto"/>
            </w:tcBorders>
            <w:noWrap/>
            <w:vAlign w:val="bottom"/>
            <w:hideMark/>
          </w:tcPr>
          <w:p w14:paraId="762D6C16" w14:textId="77777777" w:rsidR="0020743F" w:rsidRPr="00D97086" w:rsidRDefault="0020743F" w:rsidP="0020743F">
            <w:pPr>
              <w:spacing w:after="0" w:line="240" w:lineRule="auto"/>
              <w:jc w:val="center"/>
              <w:rPr>
                <w:rFonts w:ascii="Times New Roman" w:eastAsia="Times New Roman" w:hAnsi="Times New Roman" w:cs="Times New Roman"/>
                <w:color w:val="000000"/>
              </w:rPr>
            </w:pPr>
            <w:proofErr w:type="spellStart"/>
            <w:r w:rsidRPr="00D97086">
              <w:rPr>
                <w:rFonts w:ascii="Times New Roman" w:eastAsia="Times New Roman" w:hAnsi="Times New Roman" w:cs="Times New Roman"/>
                <w:color w:val="000000"/>
              </w:rPr>
              <w:t>Stravaj</w:t>
            </w:r>
            <w:proofErr w:type="spellEnd"/>
          </w:p>
        </w:tc>
        <w:tc>
          <w:tcPr>
            <w:tcW w:w="3761" w:type="dxa"/>
            <w:tcBorders>
              <w:top w:val="nil"/>
              <w:left w:val="nil"/>
              <w:bottom w:val="single" w:sz="4" w:space="0" w:color="auto"/>
              <w:right w:val="single" w:sz="4" w:space="0" w:color="auto"/>
            </w:tcBorders>
            <w:noWrap/>
            <w:vAlign w:val="bottom"/>
            <w:hideMark/>
          </w:tcPr>
          <w:p w14:paraId="47987756" w14:textId="77777777" w:rsidR="0020743F" w:rsidRPr="00D97086" w:rsidRDefault="0020743F" w:rsidP="0020743F">
            <w:pPr>
              <w:spacing w:after="0" w:line="240" w:lineRule="auto"/>
              <w:jc w:val="center"/>
              <w:rPr>
                <w:rFonts w:ascii="Times New Roman" w:eastAsia="Times New Roman" w:hAnsi="Times New Roman" w:cs="Times New Roman"/>
                <w:color w:val="000000"/>
              </w:rPr>
            </w:pPr>
            <w:r w:rsidRPr="00D97086">
              <w:rPr>
                <w:rFonts w:ascii="Times New Roman" w:eastAsia="Times New Roman" w:hAnsi="Times New Roman" w:cs="Times New Roman"/>
                <w:color w:val="000000"/>
              </w:rPr>
              <w:t>2</w:t>
            </w:r>
          </w:p>
        </w:tc>
      </w:tr>
      <w:tr w:rsidR="0020743F" w:rsidRPr="00D97086" w14:paraId="7522F3E6" w14:textId="77777777" w:rsidTr="0020743F">
        <w:trPr>
          <w:trHeight w:val="294"/>
        </w:trPr>
        <w:tc>
          <w:tcPr>
            <w:tcW w:w="5130" w:type="dxa"/>
            <w:tcBorders>
              <w:top w:val="nil"/>
              <w:left w:val="single" w:sz="4" w:space="0" w:color="auto"/>
              <w:bottom w:val="single" w:sz="4" w:space="0" w:color="auto"/>
              <w:right w:val="single" w:sz="4" w:space="0" w:color="auto"/>
            </w:tcBorders>
            <w:noWrap/>
            <w:vAlign w:val="bottom"/>
            <w:hideMark/>
          </w:tcPr>
          <w:p w14:paraId="54951479" w14:textId="77777777" w:rsidR="0020743F" w:rsidRPr="00D97086" w:rsidRDefault="0020743F" w:rsidP="0020743F">
            <w:pPr>
              <w:spacing w:after="0" w:line="240" w:lineRule="auto"/>
              <w:jc w:val="center"/>
              <w:rPr>
                <w:rFonts w:ascii="Times New Roman" w:eastAsia="Times New Roman" w:hAnsi="Times New Roman" w:cs="Times New Roman"/>
                <w:b/>
                <w:bCs/>
                <w:color w:val="000000"/>
              </w:rPr>
            </w:pPr>
            <w:proofErr w:type="spellStart"/>
            <w:r w:rsidRPr="00D97086">
              <w:rPr>
                <w:rFonts w:ascii="Times New Roman" w:eastAsia="Times New Roman" w:hAnsi="Times New Roman" w:cs="Times New Roman"/>
                <w:b/>
                <w:bCs/>
                <w:color w:val="000000"/>
              </w:rPr>
              <w:t>Totai</w:t>
            </w:r>
            <w:proofErr w:type="spellEnd"/>
          </w:p>
        </w:tc>
        <w:tc>
          <w:tcPr>
            <w:tcW w:w="3761" w:type="dxa"/>
            <w:tcBorders>
              <w:top w:val="nil"/>
              <w:left w:val="nil"/>
              <w:bottom w:val="single" w:sz="4" w:space="0" w:color="auto"/>
              <w:right w:val="single" w:sz="4" w:space="0" w:color="auto"/>
            </w:tcBorders>
            <w:noWrap/>
            <w:vAlign w:val="bottom"/>
            <w:hideMark/>
          </w:tcPr>
          <w:p w14:paraId="763F4ABC" w14:textId="77777777" w:rsidR="0020743F" w:rsidRPr="00D97086" w:rsidRDefault="0020743F" w:rsidP="0020743F">
            <w:pPr>
              <w:spacing w:after="0" w:line="240" w:lineRule="auto"/>
              <w:jc w:val="center"/>
              <w:rPr>
                <w:rFonts w:ascii="Times New Roman" w:eastAsia="Times New Roman" w:hAnsi="Times New Roman" w:cs="Times New Roman"/>
                <w:b/>
                <w:bCs/>
                <w:color w:val="000000"/>
              </w:rPr>
            </w:pPr>
            <w:r w:rsidRPr="00D97086">
              <w:rPr>
                <w:rFonts w:ascii="Times New Roman" w:eastAsia="Times New Roman" w:hAnsi="Times New Roman" w:cs="Times New Roman"/>
                <w:b/>
                <w:bCs/>
                <w:color w:val="000000"/>
              </w:rPr>
              <w:t>449</w:t>
            </w:r>
          </w:p>
        </w:tc>
      </w:tr>
    </w:tbl>
    <w:p w14:paraId="58F3A415" w14:textId="77777777" w:rsidR="0020743F" w:rsidRPr="005B1542" w:rsidRDefault="0020743F" w:rsidP="0020743F">
      <w:pPr>
        <w:spacing w:after="0" w:line="240" w:lineRule="auto"/>
        <w:jc w:val="both"/>
        <w:rPr>
          <w:rFonts w:ascii="Times New Roman" w:eastAsia="Times New Roman" w:hAnsi="Times New Roman" w:cs="Times New Roman"/>
          <w:color w:val="000000"/>
          <w:lang w:val="it-IT"/>
        </w:rPr>
      </w:pPr>
      <w:r w:rsidRPr="005B1542">
        <w:rPr>
          <w:rFonts w:ascii="Times New Roman" w:eastAsia="Times New Roman" w:hAnsi="Times New Roman" w:cs="Times New Roman"/>
          <w:color w:val="000000"/>
          <w:lang w:val="it-IT"/>
        </w:rPr>
        <w:t xml:space="preserve">Referuar sistemit statistkor te DRAKPA  Elbasan  </w:t>
      </w:r>
    </w:p>
    <w:p w14:paraId="15EA9844" w14:textId="77777777" w:rsidR="00BF4B31" w:rsidRPr="005B1542" w:rsidRDefault="00BF4B31" w:rsidP="00B06CA4">
      <w:pPr>
        <w:jc w:val="both"/>
        <w:rPr>
          <w:rFonts w:ascii="Times New Roman" w:hAnsi="Times New Roman" w:cs="Times New Roman"/>
          <w:sz w:val="24"/>
          <w:szCs w:val="24"/>
          <w:lang w:val="it-IT"/>
        </w:rPr>
      </w:pPr>
    </w:p>
    <w:p w14:paraId="63E02BFD" w14:textId="77777777" w:rsidR="0020743F" w:rsidRPr="005B1542" w:rsidRDefault="002706E6" w:rsidP="00B06CA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 xml:space="preserve">Tabela 3.10 </w:t>
      </w:r>
      <w:r w:rsidR="0020743F" w:rsidRPr="005B1542">
        <w:rPr>
          <w:rFonts w:ascii="Times New Roman" w:hAnsi="Times New Roman" w:cs="Times New Roman"/>
          <w:sz w:val="24"/>
          <w:szCs w:val="24"/>
          <w:lang w:val="it-IT"/>
        </w:rPr>
        <w:t>Të dhëna mbi tipologjinë e banesës (me qira, në bashkëjetesë, në banesa të papërshtatshme, në rrezik shembjeje etj.) për secilin grup</w:t>
      </w:r>
      <w:r w:rsidR="00034C00" w:rsidRPr="005B1542">
        <w:rPr>
          <w:rFonts w:ascii="Times New Roman" w:hAnsi="Times New Roman" w:cs="Times New Roman"/>
          <w:sz w:val="24"/>
          <w:szCs w:val="24"/>
          <w:lang w:val="it-IT"/>
        </w:rPr>
        <w:t xml:space="preserve"> viti 2025</w:t>
      </w:r>
    </w:p>
    <w:tbl>
      <w:tblPr>
        <w:tblStyle w:val="TableGrid"/>
        <w:tblW w:w="9123" w:type="dxa"/>
        <w:tblLook w:val="04A0" w:firstRow="1" w:lastRow="0" w:firstColumn="1" w:lastColumn="0" w:noHBand="0" w:noVBand="1"/>
      </w:tblPr>
      <w:tblGrid>
        <w:gridCol w:w="724"/>
        <w:gridCol w:w="2126"/>
        <w:gridCol w:w="1195"/>
        <w:gridCol w:w="896"/>
        <w:gridCol w:w="1174"/>
        <w:gridCol w:w="917"/>
        <w:gridCol w:w="1063"/>
        <w:gridCol w:w="1028"/>
      </w:tblGrid>
      <w:tr w:rsidR="00034C00" w:rsidRPr="005B1542" w14:paraId="41A14912" w14:textId="77777777" w:rsidTr="00FC26B4">
        <w:trPr>
          <w:trHeight w:val="870"/>
        </w:trPr>
        <w:tc>
          <w:tcPr>
            <w:tcW w:w="724" w:type="dxa"/>
            <w:vMerge w:val="restart"/>
            <w:shd w:val="clear" w:color="auto" w:fill="EAF1DD" w:themeFill="accent3" w:themeFillTint="33"/>
            <w:noWrap/>
            <w:hideMark/>
          </w:tcPr>
          <w:p w14:paraId="2A046719" w14:textId="77777777" w:rsidR="00034C00" w:rsidRPr="00D97086" w:rsidRDefault="00034C00" w:rsidP="00034C00">
            <w:pPr>
              <w:jc w:val="both"/>
              <w:rPr>
                <w:rFonts w:ascii="Times New Roman" w:hAnsi="Times New Roman" w:cs="Times New Roman"/>
                <w:b/>
                <w:sz w:val="24"/>
                <w:szCs w:val="24"/>
              </w:rPr>
            </w:pPr>
            <w:r w:rsidRPr="00D97086">
              <w:rPr>
                <w:rFonts w:ascii="Times New Roman" w:hAnsi="Times New Roman" w:cs="Times New Roman"/>
                <w:b/>
                <w:sz w:val="24"/>
                <w:szCs w:val="24"/>
              </w:rPr>
              <w:t>Nr</w:t>
            </w:r>
          </w:p>
        </w:tc>
        <w:tc>
          <w:tcPr>
            <w:tcW w:w="2126" w:type="dxa"/>
            <w:vMerge w:val="restart"/>
            <w:shd w:val="clear" w:color="auto" w:fill="EAF1DD" w:themeFill="accent3" w:themeFillTint="33"/>
            <w:hideMark/>
          </w:tcPr>
          <w:p w14:paraId="05F3E9ED" w14:textId="77777777" w:rsidR="00034C00" w:rsidRPr="00D97086" w:rsidRDefault="00034C00" w:rsidP="00034C00">
            <w:pPr>
              <w:jc w:val="both"/>
              <w:rPr>
                <w:rFonts w:ascii="Times New Roman" w:hAnsi="Times New Roman" w:cs="Times New Roman"/>
                <w:b/>
                <w:sz w:val="24"/>
                <w:szCs w:val="24"/>
              </w:rPr>
            </w:pPr>
            <w:proofErr w:type="spellStart"/>
            <w:r w:rsidRPr="00D97086">
              <w:rPr>
                <w:rFonts w:ascii="Times New Roman" w:hAnsi="Times New Roman" w:cs="Times New Roman"/>
                <w:b/>
                <w:sz w:val="24"/>
                <w:szCs w:val="24"/>
              </w:rPr>
              <w:t>Kategorite</w:t>
            </w:r>
            <w:proofErr w:type="spellEnd"/>
            <w:r w:rsidRPr="00D97086">
              <w:rPr>
                <w:rFonts w:ascii="Times New Roman" w:hAnsi="Times New Roman" w:cs="Times New Roman"/>
                <w:b/>
                <w:sz w:val="24"/>
                <w:szCs w:val="24"/>
              </w:rPr>
              <w:t xml:space="preserve"> </w:t>
            </w:r>
          </w:p>
        </w:tc>
        <w:tc>
          <w:tcPr>
            <w:tcW w:w="2091" w:type="dxa"/>
            <w:gridSpan w:val="2"/>
            <w:shd w:val="clear" w:color="auto" w:fill="EAF1DD" w:themeFill="accent3" w:themeFillTint="33"/>
            <w:hideMark/>
          </w:tcPr>
          <w:p w14:paraId="7961D347" w14:textId="77777777" w:rsidR="00034C00" w:rsidRPr="005B1542" w:rsidRDefault="00034C00" w:rsidP="00034C00">
            <w:pPr>
              <w:jc w:val="both"/>
              <w:rPr>
                <w:rFonts w:ascii="Times New Roman" w:hAnsi="Times New Roman" w:cs="Times New Roman"/>
                <w:b/>
                <w:bCs/>
                <w:sz w:val="24"/>
                <w:szCs w:val="24"/>
                <w:lang w:val="it-IT"/>
              </w:rPr>
            </w:pPr>
            <w:r w:rsidRPr="005B1542">
              <w:rPr>
                <w:rFonts w:ascii="Times New Roman" w:hAnsi="Times New Roman" w:cs="Times New Roman"/>
                <w:b/>
                <w:bCs/>
                <w:sz w:val="24"/>
                <w:szCs w:val="24"/>
                <w:lang w:val="it-IT"/>
              </w:rPr>
              <w:t xml:space="preserve">SUBVENCION I QIRASE NE TREGUN E LIRE </w:t>
            </w:r>
          </w:p>
        </w:tc>
        <w:tc>
          <w:tcPr>
            <w:tcW w:w="2091" w:type="dxa"/>
            <w:gridSpan w:val="2"/>
            <w:shd w:val="clear" w:color="auto" w:fill="EAF1DD" w:themeFill="accent3" w:themeFillTint="33"/>
            <w:hideMark/>
          </w:tcPr>
          <w:p w14:paraId="38F3551D" w14:textId="77777777" w:rsidR="00034C00" w:rsidRPr="00D97086" w:rsidRDefault="00034C00" w:rsidP="00034C00">
            <w:pPr>
              <w:jc w:val="both"/>
              <w:rPr>
                <w:rFonts w:ascii="Times New Roman" w:hAnsi="Times New Roman" w:cs="Times New Roman"/>
                <w:b/>
                <w:bCs/>
                <w:sz w:val="24"/>
                <w:szCs w:val="24"/>
              </w:rPr>
            </w:pPr>
            <w:r w:rsidRPr="00D97086">
              <w:rPr>
                <w:rFonts w:ascii="Times New Roman" w:hAnsi="Times New Roman" w:cs="Times New Roman"/>
                <w:b/>
                <w:bCs/>
                <w:sz w:val="24"/>
                <w:szCs w:val="24"/>
              </w:rPr>
              <w:t xml:space="preserve">PERMIRESIM I KUSHTEVE TE BANIMIT </w:t>
            </w:r>
          </w:p>
        </w:tc>
        <w:tc>
          <w:tcPr>
            <w:tcW w:w="2091" w:type="dxa"/>
            <w:gridSpan w:val="2"/>
            <w:shd w:val="clear" w:color="auto" w:fill="EAF1DD" w:themeFill="accent3" w:themeFillTint="33"/>
            <w:hideMark/>
          </w:tcPr>
          <w:p w14:paraId="6A14F8FF" w14:textId="77777777" w:rsidR="00034C00" w:rsidRPr="005B1542" w:rsidRDefault="00034C00" w:rsidP="00034C00">
            <w:pPr>
              <w:jc w:val="both"/>
              <w:rPr>
                <w:rFonts w:ascii="Times New Roman" w:hAnsi="Times New Roman" w:cs="Times New Roman"/>
                <w:b/>
                <w:bCs/>
                <w:sz w:val="24"/>
                <w:szCs w:val="24"/>
                <w:lang w:val="it-IT"/>
              </w:rPr>
            </w:pPr>
            <w:r w:rsidRPr="005B1542">
              <w:rPr>
                <w:rFonts w:ascii="Times New Roman" w:hAnsi="Times New Roman" w:cs="Times New Roman"/>
                <w:b/>
                <w:bCs/>
                <w:sz w:val="24"/>
                <w:szCs w:val="24"/>
                <w:lang w:val="it-IT"/>
              </w:rPr>
              <w:t xml:space="preserve">SUBVENCION I INTERESAVE TE KREDISE </w:t>
            </w:r>
          </w:p>
        </w:tc>
      </w:tr>
      <w:tr w:rsidR="00034C00" w:rsidRPr="00D97086" w14:paraId="1B11FB0D" w14:textId="77777777" w:rsidTr="00FC26B4">
        <w:trPr>
          <w:trHeight w:val="1635"/>
        </w:trPr>
        <w:tc>
          <w:tcPr>
            <w:tcW w:w="724" w:type="dxa"/>
            <w:vMerge/>
            <w:shd w:val="clear" w:color="auto" w:fill="EAF1DD" w:themeFill="accent3" w:themeFillTint="33"/>
            <w:hideMark/>
          </w:tcPr>
          <w:p w14:paraId="637D09BC" w14:textId="77777777" w:rsidR="00034C00" w:rsidRPr="005B1542" w:rsidRDefault="00034C00" w:rsidP="00034C00">
            <w:pPr>
              <w:jc w:val="both"/>
              <w:rPr>
                <w:rFonts w:ascii="Times New Roman" w:hAnsi="Times New Roman" w:cs="Times New Roman"/>
                <w:sz w:val="24"/>
                <w:szCs w:val="24"/>
                <w:lang w:val="it-IT"/>
              </w:rPr>
            </w:pPr>
          </w:p>
        </w:tc>
        <w:tc>
          <w:tcPr>
            <w:tcW w:w="2126" w:type="dxa"/>
            <w:vMerge/>
            <w:shd w:val="clear" w:color="auto" w:fill="EAF1DD" w:themeFill="accent3" w:themeFillTint="33"/>
            <w:hideMark/>
          </w:tcPr>
          <w:p w14:paraId="4EEB551A" w14:textId="77777777" w:rsidR="00034C00" w:rsidRPr="005B1542" w:rsidRDefault="00034C00" w:rsidP="00034C00">
            <w:pPr>
              <w:jc w:val="both"/>
              <w:rPr>
                <w:rFonts w:ascii="Times New Roman" w:hAnsi="Times New Roman" w:cs="Times New Roman"/>
                <w:sz w:val="24"/>
                <w:szCs w:val="24"/>
                <w:lang w:val="it-IT"/>
              </w:rPr>
            </w:pPr>
          </w:p>
        </w:tc>
        <w:tc>
          <w:tcPr>
            <w:tcW w:w="1195" w:type="dxa"/>
            <w:shd w:val="clear" w:color="auto" w:fill="EAF1DD" w:themeFill="accent3" w:themeFillTint="33"/>
            <w:textDirection w:val="btLr"/>
            <w:hideMark/>
          </w:tcPr>
          <w:p w14:paraId="352C9E30" w14:textId="77777777" w:rsidR="00034C00" w:rsidRPr="00D97086" w:rsidRDefault="00034C00" w:rsidP="00034C00">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Aplikime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dorezuara</w:t>
            </w:r>
            <w:proofErr w:type="spellEnd"/>
          </w:p>
        </w:tc>
        <w:tc>
          <w:tcPr>
            <w:tcW w:w="896" w:type="dxa"/>
            <w:shd w:val="clear" w:color="auto" w:fill="EAF1DD" w:themeFill="accent3" w:themeFillTint="33"/>
            <w:textDirection w:val="btLr"/>
            <w:hideMark/>
          </w:tcPr>
          <w:p w14:paraId="0BBD65D1" w14:textId="77777777" w:rsidR="00034C00" w:rsidRPr="00D97086" w:rsidRDefault="00034C00" w:rsidP="00034C00">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Perfitues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skema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strehimit</w:t>
            </w:r>
            <w:proofErr w:type="spellEnd"/>
          </w:p>
        </w:tc>
        <w:tc>
          <w:tcPr>
            <w:tcW w:w="1174" w:type="dxa"/>
            <w:shd w:val="clear" w:color="auto" w:fill="EAF1DD" w:themeFill="accent3" w:themeFillTint="33"/>
            <w:textDirection w:val="btLr"/>
            <w:hideMark/>
          </w:tcPr>
          <w:p w14:paraId="7BF7B640" w14:textId="77777777" w:rsidR="00034C00" w:rsidRPr="00D97086" w:rsidRDefault="00034C00" w:rsidP="00034C00">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Aplikime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dorezuara</w:t>
            </w:r>
            <w:proofErr w:type="spellEnd"/>
          </w:p>
        </w:tc>
        <w:tc>
          <w:tcPr>
            <w:tcW w:w="917" w:type="dxa"/>
            <w:shd w:val="clear" w:color="auto" w:fill="EAF1DD" w:themeFill="accent3" w:themeFillTint="33"/>
            <w:textDirection w:val="btLr"/>
            <w:hideMark/>
          </w:tcPr>
          <w:p w14:paraId="69179F59" w14:textId="77777777" w:rsidR="00034C00" w:rsidRPr="00D97086" w:rsidRDefault="00034C00" w:rsidP="00034C00">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Perfitues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skema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strehimit</w:t>
            </w:r>
            <w:proofErr w:type="spellEnd"/>
          </w:p>
        </w:tc>
        <w:tc>
          <w:tcPr>
            <w:tcW w:w="1063" w:type="dxa"/>
            <w:shd w:val="clear" w:color="auto" w:fill="EAF1DD" w:themeFill="accent3" w:themeFillTint="33"/>
            <w:textDirection w:val="btLr"/>
            <w:hideMark/>
          </w:tcPr>
          <w:p w14:paraId="4A48FAF7" w14:textId="77777777" w:rsidR="00034C00" w:rsidRPr="00D97086" w:rsidRDefault="00034C00" w:rsidP="00034C00">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Aplikime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dorezuara</w:t>
            </w:r>
            <w:proofErr w:type="spellEnd"/>
          </w:p>
        </w:tc>
        <w:tc>
          <w:tcPr>
            <w:tcW w:w="1028" w:type="dxa"/>
            <w:shd w:val="clear" w:color="auto" w:fill="EAF1DD" w:themeFill="accent3" w:themeFillTint="33"/>
            <w:textDirection w:val="btLr"/>
            <w:hideMark/>
          </w:tcPr>
          <w:p w14:paraId="6CD0A334" w14:textId="77777777" w:rsidR="00034C00" w:rsidRPr="00D97086" w:rsidRDefault="00034C00" w:rsidP="00034C00">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Perfitues</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nga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skema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strehimit</w:t>
            </w:r>
            <w:proofErr w:type="spellEnd"/>
          </w:p>
        </w:tc>
      </w:tr>
      <w:tr w:rsidR="00034C00" w:rsidRPr="00D97086" w14:paraId="087FC5A7" w14:textId="77777777" w:rsidTr="00034C00">
        <w:trPr>
          <w:trHeight w:val="300"/>
        </w:trPr>
        <w:tc>
          <w:tcPr>
            <w:tcW w:w="724" w:type="dxa"/>
            <w:noWrap/>
            <w:hideMark/>
          </w:tcPr>
          <w:p w14:paraId="1BD8F0A0" w14:textId="77777777" w:rsidR="00034C00" w:rsidRPr="00D97086" w:rsidRDefault="00034C00" w:rsidP="00034C00">
            <w:pPr>
              <w:jc w:val="both"/>
              <w:rPr>
                <w:rFonts w:ascii="Times New Roman" w:hAnsi="Times New Roman" w:cs="Times New Roman"/>
                <w:sz w:val="24"/>
                <w:szCs w:val="24"/>
              </w:rPr>
            </w:pPr>
            <w:r w:rsidRPr="00D97086">
              <w:rPr>
                <w:rFonts w:ascii="Times New Roman" w:hAnsi="Times New Roman" w:cs="Times New Roman"/>
                <w:sz w:val="24"/>
                <w:szCs w:val="24"/>
              </w:rPr>
              <w:t>1</w:t>
            </w:r>
          </w:p>
        </w:tc>
        <w:tc>
          <w:tcPr>
            <w:tcW w:w="2126" w:type="dxa"/>
            <w:noWrap/>
            <w:hideMark/>
          </w:tcPr>
          <w:p w14:paraId="6C93E7DD" w14:textId="77777777" w:rsidR="00034C00" w:rsidRPr="00D97086" w:rsidRDefault="00034C00" w:rsidP="00034C00">
            <w:pPr>
              <w:jc w:val="both"/>
              <w:rPr>
                <w:rFonts w:ascii="Times New Roman" w:hAnsi="Times New Roman" w:cs="Times New Roman"/>
                <w:sz w:val="24"/>
                <w:szCs w:val="24"/>
              </w:rPr>
            </w:pPr>
            <w:r w:rsidRPr="00D97086">
              <w:rPr>
                <w:rFonts w:ascii="Times New Roman" w:hAnsi="Times New Roman" w:cs="Times New Roman"/>
                <w:sz w:val="24"/>
                <w:szCs w:val="24"/>
              </w:rPr>
              <w:t xml:space="preserve">Jeton me </w:t>
            </w:r>
            <w:proofErr w:type="spellStart"/>
            <w:r w:rsidRPr="00D97086">
              <w:rPr>
                <w:rFonts w:ascii="Times New Roman" w:hAnsi="Times New Roman" w:cs="Times New Roman"/>
                <w:sz w:val="24"/>
                <w:szCs w:val="24"/>
              </w:rPr>
              <w:t>qira</w:t>
            </w:r>
            <w:proofErr w:type="spellEnd"/>
            <w:r w:rsidRPr="00D97086">
              <w:rPr>
                <w:rFonts w:ascii="Times New Roman" w:hAnsi="Times New Roman" w:cs="Times New Roman"/>
                <w:sz w:val="24"/>
                <w:szCs w:val="24"/>
              </w:rPr>
              <w:t xml:space="preserve"> </w:t>
            </w:r>
          </w:p>
        </w:tc>
        <w:tc>
          <w:tcPr>
            <w:tcW w:w="1195" w:type="dxa"/>
            <w:noWrap/>
            <w:hideMark/>
          </w:tcPr>
          <w:p w14:paraId="0132FCE7" w14:textId="77777777" w:rsidR="00034C00" w:rsidRPr="00D97086" w:rsidRDefault="00034C00" w:rsidP="00034C00">
            <w:pPr>
              <w:jc w:val="both"/>
              <w:rPr>
                <w:rFonts w:ascii="Times New Roman" w:hAnsi="Times New Roman" w:cs="Times New Roman"/>
                <w:b/>
                <w:bCs/>
                <w:sz w:val="24"/>
                <w:szCs w:val="24"/>
              </w:rPr>
            </w:pPr>
            <w:r w:rsidRPr="00D97086">
              <w:rPr>
                <w:rFonts w:ascii="Times New Roman" w:hAnsi="Times New Roman" w:cs="Times New Roman"/>
                <w:b/>
                <w:bCs/>
                <w:sz w:val="24"/>
                <w:szCs w:val="24"/>
              </w:rPr>
              <w:t>68</w:t>
            </w:r>
          </w:p>
        </w:tc>
        <w:tc>
          <w:tcPr>
            <w:tcW w:w="896" w:type="dxa"/>
            <w:noWrap/>
            <w:hideMark/>
          </w:tcPr>
          <w:p w14:paraId="1C1CE7E3" w14:textId="77777777" w:rsidR="00034C00" w:rsidRPr="00D97086" w:rsidRDefault="00034C00" w:rsidP="00034C00">
            <w:pPr>
              <w:jc w:val="both"/>
              <w:rPr>
                <w:rFonts w:ascii="Times New Roman" w:hAnsi="Times New Roman" w:cs="Times New Roman"/>
                <w:b/>
                <w:bCs/>
                <w:sz w:val="24"/>
                <w:szCs w:val="24"/>
              </w:rPr>
            </w:pPr>
            <w:r w:rsidRPr="00D97086">
              <w:rPr>
                <w:rFonts w:ascii="Times New Roman" w:hAnsi="Times New Roman" w:cs="Times New Roman"/>
                <w:b/>
                <w:bCs/>
                <w:sz w:val="24"/>
                <w:szCs w:val="24"/>
              </w:rPr>
              <w:t>52</w:t>
            </w:r>
          </w:p>
        </w:tc>
        <w:tc>
          <w:tcPr>
            <w:tcW w:w="1174" w:type="dxa"/>
            <w:noWrap/>
            <w:hideMark/>
          </w:tcPr>
          <w:p w14:paraId="1BF8AB43" w14:textId="77777777" w:rsidR="00034C00" w:rsidRPr="00D97086" w:rsidRDefault="00034C00" w:rsidP="00034C00">
            <w:pPr>
              <w:jc w:val="both"/>
              <w:rPr>
                <w:rFonts w:ascii="Times New Roman" w:hAnsi="Times New Roman" w:cs="Times New Roman"/>
                <w:sz w:val="24"/>
                <w:szCs w:val="24"/>
              </w:rPr>
            </w:pPr>
            <w:r w:rsidRPr="00D97086">
              <w:rPr>
                <w:rFonts w:ascii="Times New Roman" w:hAnsi="Times New Roman" w:cs="Times New Roman"/>
                <w:sz w:val="24"/>
                <w:szCs w:val="24"/>
              </w:rPr>
              <w:t>0</w:t>
            </w:r>
          </w:p>
        </w:tc>
        <w:tc>
          <w:tcPr>
            <w:tcW w:w="917" w:type="dxa"/>
            <w:noWrap/>
            <w:hideMark/>
          </w:tcPr>
          <w:p w14:paraId="2DCEE65F" w14:textId="77777777" w:rsidR="00034C00" w:rsidRPr="00D97086" w:rsidRDefault="00034C00" w:rsidP="00034C00">
            <w:pPr>
              <w:jc w:val="both"/>
              <w:rPr>
                <w:rFonts w:ascii="Times New Roman" w:hAnsi="Times New Roman" w:cs="Times New Roman"/>
                <w:sz w:val="24"/>
                <w:szCs w:val="24"/>
              </w:rPr>
            </w:pPr>
            <w:r w:rsidRPr="00D97086">
              <w:rPr>
                <w:rFonts w:ascii="Times New Roman" w:hAnsi="Times New Roman" w:cs="Times New Roman"/>
                <w:sz w:val="24"/>
                <w:szCs w:val="24"/>
              </w:rPr>
              <w:t>0</w:t>
            </w:r>
          </w:p>
        </w:tc>
        <w:tc>
          <w:tcPr>
            <w:tcW w:w="1063" w:type="dxa"/>
            <w:noWrap/>
            <w:hideMark/>
          </w:tcPr>
          <w:p w14:paraId="75688F1B" w14:textId="77777777" w:rsidR="00034C00" w:rsidRPr="00D97086" w:rsidRDefault="00034C00" w:rsidP="00034C00">
            <w:pPr>
              <w:jc w:val="both"/>
              <w:rPr>
                <w:rFonts w:ascii="Times New Roman" w:hAnsi="Times New Roman" w:cs="Times New Roman"/>
                <w:sz w:val="24"/>
                <w:szCs w:val="24"/>
              </w:rPr>
            </w:pPr>
            <w:r w:rsidRPr="00D97086">
              <w:rPr>
                <w:rFonts w:ascii="Times New Roman" w:hAnsi="Times New Roman" w:cs="Times New Roman"/>
                <w:sz w:val="24"/>
                <w:szCs w:val="24"/>
              </w:rPr>
              <w:t>0</w:t>
            </w:r>
          </w:p>
        </w:tc>
        <w:tc>
          <w:tcPr>
            <w:tcW w:w="1028" w:type="dxa"/>
            <w:noWrap/>
            <w:hideMark/>
          </w:tcPr>
          <w:p w14:paraId="4746F708" w14:textId="77777777" w:rsidR="00034C00" w:rsidRPr="00D97086" w:rsidRDefault="00034C00" w:rsidP="00034C00">
            <w:pPr>
              <w:jc w:val="both"/>
              <w:rPr>
                <w:rFonts w:ascii="Times New Roman" w:hAnsi="Times New Roman" w:cs="Times New Roman"/>
                <w:sz w:val="24"/>
                <w:szCs w:val="24"/>
              </w:rPr>
            </w:pPr>
            <w:r w:rsidRPr="00D97086">
              <w:rPr>
                <w:rFonts w:ascii="Times New Roman" w:hAnsi="Times New Roman" w:cs="Times New Roman"/>
                <w:sz w:val="24"/>
                <w:szCs w:val="24"/>
              </w:rPr>
              <w:t>0</w:t>
            </w:r>
          </w:p>
        </w:tc>
      </w:tr>
      <w:tr w:rsidR="00034C00" w:rsidRPr="00D97086" w14:paraId="391F8808" w14:textId="77777777" w:rsidTr="00034C00">
        <w:trPr>
          <w:trHeight w:val="300"/>
        </w:trPr>
        <w:tc>
          <w:tcPr>
            <w:tcW w:w="724" w:type="dxa"/>
            <w:noWrap/>
            <w:hideMark/>
          </w:tcPr>
          <w:p w14:paraId="28CE3FAE" w14:textId="77777777" w:rsidR="00034C00" w:rsidRPr="00D97086" w:rsidRDefault="00034C00" w:rsidP="00034C00">
            <w:pPr>
              <w:jc w:val="both"/>
              <w:rPr>
                <w:rFonts w:ascii="Times New Roman" w:hAnsi="Times New Roman" w:cs="Times New Roman"/>
                <w:sz w:val="24"/>
                <w:szCs w:val="24"/>
              </w:rPr>
            </w:pPr>
            <w:r w:rsidRPr="00D97086">
              <w:rPr>
                <w:rFonts w:ascii="Times New Roman" w:hAnsi="Times New Roman" w:cs="Times New Roman"/>
                <w:sz w:val="24"/>
                <w:szCs w:val="24"/>
              </w:rPr>
              <w:t>2</w:t>
            </w:r>
          </w:p>
        </w:tc>
        <w:tc>
          <w:tcPr>
            <w:tcW w:w="2126" w:type="dxa"/>
            <w:noWrap/>
            <w:hideMark/>
          </w:tcPr>
          <w:p w14:paraId="0B6DCFE7" w14:textId="77777777" w:rsidR="00034C00" w:rsidRPr="00D97086" w:rsidRDefault="00034C00" w:rsidP="00034C00">
            <w:pPr>
              <w:jc w:val="both"/>
              <w:rPr>
                <w:rFonts w:ascii="Times New Roman" w:hAnsi="Times New Roman" w:cs="Times New Roman"/>
                <w:sz w:val="24"/>
                <w:szCs w:val="24"/>
              </w:rPr>
            </w:pPr>
            <w:r w:rsidRPr="00D97086">
              <w:rPr>
                <w:rFonts w:ascii="Times New Roman" w:hAnsi="Times New Roman" w:cs="Times New Roman"/>
                <w:sz w:val="24"/>
                <w:szCs w:val="24"/>
              </w:rPr>
              <w:t xml:space="preserve">Jeton me </w:t>
            </w:r>
            <w:proofErr w:type="spellStart"/>
            <w:r w:rsidRPr="00D97086">
              <w:rPr>
                <w:rFonts w:ascii="Times New Roman" w:hAnsi="Times New Roman" w:cs="Times New Roman"/>
                <w:sz w:val="24"/>
                <w:szCs w:val="24"/>
              </w:rPr>
              <w:t>prinderit</w:t>
            </w:r>
            <w:proofErr w:type="spellEnd"/>
            <w:r w:rsidRPr="00D97086">
              <w:rPr>
                <w:rFonts w:ascii="Times New Roman" w:hAnsi="Times New Roman" w:cs="Times New Roman"/>
                <w:sz w:val="24"/>
                <w:szCs w:val="24"/>
              </w:rPr>
              <w:t xml:space="preserve"> </w:t>
            </w:r>
          </w:p>
        </w:tc>
        <w:tc>
          <w:tcPr>
            <w:tcW w:w="1195" w:type="dxa"/>
            <w:noWrap/>
            <w:hideMark/>
          </w:tcPr>
          <w:p w14:paraId="0ECD94A8" w14:textId="77777777" w:rsidR="00034C00" w:rsidRPr="00D97086" w:rsidRDefault="00034C00" w:rsidP="00034C00">
            <w:pPr>
              <w:jc w:val="both"/>
              <w:rPr>
                <w:rFonts w:ascii="Times New Roman" w:hAnsi="Times New Roman" w:cs="Times New Roman"/>
                <w:b/>
                <w:bCs/>
                <w:sz w:val="24"/>
                <w:szCs w:val="24"/>
              </w:rPr>
            </w:pPr>
            <w:r w:rsidRPr="00D97086">
              <w:rPr>
                <w:rFonts w:ascii="Times New Roman" w:hAnsi="Times New Roman" w:cs="Times New Roman"/>
                <w:b/>
                <w:bCs/>
                <w:sz w:val="24"/>
                <w:szCs w:val="24"/>
              </w:rPr>
              <w:t>10</w:t>
            </w:r>
          </w:p>
        </w:tc>
        <w:tc>
          <w:tcPr>
            <w:tcW w:w="896" w:type="dxa"/>
            <w:noWrap/>
            <w:hideMark/>
          </w:tcPr>
          <w:p w14:paraId="7FCCAC4C" w14:textId="77777777" w:rsidR="00034C00" w:rsidRPr="00D97086" w:rsidRDefault="00034C00" w:rsidP="00034C00">
            <w:pPr>
              <w:jc w:val="both"/>
              <w:rPr>
                <w:rFonts w:ascii="Times New Roman" w:hAnsi="Times New Roman" w:cs="Times New Roman"/>
                <w:b/>
                <w:bCs/>
                <w:sz w:val="24"/>
                <w:szCs w:val="24"/>
              </w:rPr>
            </w:pPr>
            <w:r w:rsidRPr="00D97086">
              <w:rPr>
                <w:rFonts w:ascii="Times New Roman" w:hAnsi="Times New Roman" w:cs="Times New Roman"/>
                <w:b/>
                <w:bCs/>
                <w:sz w:val="24"/>
                <w:szCs w:val="24"/>
              </w:rPr>
              <w:t>10</w:t>
            </w:r>
          </w:p>
        </w:tc>
        <w:tc>
          <w:tcPr>
            <w:tcW w:w="1174" w:type="dxa"/>
            <w:noWrap/>
            <w:hideMark/>
          </w:tcPr>
          <w:p w14:paraId="69FAD372" w14:textId="77777777" w:rsidR="00034C00" w:rsidRPr="00D97086" w:rsidRDefault="00034C00" w:rsidP="00034C00">
            <w:pPr>
              <w:jc w:val="both"/>
              <w:rPr>
                <w:rFonts w:ascii="Times New Roman" w:hAnsi="Times New Roman" w:cs="Times New Roman"/>
                <w:sz w:val="24"/>
                <w:szCs w:val="24"/>
              </w:rPr>
            </w:pPr>
            <w:r w:rsidRPr="00D97086">
              <w:rPr>
                <w:rFonts w:ascii="Times New Roman" w:hAnsi="Times New Roman" w:cs="Times New Roman"/>
                <w:sz w:val="24"/>
                <w:szCs w:val="24"/>
              </w:rPr>
              <w:t>0</w:t>
            </w:r>
          </w:p>
        </w:tc>
        <w:tc>
          <w:tcPr>
            <w:tcW w:w="917" w:type="dxa"/>
            <w:noWrap/>
            <w:hideMark/>
          </w:tcPr>
          <w:p w14:paraId="568EB5B9" w14:textId="77777777" w:rsidR="00034C00" w:rsidRPr="00D97086" w:rsidRDefault="00034C00" w:rsidP="00034C00">
            <w:pPr>
              <w:jc w:val="both"/>
              <w:rPr>
                <w:rFonts w:ascii="Times New Roman" w:hAnsi="Times New Roman" w:cs="Times New Roman"/>
                <w:sz w:val="24"/>
                <w:szCs w:val="24"/>
              </w:rPr>
            </w:pPr>
            <w:r w:rsidRPr="00D97086">
              <w:rPr>
                <w:rFonts w:ascii="Times New Roman" w:hAnsi="Times New Roman" w:cs="Times New Roman"/>
                <w:sz w:val="24"/>
                <w:szCs w:val="24"/>
              </w:rPr>
              <w:t>0</w:t>
            </w:r>
          </w:p>
        </w:tc>
        <w:tc>
          <w:tcPr>
            <w:tcW w:w="1063" w:type="dxa"/>
            <w:noWrap/>
            <w:hideMark/>
          </w:tcPr>
          <w:p w14:paraId="3BDE56F8" w14:textId="77777777" w:rsidR="00034C00" w:rsidRPr="00D97086" w:rsidRDefault="00034C00" w:rsidP="00034C00">
            <w:pPr>
              <w:jc w:val="both"/>
              <w:rPr>
                <w:rFonts w:ascii="Times New Roman" w:hAnsi="Times New Roman" w:cs="Times New Roman"/>
                <w:sz w:val="24"/>
                <w:szCs w:val="24"/>
              </w:rPr>
            </w:pPr>
            <w:r w:rsidRPr="00D97086">
              <w:rPr>
                <w:rFonts w:ascii="Times New Roman" w:hAnsi="Times New Roman" w:cs="Times New Roman"/>
                <w:sz w:val="24"/>
                <w:szCs w:val="24"/>
              </w:rPr>
              <w:t>2</w:t>
            </w:r>
          </w:p>
        </w:tc>
        <w:tc>
          <w:tcPr>
            <w:tcW w:w="1028" w:type="dxa"/>
            <w:noWrap/>
            <w:hideMark/>
          </w:tcPr>
          <w:p w14:paraId="5BBB3CFC" w14:textId="77777777" w:rsidR="00034C00" w:rsidRPr="00D97086" w:rsidRDefault="00034C00" w:rsidP="00034C00">
            <w:pPr>
              <w:jc w:val="both"/>
              <w:rPr>
                <w:rFonts w:ascii="Times New Roman" w:hAnsi="Times New Roman" w:cs="Times New Roman"/>
                <w:sz w:val="24"/>
                <w:szCs w:val="24"/>
              </w:rPr>
            </w:pPr>
            <w:r w:rsidRPr="00D97086">
              <w:rPr>
                <w:rFonts w:ascii="Times New Roman" w:hAnsi="Times New Roman" w:cs="Times New Roman"/>
                <w:sz w:val="24"/>
                <w:szCs w:val="24"/>
              </w:rPr>
              <w:t>1</w:t>
            </w:r>
          </w:p>
        </w:tc>
      </w:tr>
      <w:tr w:rsidR="00034C00" w:rsidRPr="00D97086" w14:paraId="1FB24076" w14:textId="77777777" w:rsidTr="00034C00">
        <w:trPr>
          <w:trHeight w:val="600"/>
        </w:trPr>
        <w:tc>
          <w:tcPr>
            <w:tcW w:w="724" w:type="dxa"/>
            <w:noWrap/>
            <w:hideMark/>
          </w:tcPr>
          <w:p w14:paraId="09B277BF" w14:textId="77777777" w:rsidR="00034C00" w:rsidRPr="00D97086" w:rsidRDefault="00034C00" w:rsidP="00034C00">
            <w:pPr>
              <w:jc w:val="both"/>
              <w:rPr>
                <w:rFonts w:ascii="Times New Roman" w:hAnsi="Times New Roman" w:cs="Times New Roman"/>
                <w:sz w:val="24"/>
                <w:szCs w:val="24"/>
              </w:rPr>
            </w:pPr>
            <w:r w:rsidRPr="00D97086">
              <w:rPr>
                <w:rFonts w:ascii="Times New Roman" w:hAnsi="Times New Roman" w:cs="Times New Roman"/>
                <w:sz w:val="24"/>
                <w:szCs w:val="24"/>
              </w:rPr>
              <w:lastRenderedPageBreak/>
              <w:t>3</w:t>
            </w:r>
          </w:p>
        </w:tc>
        <w:tc>
          <w:tcPr>
            <w:tcW w:w="2126" w:type="dxa"/>
            <w:hideMark/>
          </w:tcPr>
          <w:p w14:paraId="1EA88FE3" w14:textId="77777777" w:rsidR="00034C00" w:rsidRPr="00D97086" w:rsidRDefault="00034C00" w:rsidP="00034C00">
            <w:pPr>
              <w:jc w:val="both"/>
              <w:rPr>
                <w:rFonts w:ascii="Times New Roman" w:hAnsi="Times New Roman" w:cs="Times New Roman"/>
                <w:sz w:val="24"/>
                <w:szCs w:val="24"/>
              </w:rPr>
            </w:pPr>
            <w:r w:rsidRPr="00D97086">
              <w:rPr>
                <w:rFonts w:ascii="Times New Roman" w:hAnsi="Times New Roman" w:cs="Times New Roman"/>
                <w:sz w:val="24"/>
                <w:szCs w:val="24"/>
              </w:rPr>
              <w:t xml:space="preserve">Jeton ne </w:t>
            </w:r>
            <w:proofErr w:type="spellStart"/>
            <w:r w:rsidRPr="00D97086">
              <w:rPr>
                <w:rFonts w:ascii="Times New Roman" w:hAnsi="Times New Roman" w:cs="Times New Roman"/>
                <w:sz w:val="24"/>
                <w:szCs w:val="24"/>
              </w:rPr>
              <w:t>banese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te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papershtatshme</w:t>
            </w:r>
            <w:proofErr w:type="spellEnd"/>
            <w:r w:rsidRPr="00D97086">
              <w:rPr>
                <w:rFonts w:ascii="Times New Roman" w:hAnsi="Times New Roman" w:cs="Times New Roman"/>
                <w:sz w:val="24"/>
                <w:szCs w:val="24"/>
              </w:rPr>
              <w:t xml:space="preserve"> </w:t>
            </w:r>
          </w:p>
        </w:tc>
        <w:tc>
          <w:tcPr>
            <w:tcW w:w="1195" w:type="dxa"/>
            <w:noWrap/>
            <w:hideMark/>
          </w:tcPr>
          <w:p w14:paraId="43A4C577" w14:textId="77777777" w:rsidR="00034C00" w:rsidRPr="00D97086" w:rsidRDefault="00034C00" w:rsidP="00034C00">
            <w:pPr>
              <w:jc w:val="both"/>
              <w:rPr>
                <w:rFonts w:ascii="Times New Roman" w:hAnsi="Times New Roman" w:cs="Times New Roman"/>
                <w:b/>
                <w:bCs/>
                <w:sz w:val="24"/>
                <w:szCs w:val="24"/>
              </w:rPr>
            </w:pPr>
            <w:r w:rsidRPr="00D97086">
              <w:rPr>
                <w:rFonts w:ascii="Times New Roman" w:hAnsi="Times New Roman" w:cs="Times New Roman"/>
                <w:b/>
                <w:bCs/>
                <w:sz w:val="24"/>
                <w:szCs w:val="24"/>
              </w:rPr>
              <w:t>0</w:t>
            </w:r>
          </w:p>
        </w:tc>
        <w:tc>
          <w:tcPr>
            <w:tcW w:w="896" w:type="dxa"/>
            <w:noWrap/>
            <w:hideMark/>
          </w:tcPr>
          <w:p w14:paraId="23384371" w14:textId="77777777" w:rsidR="00034C00" w:rsidRPr="00D97086" w:rsidRDefault="00034C00" w:rsidP="00034C00">
            <w:pPr>
              <w:jc w:val="both"/>
              <w:rPr>
                <w:rFonts w:ascii="Times New Roman" w:hAnsi="Times New Roman" w:cs="Times New Roman"/>
                <w:b/>
                <w:bCs/>
                <w:sz w:val="24"/>
                <w:szCs w:val="24"/>
              </w:rPr>
            </w:pPr>
            <w:r w:rsidRPr="00D97086">
              <w:rPr>
                <w:rFonts w:ascii="Times New Roman" w:hAnsi="Times New Roman" w:cs="Times New Roman"/>
                <w:b/>
                <w:bCs/>
                <w:sz w:val="24"/>
                <w:szCs w:val="24"/>
              </w:rPr>
              <w:t>0</w:t>
            </w:r>
          </w:p>
        </w:tc>
        <w:tc>
          <w:tcPr>
            <w:tcW w:w="1174" w:type="dxa"/>
            <w:noWrap/>
            <w:hideMark/>
          </w:tcPr>
          <w:p w14:paraId="40801E64" w14:textId="77777777" w:rsidR="00034C00" w:rsidRPr="00D97086" w:rsidRDefault="00034C00" w:rsidP="00034C00">
            <w:pPr>
              <w:jc w:val="both"/>
              <w:rPr>
                <w:rFonts w:ascii="Times New Roman" w:hAnsi="Times New Roman" w:cs="Times New Roman"/>
                <w:sz w:val="24"/>
                <w:szCs w:val="24"/>
              </w:rPr>
            </w:pPr>
            <w:r w:rsidRPr="00D97086">
              <w:rPr>
                <w:rFonts w:ascii="Times New Roman" w:hAnsi="Times New Roman" w:cs="Times New Roman"/>
                <w:sz w:val="24"/>
                <w:szCs w:val="24"/>
              </w:rPr>
              <w:t>36</w:t>
            </w:r>
          </w:p>
        </w:tc>
        <w:tc>
          <w:tcPr>
            <w:tcW w:w="917" w:type="dxa"/>
            <w:noWrap/>
            <w:hideMark/>
          </w:tcPr>
          <w:p w14:paraId="0E1AC217" w14:textId="77777777" w:rsidR="00034C00" w:rsidRPr="00D97086" w:rsidRDefault="00034C00" w:rsidP="00034C00">
            <w:pPr>
              <w:jc w:val="both"/>
              <w:rPr>
                <w:rFonts w:ascii="Times New Roman" w:hAnsi="Times New Roman" w:cs="Times New Roman"/>
                <w:sz w:val="24"/>
                <w:szCs w:val="24"/>
              </w:rPr>
            </w:pPr>
            <w:r w:rsidRPr="00D97086">
              <w:rPr>
                <w:rFonts w:ascii="Times New Roman" w:hAnsi="Times New Roman" w:cs="Times New Roman"/>
                <w:sz w:val="24"/>
                <w:szCs w:val="24"/>
              </w:rPr>
              <w:t>22</w:t>
            </w:r>
          </w:p>
        </w:tc>
        <w:tc>
          <w:tcPr>
            <w:tcW w:w="1063" w:type="dxa"/>
            <w:noWrap/>
            <w:hideMark/>
          </w:tcPr>
          <w:p w14:paraId="3394A514" w14:textId="77777777" w:rsidR="00034C00" w:rsidRPr="00D97086" w:rsidRDefault="00034C00" w:rsidP="00034C00">
            <w:pPr>
              <w:jc w:val="both"/>
              <w:rPr>
                <w:rFonts w:ascii="Times New Roman" w:hAnsi="Times New Roman" w:cs="Times New Roman"/>
                <w:sz w:val="24"/>
                <w:szCs w:val="24"/>
              </w:rPr>
            </w:pPr>
            <w:r w:rsidRPr="00D97086">
              <w:rPr>
                <w:rFonts w:ascii="Times New Roman" w:hAnsi="Times New Roman" w:cs="Times New Roman"/>
                <w:sz w:val="24"/>
                <w:szCs w:val="24"/>
              </w:rPr>
              <w:t>3</w:t>
            </w:r>
          </w:p>
        </w:tc>
        <w:tc>
          <w:tcPr>
            <w:tcW w:w="1028" w:type="dxa"/>
            <w:noWrap/>
            <w:hideMark/>
          </w:tcPr>
          <w:p w14:paraId="688DB6FF" w14:textId="77777777" w:rsidR="00034C00" w:rsidRPr="00D97086" w:rsidRDefault="00034C00" w:rsidP="00034C00">
            <w:pPr>
              <w:jc w:val="both"/>
              <w:rPr>
                <w:rFonts w:ascii="Times New Roman" w:hAnsi="Times New Roman" w:cs="Times New Roman"/>
                <w:sz w:val="24"/>
                <w:szCs w:val="24"/>
              </w:rPr>
            </w:pPr>
            <w:r w:rsidRPr="00D97086">
              <w:rPr>
                <w:rFonts w:ascii="Times New Roman" w:hAnsi="Times New Roman" w:cs="Times New Roman"/>
                <w:sz w:val="24"/>
                <w:szCs w:val="24"/>
              </w:rPr>
              <w:t>3</w:t>
            </w:r>
          </w:p>
        </w:tc>
      </w:tr>
      <w:tr w:rsidR="00034C00" w:rsidRPr="00D97086" w14:paraId="18AD0F84" w14:textId="77777777" w:rsidTr="00034C00">
        <w:trPr>
          <w:trHeight w:val="615"/>
        </w:trPr>
        <w:tc>
          <w:tcPr>
            <w:tcW w:w="724" w:type="dxa"/>
            <w:noWrap/>
            <w:hideMark/>
          </w:tcPr>
          <w:p w14:paraId="145FB0F5" w14:textId="77777777" w:rsidR="00034C00" w:rsidRPr="00D97086" w:rsidRDefault="00034C00" w:rsidP="00034C00">
            <w:pPr>
              <w:jc w:val="both"/>
              <w:rPr>
                <w:rFonts w:ascii="Times New Roman" w:hAnsi="Times New Roman" w:cs="Times New Roman"/>
                <w:sz w:val="24"/>
                <w:szCs w:val="24"/>
              </w:rPr>
            </w:pPr>
            <w:r w:rsidRPr="00D97086">
              <w:rPr>
                <w:rFonts w:ascii="Times New Roman" w:hAnsi="Times New Roman" w:cs="Times New Roman"/>
                <w:sz w:val="24"/>
                <w:szCs w:val="24"/>
              </w:rPr>
              <w:t>4</w:t>
            </w:r>
          </w:p>
        </w:tc>
        <w:tc>
          <w:tcPr>
            <w:tcW w:w="2126" w:type="dxa"/>
            <w:hideMark/>
          </w:tcPr>
          <w:p w14:paraId="3614626C" w14:textId="77777777" w:rsidR="00034C00" w:rsidRPr="005B1542" w:rsidRDefault="00034C00" w:rsidP="00034C00">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Jeton ne banese ne rrezik shembje</w:t>
            </w:r>
          </w:p>
        </w:tc>
        <w:tc>
          <w:tcPr>
            <w:tcW w:w="1195" w:type="dxa"/>
            <w:noWrap/>
            <w:hideMark/>
          </w:tcPr>
          <w:p w14:paraId="4710A4A6" w14:textId="77777777" w:rsidR="00034C00" w:rsidRPr="00D97086" w:rsidRDefault="00034C00" w:rsidP="00034C00">
            <w:pPr>
              <w:jc w:val="both"/>
              <w:rPr>
                <w:rFonts w:ascii="Times New Roman" w:hAnsi="Times New Roman" w:cs="Times New Roman"/>
                <w:b/>
                <w:bCs/>
                <w:sz w:val="24"/>
                <w:szCs w:val="24"/>
              </w:rPr>
            </w:pPr>
            <w:r w:rsidRPr="00D97086">
              <w:rPr>
                <w:rFonts w:ascii="Times New Roman" w:hAnsi="Times New Roman" w:cs="Times New Roman"/>
                <w:b/>
                <w:bCs/>
                <w:sz w:val="24"/>
                <w:szCs w:val="24"/>
              </w:rPr>
              <w:t>0</w:t>
            </w:r>
          </w:p>
        </w:tc>
        <w:tc>
          <w:tcPr>
            <w:tcW w:w="896" w:type="dxa"/>
            <w:noWrap/>
            <w:hideMark/>
          </w:tcPr>
          <w:p w14:paraId="64893EDB" w14:textId="77777777" w:rsidR="00034C00" w:rsidRPr="00D97086" w:rsidRDefault="00034C00" w:rsidP="00034C00">
            <w:pPr>
              <w:jc w:val="both"/>
              <w:rPr>
                <w:rFonts w:ascii="Times New Roman" w:hAnsi="Times New Roman" w:cs="Times New Roman"/>
                <w:b/>
                <w:bCs/>
                <w:sz w:val="24"/>
                <w:szCs w:val="24"/>
              </w:rPr>
            </w:pPr>
            <w:r w:rsidRPr="00D97086">
              <w:rPr>
                <w:rFonts w:ascii="Times New Roman" w:hAnsi="Times New Roman" w:cs="Times New Roman"/>
                <w:b/>
                <w:bCs/>
                <w:sz w:val="24"/>
                <w:szCs w:val="24"/>
              </w:rPr>
              <w:t>0</w:t>
            </w:r>
          </w:p>
        </w:tc>
        <w:tc>
          <w:tcPr>
            <w:tcW w:w="1174" w:type="dxa"/>
            <w:noWrap/>
            <w:hideMark/>
          </w:tcPr>
          <w:p w14:paraId="003D4D80" w14:textId="77777777" w:rsidR="00034C00" w:rsidRPr="00D97086" w:rsidRDefault="00034C00" w:rsidP="00034C00">
            <w:pPr>
              <w:jc w:val="both"/>
              <w:rPr>
                <w:rFonts w:ascii="Times New Roman" w:hAnsi="Times New Roman" w:cs="Times New Roman"/>
                <w:sz w:val="24"/>
                <w:szCs w:val="24"/>
              </w:rPr>
            </w:pPr>
            <w:r w:rsidRPr="00D97086">
              <w:rPr>
                <w:rFonts w:ascii="Times New Roman" w:hAnsi="Times New Roman" w:cs="Times New Roman"/>
                <w:sz w:val="24"/>
                <w:szCs w:val="24"/>
              </w:rPr>
              <w:t>28</w:t>
            </w:r>
          </w:p>
        </w:tc>
        <w:tc>
          <w:tcPr>
            <w:tcW w:w="917" w:type="dxa"/>
            <w:noWrap/>
            <w:hideMark/>
          </w:tcPr>
          <w:p w14:paraId="4AD2D73B" w14:textId="77777777" w:rsidR="00034C00" w:rsidRPr="00D97086" w:rsidRDefault="00034C00" w:rsidP="00034C00">
            <w:pPr>
              <w:jc w:val="both"/>
              <w:rPr>
                <w:rFonts w:ascii="Times New Roman" w:hAnsi="Times New Roman" w:cs="Times New Roman"/>
                <w:sz w:val="24"/>
                <w:szCs w:val="24"/>
              </w:rPr>
            </w:pPr>
            <w:r w:rsidRPr="00D97086">
              <w:rPr>
                <w:rFonts w:ascii="Times New Roman" w:hAnsi="Times New Roman" w:cs="Times New Roman"/>
                <w:sz w:val="24"/>
                <w:szCs w:val="24"/>
              </w:rPr>
              <w:t>14</w:t>
            </w:r>
          </w:p>
        </w:tc>
        <w:tc>
          <w:tcPr>
            <w:tcW w:w="1063" w:type="dxa"/>
            <w:noWrap/>
            <w:hideMark/>
          </w:tcPr>
          <w:p w14:paraId="1597C0F6" w14:textId="77777777" w:rsidR="00034C00" w:rsidRPr="00D97086" w:rsidRDefault="00034C00" w:rsidP="00034C00">
            <w:pPr>
              <w:jc w:val="both"/>
              <w:rPr>
                <w:rFonts w:ascii="Times New Roman" w:hAnsi="Times New Roman" w:cs="Times New Roman"/>
                <w:sz w:val="24"/>
                <w:szCs w:val="24"/>
              </w:rPr>
            </w:pPr>
            <w:r w:rsidRPr="00D97086">
              <w:rPr>
                <w:rFonts w:ascii="Times New Roman" w:hAnsi="Times New Roman" w:cs="Times New Roman"/>
                <w:sz w:val="24"/>
                <w:szCs w:val="24"/>
              </w:rPr>
              <w:t>9</w:t>
            </w:r>
          </w:p>
        </w:tc>
        <w:tc>
          <w:tcPr>
            <w:tcW w:w="1028" w:type="dxa"/>
            <w:noWrap/>
            <w:hideMark/>
          </w:tcPr>
          <w:p w14:paraId="79D26D03" w14:textId="77777777" w:rsidR="00034C00" w:rsidRPr="00D97086" w:rsidRDefault="00034C00" w:rsidP="00034C00">
            <w:pPr>
              <w:jc w:val="both"/>
              <w:rPr>
                <w:rFonts w:ascii="Times New Roman" w:hAnsi="Times New Roman" w:cs="Times New Roman"/>
                <w:sz w:val="24"/>
                <w:szCs w:val="24"/>
              </w:rPr>
            </w:pPr>
            <w:r w:rsidRPr="00D97086">
              <w:rPr>
                <w:rFonts w:ascii="Times New Roman" w:hAnsi="Times New Roman" w:cs="Times New Roman"/>
                <w:sz w:val="24"/>
                <w:szCs w:val="24"/>
              </w:rPr>
              <w:t>8</w:t>
            </w:r>
          </w:p>
        </w:tc>
      </w:tr>
      <w:tr w:rsidR="00034C00" w:rsidRPr="00D97086" w14:paraId="23080157" w14:textId="77777777" w:rsidTr="00034C00">
        <w:trPr>
          <w:trHeight w:val="510"/>
        </w:trPr>
        <w:tc>
          <w:tcPr>
            <w:tcW w:w="724" w:type="dxa"/>
            <w:noWrap/>
            <w:hideMark/>
          </w:tcPr>
          <w:p w14:paraId="42390582" w14:textId="77777777" w:rsidR="00034C00" w:rsidRPr="00D97086" w:rsidRDefault="00034C00" w:rsidP="00034C00">
            <w:pPr>
              <w:jc w:val="both"/>
              <w:rPr>
                <w:rFonts w:ascii="Times New Roman" w:hAnsi="Times New Roman" w:cs="Times New Roman"/>
                <w:b/>
                <w:bCs/>
                <w:sz w:val="24"/>
                <w:szCs w:val="24"/>
              </w:rPr>
            </w:pPr>
            <w:r w:rsidRPr="00D97086">
              <w:rPr>
                <w:rFonts w:ascii="Times New Roman" w:hAnsi="Times New Roman" w:cs="Times New Roman"/>
                <w:b/>
                <w:bCs/>
                <w:sz w:val="24"/>
                <w:szCs w:val="24"/>
              </w:rPr>
              <w:t> </w:t>
            </w:r>
          </w:p>
        </w:tc>
        <w:tc>
          <w:tcPr>
            <w:tcW w:w="2126" w:type="dxa"/>
            <w:noWrap/>
            <w:hideMark/>
          </w:tcPr>
          <w:p w14:paraId="20951BCD" w14:textId="77777777" w:rsidR="00034C00" w:rsidRPr="00D97086" w:rsidRDefault="00034C00" w:rsidP="00034C00">
            <w:pPr>
              <w:jc w:val="both"/>
              <w:rPr>
                <w:rFonts w:ascii="Times New Roman" w:hAnsi="Times New Roman" w:cs="Times New Roman"/>
                <w:b/>
                <w:bCs/>
                <w:sz w:val="24"/>
                <w:szCs w:val="24"/>
              </w:rPr>
            </w:pPr>
            <w:proofErr w:type="spellStart"/>
            <w:r w:rsidRPr="00D97086">
              <w:rPr>
                <w:rFonts w:ascii="Times New Roman" w:hAnsi="Times New Roman" w:cs="Times New Roman"/>
                <w:b/>
                <w:bCs/>
                <w:sz w:val="24"/>
                <w:szCs w:val="24"/>
              </w:rPr>
              <w:t>Totali</w:t>
            </w:r>
            <w:proofErr w:type="spellEnd"/>
          </w:p>
        </w:tc>
        <w:tc>
          <w:tcPr>
            <w:tcW w:w="1195" w:type="dxa"/>
            <w:noWrap/>
            <w:hideMark/>
          </w:tcPr>
          <w:p w14:paraId="13585D91" w14:textId="77777777" w:rsidR="00034C00" w:rsidRPr="00D97086" w:rsidRDefault="00034C00" w:rsidP="00034C00">
            <w:pPr>
              <w:jc w:val="both"/>
              <w:rPr>
                <w:rFonts w:ascii="Times New Roman" w:hAnsi="Times New Roman" w:cs="Times New Roman"/>
                <w:b/>
                <w:bCs/>
                <w:sz w:val="24"/>
                <w:szCs w:val="24"/>
              </w:rPr>
            </w:pPr>
            <w:r w:rsidRPr="00D97086">
              <w:rPr>
                <w:rFonts w:ascii="Times New Roman" w:hAnsi="Times New Roman" w:cs="Times New Roman"/>
                <w:b/>
                <w:bCs/>
                <w:sz w:val="24"/>
                <w:szCs w:val="24"/>
              </w:rPr>
              <w:t>78</w:t>
            </w:r>
          </w:p>
        </w:tc>
        <w:tc>
          <w:tcPr>
            <w:tcW w:w="896" w:type="dxa"/>
            <w:noWrap/>
            <w:hideMark/>
          </w:tcPr>
          <w:p w14:paraId="400A5233" w14:textId="77777777" w:rsidR="00034C00" w:rsidRPr="00D97086" w:rsidRDefault="00034C00" w:rsidP="00034C00">
            <w:pPr>
              <w:jc w:val="both"/>
              <w:rPr>
                <w:rFonts w:ascii="Times New Roman" w:hAnsi="Times New Roman" w:cs="Times New Roman"/>
                <w:b/>
                <w:bCs/>
                <w:sz w:val="24"/>
                <w:szCs w:val="24"/>
              </w:rPr>
            </w:pPr>
            <w:r w:rsidRPr="00D97086">
              <w:rPr>
                <w:rFonts w:ascii="Times New Roman" w:hAnsi="Times New Roman" w:cs="Times New Roman"/>
                <w:b/>
                <w:bCs/>
                <w:sz w:val="24"/>
                <w:szCs w:val="24"/>
              </w:rPr>
              <w:t>62</w:t>
            </w:r>
          </w:p>
        </w:tc>
        <w:tc>
          <w:tcPr>
            <w:tcW w:w="1174" w:type="dxa"/>
            <w:noWrap/>
            <w:hideMark/>
          </w:tcPr>
          <w:p w14:paraId="67005627" w14:textId="77777777" w:rsidR="00034C00" w:rsidRPr="00D97086" w:rsidRDefault="00034C00" w:rsidP="00034C00">
            <w:pPr>
              <w:jc w:val="both"/>
              <w:rPr>
                <w:rFonts w:ascii="Times New Roman" w:hAnsi="Times New Roman" w:cs="Times New Roman"/>
                <w:sz w:val="24"/>
                <w:szCs w:val="24"/>
              </w:rPr>
            </w:pPr>
            <w:r w:rsidRPr="00D97086">
              <w:rPr>
                <w:rFonts w:ascii="Times New Roman" w:hAnsi="Times New Roman" w:cs="Times New Roman"/>
                <w:sz w:val="24"/>
                <w:szCs w:val="24"/>
              </w:rPr>
              <w:t>67</w:t>
            </w:r>
          </w:p>
        </w:tc>
        <w:tc>
          <w:tcPr>
            <w:tcW w:w="917" w:type="dxa"/>
            <w:noWrap/>
            <w:hideMark/>
          </w:tcPr>
          <w:p w14:paraId="12F5F807" w14:textId="77777777" w:rsidR="00034C00" w:rsidRPr="00D97086" w:rsidRDefault="00034C00" w:rsidP="00034C00">
            <w:pPr>
              <w:jc w:val="both"/>
              <w:rPr>
                <w:rFonts w:ascii="Times New Roman" w:hAnsi="Times New Roman" w:cs="Times New Roman"/>
                <w:sz w:val="24"/>
                <w:szCs w:val="24"/>
              </w:rPr>
            </w:pPr>
            <w:r w:rsidRPr="00D97086">
              <w:rPr>
                <w:rFonts w:ascii="Times New Roman" w:hAnsi="Times New Roman" w:cs="Times New Roman"/>
                <w:sz w:val="24"/>
                <w:szCs w:val="24"/>
              </w:rPr>
              <w:t>36</w:t>
            </w:r>
          </w:p>
        </w:tc>
        <w:tc>
          <w:tcPr>
            <w:tcW w:w="1063" w:type="dxa"/>
            <w:noWrap/>
            <w:hideMark/>
          </w:tcPr>
          <w:p w14:paraId="0138E091" w14:textId="77777777" w:rsidR="00034C00" w:rsidRPr="00D97086" w:rsidRDefault="00034C00" w:rsidP="00034C00">
            <w:pPr>
              <w:jc w:val="both"/>
              <w:rPr>
                <w:rFonts w:ascii="Times New Roman" w:hAnsi="Times New Roman" w:cs="Times New Roman"/>
                <w:sz w:val="24"/>
                <w:szCs w:val="24"/>
              </w:rPr>
            </w:pPr>
            <w:r w:rsidRPr="00D97086">
              <w:rPr>
                <w:rFonts w:ascii="Times New Roman" w:hAnsi="Times New Roman" w:cs="Times New Roman"/>
                <w:sz w:val="24"/>
                <w:szCs w:val="24"/>
              </w:rPr>
              <w:t>14</w:t>
            </w:r>
          </w:p>
        </w:tc>
        <w:tc>
          <w:tcPr>
            <w:tcW w:w="1028" w:type="dxa"/>
            <w:noWrap/>
            <w:hideMark/>
          </w:tcPr>
          <w:p w14:paraId="7E0BBABE" w14:textId="77777777" w:rsidR="00034C00" w:rsidRPr="00D97086" w:rsidRDefault="00034C00" w:rsidP="00034C00">
            <w:pPr>
              <w:jc w:val="both"/>
              <w:rPr>
                <w:rFonts w:ascii="Times New Roman" w:hAnsi="Times New Roman" w:cs="Times New Roman"/>
                <w:sz w:val="24"/>
                <w:szCs w:val="24"/>
              </w:rPr>
            </w:pPr>
            <w:r w:rsidRPr="00D97086">
              <w:rPr>
                <w:rFonts w:ascii="Times New Roman" w:hAnsi="Times New Roman" w:cs="Times New Roman"/>
                <w:sz w:val="24"/>
                <w:szCs w:val="24"/>
              </w:rPr>
              <w:t>12</w:t>
            </w:r>
          </w:p>
        </w:tc>
      </w:tr>
    </w:tbl>
    <w:p w14:paraId="05281E6E" w14:textId="77777777" w:rsidR="005D1B2D" w:rsidRDefault="00CC4EAA" w:rsidP="00B06CA4">
      <w:pPr>
        <w:jc w:val="both"/>
        <w:rPr>
          <w:rFonts w:ascii="Times New Roman" w:hAnsi="Times New Roman" w:cs="Times New Roman"/>
          <w:sz w:val="24"/>
          <w:szCs w:val="24"/>
        </w:rPr>
      </w:pPr>
      <w:proofErr w:type="spellStart"/>
      <w:r>
        <w:rPr>
          <w:rFonts w:ascii="Times New Roman" w:hAnsi="Times New Roman" w:cs="Times New Roman"/>
          <w:sz w:val="24"/>
          <w:szCs w:val="24"/>
        </w:rPr>
        <w:t>Burimi</w:t>
      </w:r>
      <w:proofErr w:type="spellEnd"/>
      <w:r>
        <w:rPr>
          <w:rFonts w:ascii="Times New Roman" w:hAnsi="Times New Roman" w:cs="Times New Roman"/>
          <w:sz w:val="24"/>
          <w:szCs w:val="24"/>
        </w:rPr>
        <w:t xml:space="preserve">: Bashkia </w:t>
      </w:r>
      <w:proofErr w:type="spellStart"/>
      <w:r>
        <w:rPr>
          <w:rFonts w:ascii="Times New Roman" w:hAnsi="Times New Roman" w:cs="Times New Roman"/>
          <w:sz w:val="24"/>
          <w:szCs w:val="24"/>
        </w:rPr>
        <w:t>Prrenjas</w:t>
      </w:r>
      <w:proofErr w:type="spellEnd"/>
    </w:p>
    <w:p w14:paraId="6F2421CC" w14:textId="77777777" w:rsidR="007E122E" w:rsidRPr="005B1542" w:rsidRDefault="00FC26B4" w:rsidP="00B06CA4">
      <w:pPr>
        <w:jc w:val="both"/>
        <w:rPr>
          <w:rFonts w:ascii="Times New Roman" w:hAnsi="Times New Roman" w:cs="Times New Roman"/>
          <w:sz w:val="24"/>
          <w:szCs w:val="24"/>
          <w:lang w:val="it-IT"/>
        </w:rPr>
      </w:pPr>
      <w:r w:rsidRPr="005B1542">
        <w:rPr>
          <w:rFonts w:ascii="Times New Roman" w:hAnsi="Times New Roman" w:cs="Times New Roman"/>
          <w:sz w:val="24"/>
          <w:szCs w:val="24"/>
          <w:lang w:val="it-IT"/>
        </w:rPr>
        <w:t xml:space="preserve"> </w:t>
      </w:r>
      <w:r w:rsidR="002706E6" w:rsidRPr="005B1542">
        <w:rPr>
          <w:rFonts w:ascii="Times New Roman" w:hAnsi="Times New Roman" w:cs="Times New Roman"/>
          <w:sz w:val="24"/>
          <w:szCs w:val="24"/>
          <w:lang w:val="it-IT"/>
        </w:rPr>
        <w:t>3.11</w:t>
      </w:r>
      <w:r w:rsidR="007E122E" w:rsidRPr="005B1542">
        <w:rPr>
          <w:rFonts w:ascii="Times New Roman" w:hAnsi="Times New Roman" w:cs="Times New Roman"/>
          <w:sz w:val="24"/>
          <w:szCs w:val="24"/>
          <w:lang w:val="it-IT"/>
        </w:rPr>
        <w:t>. Sipërfaqet e trojeve, të miratuara për programet sociale të strehimit</w:t>
      </w:r>
    </w:p>
    <w:tbl>
      <w:tblPr>
        <w:tblStyle w:val="TableGrid"/>
        <w:tblW w:w="8860" w:type="dxa"/>
        <w:tblLook w:val="04A0" w:firstRow="1" w:lastRow="0" w:firstColumn="1" w:lastColumn="0" w:noHBand="0" w:noVBand="1"/>
      </w:tblPr>
      <w:tblGrid>
        <w:gridCol w:w="850"/>
        <w:gridCol w:w="3375"/>
        <w:gridCol w:w="2160"/>
        <w:gridCol w:w="2475"/>
      </w:tblGrid>
      <w:tr w:rsidR="007E122E" w:rsidRPr="005B1542" w14:paraId="70DD3D32" w14:textId="77777777" w:rsidTr="00FC26B4">
        <w:trPr>
          <w:trHeight w:val="1187"/>
        </w:trPr>
        <w:tc>
          <w:tcPr>
            <w:tcW w:w="850" w:type="dxa"/>
            <w:shd w:val="clear" w:color="auto" w:fill="EAF1DD" w:themeFill="accent3" w:themeFillTint="33"/>
            <w:noWrap/>
            <w:hideMark/>
          </w:tcPr>
          <w:p w14:paraId="58318605" w14:textId="77777777" w:rsidR="007E122E" w:rsidRPr="00D97086" w:rsidRDefault="007E122E" w:rsidP="00FC26B4">
            <w:pPr>
              <w:jc w:val="center"/>
              <w:rPr>
                <w:rFonts w:ascii="Times New Roman" w:hAnsi="Times New Roman" w:cs="Times New Roman"/>
                <w:b/>
                <w:sz w:val="24"/>
                <w:szCs w:val="24"/>
              </w:rPr>
            </w:pPr>
            <w:r w:rsidRPr="00D97086">
              <w:rPr>
                <w:rFonts w:ascii="Times New Roman" w:hAnsi="Times New Roman" w:cs="Times New Roman"/>
                <w:b/>
                <w:sz w:val="24"/>
                <w:szCs w:val="24"/>
              </w:rPr>
              <w:t>Nr</w:t>
            </w:r>
          </w:p>
        </w:tc>
        <w:tc>
          <w:tcPr>
            <w:tcW w:w="3375" w:type="dxa"/>
            <w:shd w:val="clear" w:color="auto" w:fill="EAF1DD" w:themeFill="accent3" w:themeFillTint="33"/>
            <w:hideMark/>
          </w:tcPr>
          <w:p w14:paraId="7EEF51D8" w14:textId="77777777" w:rsidR="007E122E" w:rsidRPr="00D97086" w:rsidRDefault="007E122E" w:rsidP="00FC26B4">
            <w:pPr>
              <w:jc w:val="center"/>
              <w:rPr>
                <w:rFonts w:ascii="Times New Roman" w:hAnsi="Times New Roman" w:cs="Times New Roman"/>
                <w:b/>
                <w:sz w:val="24"/>
                <w:szCs w:val="24"/>
              </w:rPr>
            </w:pPr>
            <w:proofErr w:type="spellStart"/>
            <w:r w:rsidRPr="00D97086">
              <w:rPr>
                <w:rFonts w:ascii="Times New Roman" w:hAnsi="Times New Roman" w:cs="Times New Roman"/>
                <w:b/>
                <w:sz w:val="24"/>
                <w:szCs w:val="24"/>
              </w:rPr>
              <w:t>Sipërfaqja</w:t>
            </w:r>
            <w:proofErr w:type="spellEnd"/>
            <w:r w:rsidRPr="00D97086">
              <w:rPr>
                <w:rFonts w:ascii="Times New Roman" w:hAnsi="Times New Roman" w:cs="Times New Roman"/>
                <w:b/>
                <w:sz w:val="24"/>
                <w:szCs w:val="24"/>
              </w:rPr>
              <w:t xml:space="preserve"> e </w:t>
            </w:r>
            <w:proofErr w:type="spellStart"/>
            <w:r w:rsidRPr="00D97086">
              <w:rPr>
                <w:rFonts w:ascii="Times New Roman" w:hAnsi="Times New Roman" w:cs="Times New Roman"/>
                <w:b/>
                <w:sz w:val="24"/>
                <w:szCs w:val="24"/>
              </w:rPr>
              <w:t>truallit</w:t>
            </w:r>
            <w:proofErr w:type="spellEnd"/>
            <w:r w:rsidRPr="00D97086">
              <w:rPr>
                <w:rFonts w:ascii="Times New Roman" w:hAnsi="Times New Roman" w:cs="Times New Roman"/>
                <w:b/>
                <w:sz w:val="24"/>
                <w:szCs w:val="24"/>
              </w:rPr>
              <w:t xml:space="preserve"> në </w:t>
            </w:r>
            <w:proofErr w:type="spellStart"/>
            <w:r w:rsidRPr="00D97086">
              <w:rPr>
                <w:rFonts w:ascii="Times New Roman" w:hAnsi="Times New Roman" w:cs="Times New Roman"/>
                <w:b/>
                <w:sz w:val="24"/>
                <w:szCs w:val="24"/>
              </w:rPr>
              <w:t>pronësi</w:t>
            </w:r>
            <w:proofErr w:type="spellEnd"/>
            <w:r w:rsidRPr="00D97086">
              <w:rPr>
                <w:rFonts w:ascii="Times New Roman" w:hAnsi="Times New Roman" w:cs="Times New Roman"/>
                <w:b/>
                <w:sz w:val="24"/>
                <w:szCs w:val="24"/>
              </w:rPr>
              <w:t xml:space="preserve"> të NJVV </w:t>
            </w:r>
            <w:proofErr w:type="spellStart"/>
            <w:r w:rsidRPr="00D97086">
              <w:rPr>
                <w:rFonts w:ascii="Times New Roman" w:hAnsi="Times New Roman" w:cs="Times New Roman"/>
                <w:b/>
                <w:sz w:val="24"/>
                <w:szCs w:val="24"/>
              </w:rPr>
              <w:t>miratuar</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për</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programet</w:t>
            </w:r>
            <w:proofErr w:type="spellEnd"/>
            <w:r w:rsidRPr="00D97086">
              <w:rPr>
                <w:rFonts w:ascii="Times New Roman" w:hAnsi="Times New Roman" w:cs="Times New Roman"/>
                <w:b/>
                <w:sz w:val="24"/>
                <w:szCs w:val="24"/>
              </w:rPr>
              <w:t xml:space="preserve"> </w:t>
            </w:r>
            <w:proofErr w:type="spellStart"/>
            <w:r w:rsidRPr="00D97086">
              <w:rPr>
                <w:rFonts w:ascii="Times New Roman" w:hAnsi="Times New Roman" w:cs="Times New Roman"/>
                <w:b/>
                <w:sz w:val="24"/>
                <w:szCs w:val="24"/>
              </w:rPr>
              <w:t>sociale</w:t>
            </w:r>
            <w:proofErr w:type="spellEnd"/>
            <w:r w:rsidRPr="00D97086">
              <w:rPr>
                <w:rFonts w:ascii="Times New Roman" w:hAnsi="Times New Roman" w:cs="Times New Roman"/>
                <w:b/>
                <w:sz w:val="24"/>
                <w:szCs w:val="24"/>
              </w:rPr>
              <w:t xml:space="preserve"> të </w:t>
            </w:r>
            <w:proofErr w:type="spellStart"/>
            <w:r w:rsidRPr="00D97086">
              <w:rPr>
                <w:rFonts w:ascii="Times New Roman" w:hAnsi="Times New Roman" w:cs="Times New Roman"/>
                <w:b/>
                <w:sz w:val="24"/>
                <w:szCs w:val="24"/>
              </w:rPr>
              <w:t>strehimit</w:t>
            </w:r>
            <w:proofErr w:type="spellEnd"/>
            <w:r w:rsidRPr="00D97086">
              <w:rPr>
                <w:rFonts w:ascii="Times New Roman" w:hAnsi="Times New Roman" w:cs="Times New Roman"/>
                <w:b/>
                <w:sz w:val="24"/>
                <w:szCs w:val="24"/>
              </w:rPr>
              <w:t xml:space="preserve"> ( </w:t>
            </w:r>
            <w:proofErr w:type="spellStart"/>
            <w:r w:rsidRPr="00D97086">
              <w:rPr>
                <w:rFonts w:ascii="Times New Roman" w:hAnsi="Times New Roman" w:cs="Times New Roman"/>
                <w:b/>
                <w:sz w:val="24"/>
                <w:szCs w:val="24"/>
              </w:rPr>
              <w:t>nëha</w:t>
            </w:r>
            <w:proofErr w:type="spellEnd"/>
            <w:r w:rsidRPr="00D97086">
              <w:rPr>
                <w:rFonts w:ascii="Times New Roman" w:hAnsi="Times New Roman" w:cs="Times New Roman"/>
                <w:b/>
                <w:sz w:val="24"/>
                <w:szCs w:val="24"/>
              </w:rPr>
              <w:t>)</w:t>
            </w:r>
          </w:p>
        </w:tc>
        <w:tc>
          <w:tcPr>
            <w:tcW w:w="2160" w:type="dxa"/>
            <w:shd w:val="clear" w:color="auto" w:fill="EAF1DD" w:themeFill="accent3" w:themeFillTint="33"/>
            <w:hideMark/>
          </w:tcPr>
          <w:p w14:paraId="3E23B81D" w14:textId="77777777" w:rsidR="007E122E" w:rsidRPr="005B1542" w:rsidRDefault="007E122E" w:rsidP="00FC26B4">
            <w:pPr>
              <w:jc w:val="center"/>
              <w:rPr>
                <w:rFonts w:ascii="Times New Roman" w:hAnsi="Times New Roman" w:cs="Times New Roman"/>
                <w:b/>
                <w:sz w:val="24"/>
                <w:szCs w:val="24"/>
                <w:lang w:val="it-IT"/>
              </w:rPr>
            </w:pPr>
            <w:r w:rsidRPr="005B1542">
              <w:rPr>
                <w:rFonts w:ascii="Times New Roman" w:hAnsi="Times New Roman" w:cs="Times New Roman"/>
                <w:b/>
                <w:sz w:val="24"/>
                <w:szCs w:val="24"/>
                <w:lang w:val="it-IT"/>
              </w:rPr>
              <w:t>Miratuar me Planin e Përgjithshëm Vendor (PPV) nr 03</w:t>
            </w:r>
          </w:p>
        </w:tc>
        <w:tc>
          <w:tcPr>
            <w:tcW w:w="2475" w:type="dxa"/>
            <w:shd w:val="clear" w:color="auto" w:fill="EAF1DD" w:themeFill="accent3" w:themeFillTint="33"/>
            <w:hideMark/>
          </w:tcPr>
          <w:p w14:paraId="7B5B190F" w14:textId="77777777" w:rsidR="007E122E" w:rsidRPr="005B1542" w:rsidRDefault="007E122E" w:rsidP="00FC26B4">
            <w:pPr>
              <w:jc w:val="center"/>
              <w:rPr>
                <w:rFonts w:ascii="Times New Roman" w:hAnsi="Times New Roman" w:cs="Times New Roman"/>
                <w:b/>
                <w:sz w:val="24"/>
                <w:szCs w:val="24"/>
                <w:lang w:val="it-IT"/>
              </w:rPr>
            </w:pPr>
            <w:r w:rsidRPr="005B1542">
              <w:rPr>
                <w:rFonts w:ascii="Times New Roman" w:hAnsi="Times New Roman" w:cs="Times New Roman"/>
                <w:b/>
                <w:sz w:val="24"/>
                <w:szCs w:val="24"/>
                <w:lang w:val="it-IT"/>
              </w:rPr>
              <w:t>Njësia administrative/zona ku ndodhet</w:t>
            </w:r>
          </w:p>
        </w:tc>
      </w:tr>
      <w:tr w:rsidR="007E122E" w:rsidRPr="00D97086" w14:paraId="4EBF7298" w14:textId="77777777" w:rsidTr="007E122E">
        <w:trPr>
          <w:trHeight w:val="332"/>
        </w:trPr>
        <w:tc>
          <w:tcPr>
            <w:tcW w:w="850" w:type="dxa"/>
            <w:noWrap/>
            <w:hideMark/>
          </w:tcPr>
          <w:p w14:paraId="7281A4F7" w14:textId="77777777" w:rsidR="007E122E" w:rsidRPr="00D97086" w:rsidRDefault="007E122E" w:rsidP="007E122E">
            <w:pPr>
              <w:jc w:val="both"/>
              <w:rPr>
                <w:rFonts w:ascii="Times New Roman" w:hAnsi="Times New Roman" w:cs="Times New Roman"/>
                <w:sz w:val="24"/>
                <w:szCs w:val="24"/>
              </w:rPr>
            </w:pPr>
            <w:r w:rsidRPr="005B1542">
              <w:rPr>
                <w:rFonts w:ascii="Times New Roman" w:hAnsi="Times New Roman" w:cs="Times New Roman"/>
                <w:sz w:val="24"/>
                <w:szCs w:val="24"/>
                <w:lang w:val="it-IT"/>
              </w:rPr>
              <w:t> </w:t>
            </w:r>
            <w:r w:rsidRPr="00D97086">
              <w:rPr>
                <w:rFonts w:ascii="Times New Roman" w:hAnsi="Times New Roman" w:cs="Times New Roman"/>
                <w:sz w:val="24"/>
                <w:szCs w:val="24"/>
              </w:rPr>
              <w:t>1</w:t>
            </w:r>
          </w:p>
        </w:tc>
        <w:tc>
          <w:tcPr>
            <w:tcW w:w="3375" w:type="dxa"/>
            <w:noWrap/>
            <w:hideMark/>
          </w:tcPr>
          <w:p w14:paraId="72A29708" w14:textId="77777777" w:rsidR="007E122E" w:rsidRPr="00D97086" w:rsidRDefault="007E122E" w:rsidP="007E122E">
            <w:pPr>
              <w:jc w:val="both"/>
              <w:rPr>
                <w:rFonts w:ascii="Times New Roman" w:hAnsi="Times New Roman" w:cs="Times New Roman"/>
                <w:sz w:val="24"/>
                <w:szCs w:val="24"/>
              </w:rPr>
            </w:pPr>
            <w:r w:rsidRPr="00D97086">
              <w:rPr>
                <w:rFonts w:ascii="Times New Roman" w:hAnsi="Times New Roman" w:cs="Times New Roman"/>
                <w:sz w:val="24"/>
                <w:szCs w:val="24"/>
              </w:rPr>
              <w:t>3.65</w:t>
            </w:r>
          </w:p>
        </w:tc>
        <w:tc>
          <w:tcPr>
            <w:tcW w:w="2160" w:type="dxa"/>
            <w:noWrap/>
            <w:hideMark/>
          </w:tcPr>
          <w:p w14:paraId="6288FF1F" w14:textId="77777777" w:rsidR="007E122E" w:rsidRPr="00D97086" w:rsidRDefault="007E122E" w:rsidP="007E122E">
            <w:pPr>
              <w:jc w:val="both"/>
              <w:rPr>
                <w:rFonts w:ascii="Times New Roman" w:hAnsi="Times New Roman" w:cs="Times New Roman"/>
                <w:sz w:val="24"/>
                <w:szCs w:val="24"/>
              </w:rPr>
            </w:pPr>
            <w:r w:rsidRPr="00D97086">
              <w:rPr>
                <w:rFonts w:ascii="Times New Roman" w:hAnsi="Times New Roman" w:cs="Times New Roman"/>
                <w:sz w:val="24"/>
                <w:szCs w:val="24"/>
              </w:rPr>
              <w:t> 14.04.2017</w:t>
            </w:r>
          </w:p>
        </w:tc>
        <w:tc>
          <w:tcPr>
            <w:tcW w:w="2475" w:type="dxa"/>
            <w:noWrap/>
            <w:hideMark/>
          </w:tcPr>
          <w:p w14:paraId="3CB033C9" w14:textId="77777777" w:rsidR="007E122E" w:rsidRPr="00D97086" w:rsidRDefault="007E122E" w:rsidP="007E122E">
            <w:pPr>
              <w:jc w:val="both"/>
              <w:rPr>
                <w:rFonts w:ascii="Times New Roman" w:hAnsi="Times New Roman" w:cs="Times New Roman"/>
                <w:sz w:val="24"/>
                <w:szCs w:val="24"/>
              </w:rPr>
            </w:pPr>
            <w:r w:rsidRPr="00D97086">
              <w:rPr>
                <w:rFonts w:ascii="Times New Roman" w:hAnsi="Times New Roman" w:cs="Times New Roman"/>
                <w:sz w:val="24"/>
                <w:szCs w:val="24"/>
              </w:rPr>
              <w:t xml:space="preserve">1/34 </w:t>
            </w:r>
            <w:proofErr w:type="spellStart"/>
            <w:r w:rsidRPr="00D97086">
              <w:rPr>
                <w:rFonts w:ascii="Times New Roman" w:hAnsi="Times New Roman" w:cs="Times New Roman"/>
                <w:sz w:val="24"/>
                <w:szCs w:val="24"/>
              </w:rPr>
              <w:t>Njesia</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Vendore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w:t>
            </w:r>
          </w:p>
        </w:tc>
      </w:tr>
      <w:tr w:rsidR="007E122E" w:rsidRPr="00D97086" w14:paraId="1B61811C" w14:textId="77777777" w:rsidTr="007E122E">
        <w:trPr>
          <w:trHeight w:val="332"/>
        </w:trPr>
        <w:tc>
          <w:tcPr>
            <w:tcW w:w="850" w:type="dxa"/>
            <w:noWrap/>
            <w:hideMark/>
          </w:tcPr>
          <w:p w14:paraId="219C237D" w14:textId="77777777" w:rsidR="007E122E" w:rsidRPr="00D97086" w:rsidRDefault="007E122E" w:rsidP="007E122E">
            <w:pPr>
              <w:jc w:val="both"/>
              <w:rPr>
                <w:rFonts w:ascii="Times New Roman" w:hAnsi="Times New Roman" w:cs="Times New Roman"/>
                <w:sz w:val="24"/>
                <w:szCs w:val="24"/>
              </w:rPr>
            </w:pPr>
            <w:r w:rsidRPr="00D97086">
              <w:rPr>
                <w:rFonts w:ascii="Times New Roman" w:hAnsi="Times New Roman" w:cs="Times New Roman"/>
                <w:sz w:val="24"/>
                <w:szCs w:val="24"/>
              </w:rPr>
              <w:t> </w:t>
            </w:r>
          </w:p>
        </w:tc>
        <w:tc>
          <w:tcPr>
            <w:tcW w:w="3375" w:type="dxa"/>
            <w:noWrap/>
            <w:hideMark/>
          </w:tcPr>
          <w:p w14:paraId="7E0A25F5" w14:textId="77777777" w:rsidR="007E122E" w:rsidRPr="00D97086" w:rsidRDefault="007E122E" w:rsidP="007E122E">
            <w:pPr>
              <w:jc w:val="both"/>
              <w:rPr>
                <w:rFonts w:ascii="Times New Roman" w:hAnsi="Times New Roman" w:cs="Times New Roman"/>
                <w:sz w:val="24"/>
                <w:szCs w:val="24"/>
              </w:rPr>
            </w:pPr>
            <w:r w:rsidRPr="00D97086">
              <w:rPr>
                <w:rFonts w:ascii="Times New Roman" w:hAnsi="Times New Roman" w:cs="Times New Roman"/>
                <w:sz w:val="24"/>
                <w:szCs w:val="24"/>
              </w:rPr>
              <w:t> -</w:t>
            </w:r>
          </w:p>
        </w:tc>
        <w:tc>
          <w:tcPr>
            <w:tcW w:w="2160" w:type="dxa"/>
            <w:noWrap/>
            <w:hideMark/>
          </w:tcPr>
          <w:p w14:paraId="665F2701" w14:textId="77777777" w:rsidR="007E122E" w:rsidRPr="00D97086" w:rsidRDefault="007E122E" w:rsidP="007E122E">
            <w:pPr>
              <w:jc w:val="both"/>
              <w:rPr>
                <w:rFonts w:ascii="Times New Roman" w:hAnsi="Times New Roman" w:cs="Times New Roman"/>
                <w:sz w:val="24"/>
                <w:szCs w:val="24"/>
              </w:rPr>
            </w:pPr>
            <w:r w:rsidRPr="00D97086">
              <w:rPr>
                <w:rFonts w:ascii="Times New Roman" w:hAnsi="Times New Roman" w:cs="Times New Roman"/>
                <w:sz w:val="24"/>
                <w:szCs w:val="24"/>
              </w:rPr>
              <w:t> -</w:t>
            </w:r>
          </w:p>
        </w:tc>
        <w:tc>
          <w:tcPr>
            <w:tcW w:w="2475" w:type="dxa"/>
            <w:noWrap/>
            <w:hideMark/>
          </w:tcPr>
          <w:p w14:paraId="6B684D11" w14:textId="77777777" w:rsidR="007E122E" w:rsidRPr="00D97086" w:rsidRDefault="007E122E" w:rsidP="007E122E">
            <w:pPr>
              <w:jc w:val="both"/>
              <w:rPr>
                <w:rFonts w:ascii="Times New Roman" w:hAnsi="Times New Roman" w:cs="Times New Roman"/>
                <w:sz w:val="24"/>
                <w:szCs w:val="24"/>
              </w:rPr>
            </w:pPr>
            <w:r w:rsidRPr="00D97086">
              <w:rPr>
                <w:rFonts w:ascii="Times New Roman" w:hAnsi="Times New Roman" w:cs="Times New Roman"/>
                <w:sz w:val="24"/>
                <w:szCs w:val="24"/>
              </w:rPr>
              <w:t> -</w:t>
            </w:r>
          </w:p>
        </w:tc>
      </w:tr>
      <w:tr w:rsidR="007E122E" w:rsidRPr="00D97086" w14:paraId="0C0274E1" w14:textId="77777777" w:rsidTr="007E122E">
        <w:trPr>
          <w:trHeight w:val="332"/>
        </w:trPr>
        <w:tc>
          <w:tcPr>
            <w:tcW w:w="850" w:type="dxa"/>
            <w:noWrap/>
            <w:hideMark/>
          </w:tcPr>
          <w:p w14:paraId="06A2D36F" w14:textId="77777777" w:rsidR="007E122E" w:rsidRPr="00D97086" w:rsidRDefault="007E122E" w:rsidP="007E122E">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Totali</w:t>
            </w:r>
            <w:proofErr w:type="spellEnd"/>
            <w:r w:rsidRPr="00D97086">
              <w:rPr>
                <w:rFonts w:ascii="Times New Roman" w:hAnsi="Times New Roman" w:cs="Times New Roman"/>
                <w:sz w:val="24"/>
                <w:szCs w:val="24"/>
              </w:rPr>
              <w:t> </w:t>
            </w:r>
          </w:p>
        </w:tc>
        <w:tc>
          <w:tcPr>
            <w:tcW w:w="3375" w:type="dxa"/>
            <w:noWrap/>
            <w:hideMark/>
          </w:tcPr>
          <w:p w14:paraId="2F960F02" w14:textId="77777777" w:rsidR="007E122E" w:rsidRPr="00D97086" w:rsidRDefault="007E122E" w:rsidP="007E122E">
            <w:pPr>
              <w:jc w:val="both"/>
              <w:rPr>
                <w:rFonts w:ascii="Times New Roman" w:hAnsi="Times New Roman" w:cs="Times New Roman"/>
                <w:sz w:val="24"/>
                <w:szCs w:val="24"/>
              </w:rPr>
            </w:pPr>
            <w:r w:rsidRPr="00D97086">
              <w:rPr>
                <w:rFonts w:ascii="Times New Roman" w:hAnsi="Times New Roman" w:cs="Times New Roman"/>
                <w:sz w:val="24"/>
                <w:szCs w:val="24"/>
              </w:rPr>
              <w:t>3.65</w:t>
            </w:r>
          </w:p>
        </w:tc>
        <w:tc>
          <w:tcPr>
            <w:tcW w:w="2160" w:type="dxa"/>
            <w:noWrap/>
            <w:hideMark/>
          </w:tcPr>
          <w:p w14:paraId="2ACA96B8" w14:textId="77777777" w:rsidR="007E122E" w:rsidRPr="00D97086" w:rsidRDefault="007E122E" w:rsidP="007E122E">
            <w:pPr>
              <w:jc w:val="both"/>
              <w:rPr>
                <w:rFonts w:ascii="Times New Roman" w:hAnsi="Times New Roman" w:cs="Times New Roman"/>
                <w:sz w:val="24"/>
                <w:szCs w:val="24"/>
              </w:rPr>
            </w:pPr>
            <w:r w:rsidRPr="00D97086">
              <w:rPr>
                <w:rFonts w:ascii="Times New Roman" w:hAnsi="Times New Roman" w:cs="Times New Roman"/>
                <w:sz w:val="24"/>
                <w:szCs w:val="24"/>
              </w:rPr>
              <w:t>14.04.2017</w:t>
            </w:r>
          </w:p>
        </w:tc>
        <w:tc>
          <w:tcPr>
            <w:tcW w:w="2475" w:type="dxa"/>
            <w:noWrap/>
            <w:hideMark/>
          </w:tcPr>
          <w:p w14:paraId="3904E643" w14:textId="77777777" w:rsidR="007E122E" w:rsidRPr="00D97086" w:rsidRDefault="007E122E" w:rsidP="007E122E">
            <w:pPr>
              <w:jc w:val="both"/>
              <w:rPr>
                <w:rFonts w:ascii="Times New Roman" w:hAnsi="Times New Roman" w:cs="Times New Roman"/>
                <w:sz w:val="24"/>
                <w:szCs w:val="24"/>
              </w:rPr>
            </w:pPr>
            <w:r w:rsidRPr="00D97086">
              <w:rPr>
                <w:rFonts w:ascii="Times New Roman" w:hAnsi="Times New Roman" w:cs="Times New Roman"/>
                <w:sz w:val="24"/>
                <w:szCs w:val="24"/>
              </w:rPr>
              <w:t xml:space="preserve">1/34Njesia </w:t>
            </w:r>
            <w:proofErr w:type="spellStart"/>
            <w:r w:rsidRPr="00D97086">
              <w:rPr>
                <w:rFonts w:ascii="Times New Roman" w:hAnsi="Times New Roman" w:cs="Times New Roman"/>
                <w:sz w:val="24"/>
                <w:szCs w:val="24"/>
              </w:rPr>
              <w:t>Vendore</w:t>
            </w:r>
            <w:proofErr w:type="spellEnd"/>
            <w:r w:rsidRPr="00D97086">
              <w:rPr>
                <w:rFonts w:ascii="Times New Roman" w:hAnsi="Times New Roman" w:cs="Times New Roman"/>
                <w:sz w:val="24"/>
                <w:szCs w:val="24"/>
              </w:rPr>
              <w:t xml:space="preserve"> </w:t>
            </w:r>
            <w:proofErr w:type="spellStart"/>
            <w:r w:rsidRPr="00D97086">
              <w:rPr>
                <w:rFonts w:ascii="Times New Roman" w:hAnsi="Times New Roman" w:cs="Times New Roman"/>
                <w:sz w:val="24"/>
                <w:szCs w:val="24"/>
              </w:rPr>
              <w:t>Prrenjas</w:t>
            </w:r>
            <w:proofErr w:type="spellEnd"/>
            <w:r w:rsidRPr="00D97086">
              <w:rPr>
                <w:rFonts w:ascii="Times New Roman" w:hAnsi="Times New Roman" w:cs="Times New Roman"/>
                <w:sz w:val="24"/>
                <w:szCs w:val="24"/>
              </w:rPr>
              <w:t xml:space="preserve"> </w:t>
            </w:r>
          </w:p>
        </w:tc>
      </w:tr>
    </w:tbl>
    <w:p w14:paraId="554A9BBA" w14:textId="77777777" w:rsidR="002706E6" w:rsidRDefault="002706E6" w:rsidP="002706E6">
      <w:pPr>
        <w:jc w:val="both"/>
        <w:rPr>
          <w:rFonts w:ascii="Times New Roman" w:hAnsi="Times New Roman" w:cs="Times New Roman"/>
          <w:sz w:val="24"/>
          <w:szCs w:val="24"/>
        </w:rPr>
      </w:pPr>
      <w:proofErr w:type="spellStart"/>
      <w:r w:rsidRPr="00D97086">
        <w:rPr>
          <w:rFonts w:ascii="Times New Roman" w:hAnsi="Times New Roman" w:cs="Times New Roman"/>
          <w:sz w:val="24"/>
          <w:szCs w:val="24"/>
        </w:rPr>
        <w:t>Burimi</w:t>
      </w:r>
      <w:proofErr w:type="spellEnd"/>
      <w:r w:rsidRPr="00D97086">
        <w:rPr>
          <w:rFonts w:ascii="Times New Roman" w:hAnsi="Times New Roman" w:cs="Times New Roman"/>
          <w:sz w:val="24"/>
          <w:szCs w:val="24"/>
        </w:rPr>
        <w:t xml:space="preserve">: Bashkia </w:t>
      </w:r>
      <w:proofErr w:type="spellStart"/>
      <w:r w:rsidRPr="00D97086">
        <w:rPr>
          <w:rFonts w:ascii="Times New Roman" w:hAnsi="Times New Roman" w:cs="Times New Roman"/>
          <w:sz w:val="24"/>
          <w:szCs w:val="24"/>
        </w:rPr>
        <w:t>Prrenjas</w:t>
      </w:r>
      <w:proofErr w:type="spellEnd"/>
    </w:p>
    <w:p w14:paraId="2A450D0E" w14:textId="77777777" w:rsidR="00204566" w:rsidRPr="00D97086" w:rsidRDefault="00204566" w:rsidP="002706E6">
      <w:pPr>
        <w:jc w:val="both"/>
        <w:rPr>
          <w:rFonts w:ascii="Times New Roman" w:hAnsi="Times New Roman" w:cs="Times New Roman"/>
          <w:sz w:val="24"/>
          <w:szCs w:val="24"/>
        </w:rPr>
      </w:pPr>
    </w:p>
    <w:p w14:paraId="3612ADCD" w14:textId="77777777" w:rsidR="007E122E" w:rsidRPr="00204566" w:rsidRDefault="00204566" w:rsidP="00B06CA4">
      <w:pPr>
        <w:jc w:val="both"/>
        <w:rPr>
          <w:rFonts w:ascii="Times New Roman" w:hAnsi="Times New Roman" w:cs="Times New Roman"/>
          <w:b/>
          <w:sz w:val="24"/>
          <w:szCs w:val="24"/>
        </w:rPr>
      </w:pPr>
      <w:proofErr w:type="spellStart"/>
      <w:r w:rsidRPr="00204566">
        <w:rPr>
          <w:rFonts w:ascii="Times New Roman" w:hAnsi="Times New Roman" w:cs="Times New Roman"/>
          <w:b/>
          <w:sz w:val="24"/>
          <w:szCs w:val="24"/>
        </w:rPr>
        <w:t>Sektori</w:t>
      </w:r>
      <w:proofErr w:type="spellEnd"/>
      <w:r w:rsidRPr="00204566">
        <w:rPr>
          <w:rFonts w:ascii="Times New Roman" w:hAnsi="Times New Roman" w:cs="Times New Roman"/>
          <w:b/>
          <w:sz w:val="24"/>
          <w:szCs w:val="24"/>
        </w:rPr>
        <w:t xml:space="preserve"> I </w:t>
      </w:r>
      <w:proofErr w:type="spellStart"/>
      <w:r w:rsidRPr="00204566">
        <w:rPr>
          <w:rFonts w:ascii="Times New Roman" w:hAnsi="Times New Roman" w:cs="Times New Roman"/>
          <w:b/>
          <w:sz w:val="24"/>
          <w:szCs w:val="24"/>
        </w:rPr>
        <w:t>Sherbimit</w:t>
      </w:r>
      <w:proofErr w:type="spellEnd"/>
      <w:r w:rsidRPr="00204566">
        <w:rPr>
          <w:rFonts w:ascii="Times New Roman" w:hAnsi="Times New Roman" w:cs="Times New Roman"/>
          <w:b/>
          <w:sz w:val="24"/>
          <w:szCs w:val="24"/>
        </w:rPr>
        <w:t xml:space="preserve"> Social </w:t>
      </w:r>
      <w:proofErr w:type="spellStart"/>
      <w:r w:rsidRPr="00204566">
        <w:rPr>
          <w:rFonts w:ascii="Times New Roman" w:hAnsi="Times New Roman" w:cs="Times New Roman"/>
          <w:b/>
          <w:sz w:val="24"/>
          <w:szCs w:val="24"/>
        </w:rPr>
        <w:t>dhe</w:t>
      </w:r>
      <w:proofErr w:type="spellEnd"/>
      <w:r w:rsidRPr="00204566">
        <w:rPr>
          <w:rFonts w:ascii="Times New Roman" w:hAnsi="Times New Roman" w:cs="Times New Roman"/>
          <w:b/>
          <w:sz w:val="24"/>
          <w:szCs w:val="24"/>
        </w:rPr>
        <w:t xml:space="preserve"> </w:t>
      </w:r>
      <w:proofErr w:type="spellStart"/>
      <w:r w:rsidRPr="00204566">
        <w:rPr>
          <w:rFonts w:ascii="Times New Roman" w:hAnsi="Times New Roman" w:cs="Times New Roman"/>
          <w:b/>
          <w:sz w:val="24"/>
          <w:szCs w:val="24"/>
        </w:rPr>
        <w:t>Strehimit</w:t>
      </w:r>
      <w:proofErr w:type="spellEnd"/>
      <w:r w:rsidRPr="00204566">
        <w:rPr>
          <w:rFonts w:ascii="Times New Roman" w:hAnsi="Times New Roman" w:cs="Times New Roman"/>
          <w:b/>
          <w:sz w:val="24"/>
          <w:szCs w:val="24"/>
        </w:rPr>
        <w:t>.</w:t>
      </w:r>
    </w:p>
    <w:sectPr w:rsidR="007E122E" w:rsidRPr="00204566" w:rsidSect="00034616">
      <w:footerReference w:type="default" r:id="rId1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C3D56" w14:textId="77777777" w:rsidR="00BB197F" w:rsidRDefault="00BB197F" w:rsidP="00095DCD">
      <w:pPr>
        <w:spacing w:after="0" w:line="240" w:lineRule="auto"/>
      </w:pPr>
      <w:r>
        <w:separator/>
      </w:r>
    </w:p>
  </w:endnote>
  <w:endnote w:type="continuationSeparator" w:id="0">
    <w:p w14:paraId="4C0D528C" w14:textId="77777777" w:rsidR="00BB197F" w:rsidRDefault="00BB197F" w:rsidP="00095D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2814051"/>
      <w:docPartObj>
        <w:docPartGallery w:val="Page Numbers (Bottom of Page)"/>
        <w:docPartUnique/>
      </w:docPartObj>
    </w:sdtPr>
    <w:sdtEndPr>
      <w:rPr>
        <w:noProof/>
      </w:rPr>
    </w:sdtEndPr>
    <w:sdtContent>
      <w:p w14:paraId="6B1B00C5" w14:textId="77777777" w:rsidR="00B66BDA" w:rsidRDefault="00B66BDA">
        <w:pPr>
          <w:pStyle w:val="Footer"/>
          <w:jc w:val="right"/>
        </w:pPr>
        <w:r>
          <w:fldChar w:fldCharType="begin"/>
        </w:r>
        <w:r>
          <w:instrText xml:space="preserve"> PAGE   \* MERGEFORMAT </w:instrText>
        </w:r>
        <w:r>
          <w:fldChar w:fldCharType="separate"/>
        </w:r>
        <w:r w:rsidR="00204566">
          <w:rPr>
            <w:noProof/>
          </w:rPr>
          <w:t>49</w:t>
        </w:r>
        <w:r>
          <w:rPr>
            <w:noProof/>
          </w:rPr>
          <w:fldChar w:fldCharType="end"/>
        </w:r>
      </w:p>
    </w:sdtContent>
  </w:sdt>
  <w:p w14:paraId="05F98014" w14:textId="77777777" w:rsidR="00B66BDA" w:rsidRDefault="00B66B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66387" w14:textId="77777777" w:rsidR="00BB197F" w:rsidRDefault="00BB197F" w:rsidP="00095DCD">
      <w:pPr>
        <w:spacing w:after="0" w:line="240" w:lineRule="auto"/>
      </w:pPr>
      <w:r>
        <w:separator/>
      </w:r>
    </w:p>
  </w:footnote>
  <w:footnote w:type="continuationSeparator" w:id="0">
    <w:p w14:paraId="23F4F655" w14:textId="77777777" w:rsidR="00BB197F" w:rsidRDefault="00BB197F" w:rsidP="00095D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282A5788"/>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2680C26"/>
    <w:multiLevelType w:val="hybridMultilevel"/>
    <w:tmpl w:val="62606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603B2E"/>
    <w:multiLevelType w:val="hybridMultilevel"/>
    <w:tmpl w:val="3AECB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906683"/>
    <w:multiLevelType w:val="hybridMultilevel"/>
    <w:tmpl w:val="ED846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161242"/>
    <w:multiLevelType w:val="multilevel"/>
    <w:tmpl w:val="FAF6561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7663C44"/>
    <w:multiLevelType w:val="hybridMultilevel"/>
    <w:tmpl w:val="3C8A09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AE4435"/>
    <w:multiLevelType w:val="hybridMultilevel"/>
    <w:tmpl w:val="BD1212D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31E3B9B"/>
    <w:multiLevelType w:val="hybridMultilevel"/>
    <w:tmpl w:val="8B5CDF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7832FC"/>
    <w:multiLevelType w:val="hybridMultilevel"/>
    <w:tmpl w:val="705AA8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1D687E"/>
    <w:multiLevelType w:val="hybridMultilevel"/>
    <w:tmpl w:val="874A8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AB90822"/>
    <w:multiLevelType w:val="hybridMultilevel"/>
    <w:tmpl w:val="68C018B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F514F4F"/>
    <w:multiLevelType w:val="hybridMultilevel"/>
    <w:tmpl w:val="98E03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12D285A"/>
    <w:multiLevelType w:val="hybridMultilevel"/>
    <w:tmpl w:val="5BEC04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23B0282"/>
    <w:multiLevelType w:val="hybridMultilevel"/>
    <w:tmpl w:val="D1762F9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D126662"/>
    <w:multiLevelType w:val="hybridMultilevel"/>
    <w:tmpl w:val="FA5EB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00933316">
    <w:abstractNumId w:val="8"/>
  </w:num>
  <w:num w:numId="2" w16cid:durableId="1004821808">
    <w:abstractNumId w:val="6"/>
  </w:num>
  <w:num w:numId="3" w16cid:durableId="309794368">
    <w:abstractNumId w:val="5"/>
  </w:num>
  <w:num w:numId="4" w16cid:durableId="409038460">
    <w:abstractNumId w:val="4"/>
  </w:num>
  <w:num w:numId="5" w16cid:durableId="1607617058">
    <w:abstractNumId w:val="7"/>
  </w:num>
  <w:num w:numId="6" w16cid:durableId="864176731">
    <w:abstractNumId w:val="3"/>
  </w:num>
  <w:num w:numId="7" w16cid:durableId="1737700362">
    <w:abstractNumId w:val="2"/>
  </w:num>
  <w:num w:numId="8" w16cid:durableId="978341501">
    <w:abstractNumId w:val="1"/>
  </w:num>
  <w:num w:numId="9" w16cid:durableId="1791823240">
    <w:abstractNumId w:val="0"/>
  </w:num>
  <w:num w:numId="10" w16cid:durableId="43718186">
    <w:abstractNumId w:val="22"/>
  </w:num>
  <w:num w:numId="11" w16cid:durableId="929579096">
    <w:abstractNumId w:val="12"/>
  </w:num>
  <w:num w:numId="12" w16cid:durableId="1440879458">
    <w:abstractNumId w:val="14"/>
  </w:num>
  <w:num w:numId="13" w16cid:durableId="615209987">
    <w:abstractNumId w:val="9"/>
  </w:num>
  <w:num w:numId="14" w16cid:durableId="67923262">
    <w:abstractNumId w:val="15"/>
  </w:num>
  <w:num w:numId="15" w16cid:durableId="1945961458">
    <w:abstractNumId w:val="17"/>
  </w:num>
  <w:num w:numId="16" w16cid:durableId="1854412150">
    <w:abstractNumId w:val="20"/>
  </w:num>
  <w:num w:numId="17" w16cid:durableId="1033919186">
    <w:abstractNumId w:val="16"/>
  </w:num>
  <w:num w:numId="18" w16cid:durableId="1197427982">
    <w:abstractNumId w:val="10"/>
  </w:num>
  <w:num w:numId="19" w16cid:durableId="608780520">
    <w:abstractNumId w:val="19"/>
  </w:num>
  <w:num w:numId="20" w16cid:durableId="450127889">
    <w:abstractNumId w:val="18"/>
  </w:num>
  <w:num w:numId="21" w16cid:durableId="954363600">
    <w:abstractNumId w:val="11"/>
  </w:num>
  <w:num w:numId="22" w16cid:durableId="661473171">
    <w:abstractNumId w:val="13"/>
  </w:num>
  <w:num w:numId="23" w16cid:durableId="13234365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22849"/>
    <w:rsid w:val="00034616"/>
    <w:rsid w:val="00034C00"/>
    <w:rsid w:val="000418B5"/>
    <w:rsid w:val="00051838"/>
    <w:rsid w:val="00060201"/>
    <w:rsid w:val="0006063C"/>
    <w:rsid w:val="00066E9B"/>
    <w:rsid w:val="00067B4B"/>
    <w:rsid w:val="00072A6E"/>
    <w:rsid w:val="0008178F"/>
    <w:rsid w:val="00095DCD"/>
    <w:rsid w:val="000A645B"/>
    <w:rsid w:val="000B0A6C"/>
    <w:rsid w:val="000B3DF6"/>
    <w:rsid w:val="000B68E2"/>
    <w:rsid w:val="000E08A9"/>
    <w:rsid w:val="000E0A40"/>
    <w:rsid w:val="0011047D"/>
    <w:rsid w:val="001216CE"/>
    <w:rsid w:val="00123A0E"/>
    <w:rsid w:val="0015074B"/>
    <w:rsid w:val="00166AB4"/>
    <w:rsid w:val="00175BB0"/>
    <w:rsid w:val="001858D4"/>
    <w:rsid w:val="00191F3C"/>
    <w:rsid w:val="00193344"/>
    <w:rsid w:val="001B2F85"/>
    <w:rsid w:val="001C0893"/>
    <w:rsid w:val="0020237D"/>
    <w:rsid w:val="00204566"/>
    <w:rsid w:val="00206990"/>
    <w:rsid w:val="0020743F"/>
    <w:rsid w:val="002532AE"/>
    <w:rsid w:val="002561E0"/>
    <w:rsid w:val="002706E6"/>
    <w:rsid w:val="00270857"/>
    <w:rsid w:val="002716B8"/>
    <w:rsid w:val="0028222A"/>
    <w:rsid w:val="00292E68"/>
    <w:rsid w:val="0029639D"/>
    <w:rsid w:val="002A3AC9"/>
    <w:rsid w:val="002B1753"/>
    <w:rsid w:val="002B206A"/>
    <w:rsid w:val="002B2623"/>
    <w:rsid w:val="002B4AFD"/>
    <w:rsid w:val="002B59A8"/>
    <w:rsid w:val="002B5D78"/>
    <w:rsid w:val="002C1849"/>
    <w:rsid w:val="002E7233"/>
    <w:rsid w:val="002F6B27"/>
    <w:rsid w:val="00310992"/>
    <w:rsid w:val="00312EDA"/>
    <w:rsid w:val="00317284"/>
    <w:rsid w:val="00326719"/>
    <w:rsid w:val="00326F90"/>
    <w:rsid w:val="003413C5"/>
    <w:rsid w:val="00352F3A"/>
    <w:rsid w:val="003530D5"/>
    <w:rsid w:val="00366B5A"/>
    <w:rsid w:val="003A6DBB"/>
    <w:rsid w:val="003B3A23"/>
    <w:rsid w:val="003C345C"/>
    <w:rsid w:val="003D7533"/>
    <w:rsid w:val="003D771A"/>
    <w:rsid w:val="003E4615"/>
    <w:rsid w:val="00410FE5"/>
    <w:rsid w:val="00424360"/>
    <w:rsid w:val="004245BA"/>
    <w:rsid w:val="00424DC0"/>
    <w:rsid w:val="00425228"/>
    <w:rsid w:val="004253EA"/>
    <w:rsid w:val="004306C1"/>
    <w:rsid w:val="00435F00"/>
    <w:rsid w:val="004472EE"/>
    <w:rsid w:val="00450F5B"/>
    <w:rsid w:val="004642DC"/>
    <w:rsid w:val="00465004"/>
    <w:rsid w:val="0048125B"/>
    <w:rsid w:val="004A050A"/>
    <w:rsid w:val="004A51E8"/>
    <w:rsid w:val="004E0EC7"/>
    <w:rsid w:val="004E312B"/>
    <w:rsid w:val="004E79D9"/>
    <w:rsid w:val="00504A50"/>
    <w:rsid w:val="00521B81"/>
    <w:rsid w:val="00534484"/>
    <w:rsid w:val="00555FBB"/>
    <w:rsid w:val="00566B73"/>
    <w:rsid w:val="005725F4"/>
    <w:rsid w:val="00585B65"/>
    <w:rsid w:val="00591D16"/>
    <w:rsid w:val="005B1542"/>
    <w:rsid w:val="005D1B2D"/>
    <w:rsid w:val="005E444E"/>
    <w:rsid w:val="005E4FFF"/>
    <w:rsid w:val="005E7FB0"/>
    <w:rsid w:val="00617BA9"/>
    <w:rsid w:val="0062558D"/>
    <w:rsid w:val="006458E7"/>
    <w:rsid w:val="006A478A"/>
    <w:rsid w:val="006B39F4"/>
    <w:rsid w:val="006C3F7E"/>
    <w:rsid w:val="006D5823"/>
    <w:rsid w:val="006E5EE2"/>
    <w:rsid w:val="0070104F"/>
    <w:rsid w:val="0070473E"/>
    <w:rsid w:val="00706E2F"/>
    <w:rsid w:val="00707F24"/>
    <w:rsid w:val="00712ECB"/>
    <w:rsid w:val="00737604"/>
    <w:rsid w:val="00742ECD"/>
    <w:rsid w:val="00765CBC"/>
    <w:rsid w:val="007666B4"/>
    <w:rsid w:val="007767ED"/>
    <w:rsid w:val="00790BE7"/>
    <w:rsid w:val="00792997"/>
    <w:rsid w:val="00797F49"/>
    <w:rsid w:val="007A2B44"/>
    <w:rsid w:val="007A6497"/>
    <w:rsid w:val="007E122E"/>
    <w:rsid w:val="008170C1"/>
    <w:rsid w:val="008208DE"/>
    <w:rsid w:val="00835857"/>
    <w:rsid w:val="00865E9E"/>
    <w:rsid w:val="008A15F4"/>
    <w:rsid w:val="008A1680"/>
    <w:rsid w:val="008A2259"/>
    <w:rsid w:val="008A7611"/>
    <w:rsid w:val="008B3784"/>
    <w:rsid w:val="008C5A83"/>
    <w:rsid w:val="008C7F61"/>
    <w:rsid w:val="008D5DA0"/>
    <w:rsid w:val="008E03B0"/>
    <w:rsid w:val="008F0AD2"/>
    <w:rsid w:val="008F26F0"/>
    <w:rsid w:val="00902EA2"/>
    <w:rsid w:val="00912E8D"/>
    <w:rsid w:val="0091664F"/>
    <w:rsid w:val="00954ECE"/>
    <w:rsid w:val="00961384"/>
    <w:rsid w:val="0098218D"/>
    <w:rsid w:val="00996343"/>
    <w:rsid w:val="009A1F3C"/>
    <w:rsid w:val="009D76F5"/>
    <w:rsid w:val="00A24CDB"/>
    <w:rsid w:val="00A269A9"/>
    <w:rsid w:val="00A31237"/>
    <w:rsid w:val="00A365D5"/>
    <w:rsid w:val="00A45CED"/>
    <w:rsid w:val="00A47E3F"/>
    <w:rsid w:val="00A50388"/>
    <w:rsid w:val="00A50CC0"/>
    <w:rsid w:val="00A65743"/>
    <w:rsid w:val="00AA1D8D"/>
    <w:rsid w:val="00AA1ED9"/>
    <w:rsid w:val="00AF416E"/>
    <w:rsid w:val="00B06CA4"/>
    <w:rsid w:val="00B333C3"/>
    <w:rsid w:val="00B47730"/>
    <w:rsid w:val="00B66BDA"/>
    <w:rsid w:val="00B7300A"/>
    <w:rsid w:val="00B84D6F"/>
    <w:rsid w:val="00BB197F"/>
    <w:rsid w:val="00BB1D97"/>
    <w:rsid w:val="00BC52BC"/>
    <w:rsid w:val="00BD2FB9"/>
    <w:rsid w:val="00BD2FCD"/>
    <w:rsid w:val="00BE0E48"/>
    <w:rsid w:val="00BE1F1A"/>
    <w:rsid w:val="00BE7212"/>
    <w:rsid w:val="00BF4B31"/>
    <w:rsid w:val="00C12214"/>
    <w:rsid w:val="00C13017"/>
    <w:rsid w:val="00C13306"/>
    <w:rsid w:val="00C249A9"/>
    <w:rsid w:val="00C276AD"/>
    <w:rsid w:val="00C4231B"/>
    <w:rsid w:val="00C46B23"/>
    <w:rsid w:val="00C5456C"/>
    <w:rsid w:val="00C703F6"/>
    <w:rsid w:val="00C86531"/>
    <w:rsid w:val="00C95401"/>
    <w:rsid w:val="00CA04E0"/>
    <w:rsid w:val="00CA1BA1"/>
    <w:rsid w:val="00CB0664"/>
    <w:rsid w:val="00CB1422"/>
    <w:rsid w:val="00CB5623"/>
    <w:rsid w:val="00CB5D2C"/>
    <w:rsid w:val="00CC19E5"/>
    <w:rsid w:val="00CC47E9"/>
    <w:rsid w:val="00CC4EAA"/>
    <w:rsid w:val="00CD562F"/>
    <w:rsid w:val="00CE0B9F"/>
    <w:rsid w:val="00CE392B"/>
    <w:rsid w:val="00D1048F"/>
    <w:rsid w:val="00D55D1F"/>
    <w:rsid w:val="00D648CC"/>
    <w:rsid w:val="00D6491E"/>
    <w:rsid w:val="00D763C8"/>
    <w:rsid w:val="00D81A65"/>
    <w:rsid w:val="00D81D29"/>
    <w:rsid w:val="00D90DCB"/>
    <w:rsid w:val="00D92B38"/>
    <w:rsid w:val="00D97086"/>
    <w:rsid w:val="00DA5FE4"/>
    <w:rsid w:val="00DA79DE"/>
    <w:rsid w:val="00DB7101"/>
    <w:rsid w:val="00DD7813"/>
    <w:rsid w:val="00DE01BA"/>
    <w:rsid w:val="00DE0EBB"/>
    <w:rsid w:val="00DF4A4A"/>
    <w:rsid w:val="00E212CF"/>
    <w:rsid w:val="00E43158"/>
    <w:rsid w:val="00E4688B"/>
    <w:rsid w:val="00E51F66"/>
    <w:rsid w:val="00E52445"/>
    <w:rsid w:val="00E93AFE"/>
    <w:rsid w:val="00EA667E"/>
    <w:rsid w:val="00EB73EA"/>
    <w:rsid w:val="00EF7FE4"/>
    <w:rsid w:val="00F03C89"/>
    <w:rsid w:val="00F17AAD"/>
    <w:rsid w:val="00F55475"/>
    <w:rsid w:val="00F653AC"/>
    <w:rsid w:val="00F91424"/>
    <w:rsid w:val="00FA40C7"/>
    <w:rsid w:val="00FC26B4"/>
    <w:rsid w:val="00FC693F"/>
    <w:rsid w:val="00FF29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775FA7"/>
  <w14:defaultImageDpi w14:val="300"/>
  <w15:docId w15:val="{C0154C58-26B1-463F-AAC6-AD9960DD5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F91424"/>
    <w:pPr>
      <w:spacing w:after="100"/>
    </w:pPr>
  </w:style>
  <w:style w:type="paragraph" w:styleId="TOC2">
    <w:name w:val="toc 2"/>
    <w:basedOn w:val="Normal"/>
    <w:next w:val="Normal"/>
    <w:autoRedefine/>
    <w:uiPriority w:val="39"/>
    <w:unhideWhenUsed/>
    <w:rsid w:val="00F91424"/>
    <w:pPr>
      <w:spacing w:after="100"/>
      <w:ind w:left="220"/>
    </w:pPr>
  </w:style>
  <w:style w:type="character" w:styleId="Hyperlink">
    <w:name w:val="Hyperlink"/>
    <w:basedOn w:val="DefaultParagraphFont"/>
    <w:uiPriority w:val="99"/>
    <w:unhideWhenUsed/>
    <w:rsid w:val="00F91424"/>
    <w:rPr>
      <w:color w:val="0000FF" w:themeColor="hyperlink"/>
      <w:u w:val="single"/>
    </w:rPr>
  </w:style>
  <w:style w:type="paragraph" w:styleId="BalloonText">
    <w:name w:val="Balloon Text"/>
    <w:basedOn w:val="Normal"/>
    <w:link w:val="BalloonTextChar"/>
    <w:uiPriority w:val="99"/>
    <w:semiHidden/>
    <w:unhideWhenUsed/>
    <w:rsid w:val="00566B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6B7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060661">
      <w:bodyDiv w:val="1"/>
      <w:marLeft w:val="0"/>
      <w:marRight w:val="0"/>
      <w:marTop w:val="0"/>
      <w:marBottom w:val="0"/>
      <w:divBdr>
        <w:top w:val="none" w:sz="0" w:space="0" w:color="auto"/>
        <w:left w:val="none" w:sz="0" w:space="0" w:color="auto"/>
        <w:bottom w:val="none" w:sz="0" w:space="0" w:color="auto"/>
        <w:right w:val="none" w:sz="0" w:space="0" w:color="auto"/>
      </w:divBdr>
    </w:div>
    <w:div w:id="257715551">
      <w:bodyDiv w:val="1"/>
      <w:marLeft w:val="0"/>
      <w:marRight w:val="0"/>
      <w:marTop w:val="0"/>
      <w:marBottom w:val="0"/>
      <w:divBdr>
        <w:top w:val="none" w:sz="0" w:space="0" w:color="auto"/>
        <w:left w:val="none" w:sz="0" w:space="0" w:color="auto"/>
        <w:bottom w:val="none" w:sz="0" w:space="0" w:color="auto"/>
        <w:right w:val="none" w:sz="0" w:space="0" w:color="auto"/>
      </w:divBdr>
    </w:div>
    <w:div w:id="270741972">
      <w:bodyDiv w:val="1"/>
      <w:marLeft w:val="0"/>
      <w:marRight w:val="0"/>
      <w:marTop w:val="0"/>
      <w:marBottom w:val="0"/>
      <w:divBdr>
        <w:top w:val="none" w:sz="0" w:space="0" w:color="auto"/>
        <w:left w:val="none" w:sz="0" w:space="0" w:color="auto"/>
        <w:bottom w:val="none" w:sz="0" w:space="0" w:color="auto"/>
        <w:right w:val="none" w:sz="0" w:space="0" w:color="auto"/>
      </w:divBdr>
    </w:div>
    <w:div w:id="302079755">
      <w:bodyDiv w:val="1"/>
      <w:marLeft w:val="0"/>
      <w:marRight w:val="0"/>
      <w:marTop w:val="0"/>
      <w:marBottom w:val="0"/>
      <w:divBdr>
        <w:top w:val="none" w:sz="0" w:space="0" w:color="auto"/>
        <w:left w:val="none" w:sz="0" w:space="0" w:color="auto"/>
        <w:bottom w:val="none" w:sz="0" w:space="0" w:color="auto"/>
        <w:right w:val="none" w:sz="0" w:space="0" w:color="auto"/>
      </w:divBdr>
    </w:div>
    <w:div w:id="304899998">
      <w:bodyDiv w:val="1"/>
      <w:marLeft w:val="0"/>
      <w:marRight w:val="0"/>
      <w:marTop w:val="0"/>
      <w:marBottom w:val="0"/>
      <w:divBdr>
        <w:top w:val="none" w:sz="0" w:space="0" w:color="auto"/>
        <w:left w:val="none" w:sz="0" w:space="0" w:color="auto"/>
        <w:bottom w:val="none" w:sz="0" w:space="0" w:color="auto"/>
        <w:right w:val="none" w:sz="0" w:space="0" w:color="auto"/>
      </w:divBdr>
    </w:div>
    <w:div w:id="424157570">
      <w:bodyDiv w:val="1"/>
      <w:marLeft w:val="0"/>
      <w:marRight w:val="0"/>
      <w:marTop w:val="0"/>
      <w:marBottom w:val="0"/>
      <w:divBdr>
        <w:top w:val="none" w:sz="0" w:space="0" w:color="auto"/>
        <w:left w:val="none" w:sz="0" w:space="0" w:color="auto"/>
        <w:bottom w:val="none" w:sz="0" w:space="0" w:color="auto"/>
        <w:right w:val="none" w:sz="0" w:space="0" w:color="auto"/>
      </w:divBdr>
    </w:div>
    <w:div w:id="675958176">
      <w:bodyDiv w:val="1"/>
      <w:marLeft w:val="0"/>
      <w:marRight w:val="0"/>
      <w:marTop w:val="0"/>
      <w:marBottom w:val="0"/>
      <w:divBdr>
        <w:top w:val="none" w:sz="0" w:space="0" w:color="auto"/>
        <w:left w:val="none" w:sz="0" w:space="0" w:color="auto"/>
        <w:bottom w:val="none" w:sz="0" w:space="0" w:color="auto"/>
        <w:right w:val="none" w:sz="0" w:space="0" w:color="auto"/>
      </w:divBdr>
    </w:div>
    <w:div w:id="706878295">
      <w:bodyDiv w:val="1"/>
      <w:marLeft w:val="0"/>
      <w:marRight w:val="0"/>
      <w:marTop w:val="0"/>
      <w:marBottom w:val="0"/>
      <w:divBdr>
        <w:top w:val="none" w:sz="0" w:space="0" w:color="auto"/>
        <w:left w:val="none" w:sz="0" w:space="0" w:color="auto"/>
        <w:bottom w:val="none" w:sz="0" w:space="0" w:color="auto"/>
        <w:right w:val="none" w:sz="0" w:space="0" w:color="auto"/>
      </w:divBdr>
    </w:div>
    <w:div w:id="716128679">
      <w:bodyDiv w:val="1"/>
      <w:marLeft w:val="0"/>
      <w:marRight w:val="0"/>
      <w:marTop w:val="0"/>
      <w:marBottom w:val="0"/>
      <w:divBdr>
        <w:top w:val="none" w:sz="0" w:space="0" w:color="auto"/>
        <w:left w:val="none" w:sz="0" w:space="0" w:color="auto"/>
        <w:bottom w:val="none" w:sz="0" w:space="0" w:color="auto"/>
        <w:right w:val="none" w:sz="0" w:space="0" w:color="auto"/>
      </w:divBdr>
    </w:div>
    <w:div w:id="863249442">
      <w:bodyDiv w:val="1"/>
      <w:marLeft w:val="0"/>
      <w:marRight w:val="0"/>
      <w:marTop w:val="0"/>
      <w:marBottom w:val="0"/>
      <w:divBdr>
        <w:top w:val="none" w:sz="0" w:space="0" w:color="auto"/>
        <w:left w:val="none" w:sz="0" w:space="0" w:color="auto"/>
        <w:bottom w:val="none" w:sz="0" w:space="0" w:color="auto"/>
        <w:right w:val="none" w:sz="0" w:space="0" w:color="auto"/>
      </w:divBdr>
    </w:div>
    <w:div w:id="873732372">
      <w:bodyDiv w:val="1"/>
      <w:marLeft w:val="0"/>
      <w:marRight w:val="0"/>
      <w:marTop w:val="0"/>
      <w:marBottom w:val="0"/>
      <w:divBdr>
        <w:top w:val="none" w:sz="0" w:space="0" w:color="auto"/>
        <w:left w:val="none" w:sz="0" w:space="0" w:color="auto"/>
        <w:bottom w:val="none" w:sz="0" w:space="0" w:color="auto"/>
        <w:right w:val="none" w:sz="0" w:space="0" w:color="auto"/>
      </w:divBdr>
    </w:div>
    <w:div w:id="1061907155">
      <w:bodyDiv w:val="1"/>
      <w:marLeft w:val="0"/>
      <w:marRight w:val="0"/>
      <w:marTop w:val="0"/>
      <w:marBottom w:val="0"/>
      <w:divBdr>
        <w:top w:val="none" w:sz="0" w:space="0" w:color="auto"/>
        <w:left w:val="none" w:sz="0" w:space="0" w:color="auto"/>
        <w:bottom w:val="none" w:sz="0" w:space="0" w:color="auto"/>
        <w:right w:val="none" w:sz="0" w:space="0" w:color="auto"/>
      </w:divBdr>
    </w:div>
    <w:div w:id="1071856121">
      <w:bodyDiv w:val="1"/>
      <w:marLeft w:val="0"/>
      <w:marRight w:val="0"/>
      <w:marTop w:val="0"/>
      <w:marBottom w:val="0"/>
      <w:divBdr>
        <w:top w:val="none" w:sz="0" w:space="0" w:color="auto"/>
        <w:left w:val="none" w:sz="0" w:space="0" w:color="auto"/>
        <w:bottom w:val="none" w:sz="0" w:space="0" w:color="auto"/>
        <w:right w:val="none" w:sz="0" w:space="0" w:color="auto"/>
      </w:divBdr>
    </w:div>
    <w:div w:id="1157375914">
      <w:bodyDiv w:val="1"/>
      <w:marLeft w:val="0"/>
      <w:marRight w:val="0"/>
      <w:marTop w:val="0"/>
      <w:marBottom w:val="0"/>
      <w:divBdr>
        <w:top w:val="none" w:sz="0" w:space="0" w:color="auto"/>
        <w:left w:val="none" w:sz="0" w:space="0" w:color="auto"/>
        <w:bottom w:val="none" w:sz="0" w:space="0" w:color="auto"/>
        <w:right w:val="none" w:sz="0" w:space="0" w:color="auto"/>
      </w:divBdr>
    </w:div>
    <w:div w:id="1557626701">
      <w:bodyDiv w:val="1"/>
      <w:marLeft w:val="0"/>
      <w:marRight w:val="0"/>
      <w:marTop w:val="0"/>
      <w:marBottom w:val="0"/>
      <w:divBdr>
        <w:top w:val="none" w:sz="0" w:space="0" w:color="auto"/>
        <w:left w:val="none" w:sz="0" w:space="0" w:color="auto"/>
        <w:bottom w:val="none" w:sz="0" w:space="0" w:color="auto"/>
        <w:right w:val="none" w:sz="0" w:space="0" w:color="auto"/>
      </w:divBdr>
    </w:div>
    <w:div w:id="1596985913">
      <w:bodyDiv w:val="1"/>
      <w:marLeft w:val="0"/>
      <w:marRight w:val="0"/>
      <w:marTop w:val="0"/>
      <w:marBottom w:val="0"/>
      <w:divBdr>
        <w:top w:val="none" w:sz="0" w:space="0" w:color="auto"/>
        <w:left w:val="none" w:sz="0" w:space="0" w:color="auto"/>
        <w:bottom w:val="none" w:sz="0" w:space="0" w:color="auto"/>
        <w:right w:val="none" w:sz="0" w:space="0" w:color="auto"/>
      </w:divBdr>
    </w:div>
    <w:div w:id="1623808357">
      <w:bodyDiv w:val="1"/>
      <w:marLeft w:val="0"/>
      <w:marRight w:val="0"/>
      <w:marTop w:val="0"/>
      <w:marBottom w:val="0"/>
      <w:divBdr>
        <w:top w:val="none" w:sz="0" w:space="0" w:color="auto"/>
        <w:left w:val="none" w:sz="0" w:space="0" w:color="auto"/>
        <w:bottom w:val="none" w:sz="0" w:space="0" w:color="auto"/>
        <w:right w:val="none" w:sz="0" w:space="0" w:color="auto"/>
      </w:divBdr>
    </w:div>
    <w:div w:id="1631859550">
      <w:bodyDiv w:val="1"/>
      <w:marLeft w:val="0"/>
      <w:marRight w:val="0"/>
      <w:marTop w:val="0"/>
      <w:marBottom w:val="0"/>
      <w:divBdr>
        <w:top w:val="none" w:sz="0" w:space="0" w:color="auto"/>
        <w:left w:val="none" w:sz="0" w:space="0" w:color="auto"/>
        <w:bottom w:val="none" w:sz="0" w:space="0" w:color="auto"/>
        <w:right w:val="none" w:sz="0" w:space="0" w:color="auto"/>
      </w:divBdr>
    </w:div>
    <w:div w:id="1728798697">
      <w:bodyDiv w:val="1"/>
      <w:marLeft w:val="0"/>
      <w:marRight w:val="0"/>
      <w:marTop w:val="0"/>
      <w:marBottom w:val="0"/>
      <w:divBdr>
        <w:top w:val="none" w:sz="0" w:space="0" w:color="auto"/>
        <w:left w:val="none" w:sz="0" w:space="0" w:color="auto"/>
        <w:bottom w:val="none" w:sz="0" w:space="0" w:color="auto"/>
        <w:right w:val="none" w:sz="0" w:space="0" w:color="auto"/>
      </w:divBdr>
    </w:div>
    <w:div w:id="1729064770">
      <w:bodyDiv w:val="1"/>
      <w:marLeft w:val="0"/>
      <w:marRight w:val="0"/>
      <w:marTop w:val="0"/>
      <w:marBottom w:val="0"/>
      <w:divBdr>
        <w:top w:val="none" w:sz="0" w:space="0" w:color="auto"/>
        <w:left w:val="none" w:sz="0" w:space="0" w:color="auto"/>
        <w:bottom w:val="none" w:sz="0" w:space="0" w:color="auto"/>
        <w:right w:val="none" w:sz="0" w:space="0" w:color="auto"/>
      </w:divBdr>
    </w:div>
    <w:div w:id="20834045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Hp\Desktop\GOPA%202024\STREHIM\Prrenjas\PLANI\New%20folder\popullsia%20dhe%20permbledhese%20e%20skemave%20te%20strehimi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Hp\Desktop\GOPA%202024\STREHIM\Prrenjas\PLANI\New%20folder\popullsia%20dhe%20permbledhese%20e%20skemave%20te%20strehimi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Hp\Desktop\GOPA%202024\STREHIM\Prrenjas\PLANI\New%20folder\popullsia%20dhe%20permbledhese%20e%20skemave%20te%20strehimit.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Shpërndarja</a:t>
            </a:r>
            <a:r>
              <a:rPr lang="en-US" baseline="0"/>
              <a:t> e kategorive në nevojë sipas Njësive Administrative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'Demografia Perfitues  strehimi'!$E$51</c:f>
              <c:strCache>
                <c:ptCount val="1"/>
                <c:pt idx="0">
                  <c:v>Familje NE</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'Demografia Perfitues  strehimi'!$D$52:$D$55</c:f>
              <c:strCache>
                <c:ptCount val="4"/>
                <c:pt idx="0">
                  <c:v>Prrenjas</c:v>
                </c:pt>
                <c:pt idx="1">
                  <c:v>Qukës</c:v>
                </c:pt>
                <c:pt idx="2">
                  <c:v>Rrajcë</c:v>
                </c:pt>
                <c:pt idx="3">
                  <c:v>Stravaj</c:v>
                </c:pt>
              </c:strCache>
            </c:strRef>
          </c:cat>
          <c:val>
            <c:numRef>
              <c:f>'Demografia Perfitues  strehimi'!$E$52:$E$55</c:f>
              <c:numCache>
                <c:formatCode>General</c:formatCode>
                <c:ptCount val="4"/>
                <c:pt idx="0">
                  <c:v>248</c:v>
                </c:pt>
                <c:pt idx="1">
                  <c:v>602</c:v>
                </c:pt>
                <c:pt idx="2">
                  <c:v>650</c:v>
                </c:pt>
                <c:pt idx="3">
                  <c:v>244</c:v>
                </c:pt>
              </c:numCache>
            </c:numRef>
          </c:val>
          <c:extLst>
            <c:ext xmlns:c16="http://schemas.microsoft.com/office/drawing/2014/chart" uri="{C3380CC4-5D6E-409C-BE32-E72D297353CC}">
              <c16:uniqueId val="{00000000-233F-4A11-97BA-50621DAA4524}"/>
            </c:ext>
          </c:extLst>
        </c:ser>
        <c:ser>
          <c:idx val="1"/>
          <c:order val="1"/>
          <c:tx>
            <c:strRef>
              <c:f>'Demografia Perfitues  strehimi'!$F$51</c:f>
              <c:strCache>
                <c:ptCount val="1"/>
                <c:pt idx="0">
                  <c:v>PAK</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'Demografia Perfitues  strehimi'!$D$52:$D$55</c:f>
              <c:strCache>
                <c:ptCount val="4"/>
                <c:pt idx="0">
                  <c:v>Prrenjas</c:v>
                </c:pt>
                <c:pt idx="1">
                  <c:v>Qukës</c:v>
                </c:pt>
                <c:pt idx="2">
                  <c:v>Rrajcë</c:v>
                </c:pt>
                <c:pt idx="3">
                  <c:v>Stravaj</c:v>
                </c:pt>
              </c:strCache>
            </c:strRef>
          </c:cat>
          <c:val>
            <c:numRef>
              <c:f>'Demografia Perfitues  strehimi'!$F$52:$F$55</c:f>
              <c:numCache>
                <c:formatCode>General</c:formatCode>
                <c:ptCount val="4"/>
                <c:pt idx="0">
                  <c:v>146</c:v>
                </c:pt>
                <c:pt idx="1">
                  <c:v>349</c:v>
                </c:pt>
                <c:pt idx="2">
                  <c:v>410</c:v>
                </c:pt>
                <c:pt idx="3">
                  <c:v>290</c:v>
                </c:pt>
              </c:numCache>
            </c:numRef>
          </c:val>
          <c:extLst>
            <c:ext xmlns:c16="http://schemas.microsoft.com/office/drawing/2014/chart" uri="{C3380CC4-5D6E-409C-BE32-E72D297353CC}">
              <c16:uniqueId val="{00000001-233F-4A11-97BA-50621DAA4524}"/>
            </c:ext>
          </c:extLst>
        </c:ser>
        <c:ser>
          <c:idx val="2"/>
          <c:order val="2"/>
          <c:tx>
            <c:strRef>
              <c:f>'Demografia Perfitues  strehimi'!$G$51</c:f>
              <c:strCache>
                <c:ptCount val="1"/>
                <c:pt idx="0">
                  <c:v>Gra kryefamiljare</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'Demografia Perfitues  strehimi'!$D$52:$D$55</c:f>
              <c:strCache>
                <c:ptCount val="4"/>
                <c:pt idx="0">
                  <c:v>Prrenjas</c:v>
                </c:pt>
                <c:pt idx="1">
                  <c:v>Qukës</c:v>
                </c:pt>
                <c:pt idx="2">
                  <c:v>Rrajcë</c:v>
                </c:pt>
                <c:pt idx="3">
                  <c:v>Stravaj</c:v>
                </c:pt>
              </c:strCache>
            </c:strRef>
          </c:cat>
          <c:val>
            <c:numRef>
              <c:f>'Demografia Perfitues  strehimi'!$G$52:$G$55</c:f>
              <c:numCache>
                <c:formatCode>General</c:formatCode>
                <c:ptCount val="4"/>
                <c:pt idx="0">
                  <c:v>12</c:v>
                </c:pt>
                <c:pt idx="1">
                  <c:v>11</c:v>
                </c:pt>
                <c:pt idx="2">
                  <c:v>18</c:v>
                </c:pt>
                <c:pt idx="3">
                  <c:v>0</c:v>
                </c:pt>
              </c:numCache>
            </c:numRef>
          </c:val>
          <c:extLst>
            <c:ext xmlns:c16="http://schemas.microsoft.com/office/drawing/2014/chart" uri="{C3380CC4-5D6E-409C-BE32-E72D297353CC}">
              <c16:uniqueId val="{00000002-233F-4A11-97BA-50621DAA4524}"/>
            </c:ext>
          </c:extLst>
        </c:ser>
        <c:ser>
          <c:idx val="3"/>
          <c:order val="3"/>
          <c:tx>
            <c:strRef>
              <c:f>'Demografia Perfitues  strehimi'!$H$51</c:f>
              <c:strCache>
                <c:ptCount val="1"/>
                <c:pt idx="0">
                  <c:v>Rom/Egjiptianë</c:v>
                </c:pt>
              </c:strCache>
            </c:strRef>
          </c:tx>
          <c:spPr>
            <a:solidFill>
              <a:schemeClr val="accent6">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'Demografia Perfitues  strehimi'!$D$52:$D$55</c:f>
              <c:strCache>
                <c:ptCount val="4"/>
                <c:pt idx="0">
                  <c:v>Prrenjas</c:v>
                </c:pt>
                <c:pt idx="1">
                  <c:v>Qukës</c:v>
                </c:pt>
                <c:pt idx="2">
                  <c:v>Rrajcë</c:v>
                </c:pt>
                <c:pt idx="3">
                  <c:v>Stravaj</c:v>
                </c:pt>
              </c:strCache>
            </c:strRef>
          </c:cat>
          <c:val>
            <c:numRef>
              <c:f>'Demografia Perfitues  strehimi'!$H$52:$H$55</c:f>
              <c:numCache>
                <c:formatCode>General</c:formatCode>
                <c:ptCount val="4"/>
                <c:pt idx="0">
                  <c:v>227</c:v>
                </c:pt>
                <c:pt idx="1">
                  <c:v>77</c:v>
                </c:pt>
                <c:pt idx="2">
                  <c:v>92</c:v>
                </c:pt>
                <c:pt idx="3">
                  <c:v>39</c:v>
                </c:pt>
              </c:numCache>
            </c:numRef>
          </c:val>
          <c:extLst>
            <c:ext xmlns:c16="http://schemas.microsoft.com/office/drawing/2014/chart" uri="{C3380CC4-5D6E-409C-BE32-E72D297353CC}">
              <c16:uniqueId val="{00000003-233F-4A11-97BA-50621DAA4524}"/>
            </c:ext>
          </c:extLst>
        </c:ser>
        <c:ser>
          <c:idx val="4"/>
          <c:order val="4"/>
          <c:tx>
            <c:strRef>
              <c:f>'Demografia Perfitues  strehimi'!$I$51</c:f>
              <c:strCache>
                <c:ptCount val="1"/>
                <c:pt idx="0">
                  <c:v>65+</c:v>
                </c:pt>
              </c:strCache>
            </c:strRef>
          </c:tx>
          <c:spPr>
            <a:solidFill>
              <a:schemeClr val="accent5">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'Demografia Perfitues  strehimi'!$D$52:$D$55</c:f>
              <c:strCache>
                <c:ptCount val="4"/>
                <c:pt idx="0">
                  <c:v>Prrenjas</c:v>
                </c:pt>
                <c:pt idx="1">
                  <c:v>Qukës</c:v>
                </c:pt>
                <c:pt idx="2">
                  <c:v>Rrajcë</c:v>
                </c:pt>
                <c:pt idx="3">
                  <c:v>Stravaj</c:v>
                </c:pt>
              </c:strCache>
            </c:strRef>
          </c:cat>
          <c:val>
            <c:numRef>
              <c:f>'Demografia Perfitues  strehimi'!$I$52:$I$55</c:f>
              <c:numCache>
                <c:formatCode>General</c:formatCode>
                <c:ptCount val="4"/>
                <c:pt idx="0">
                  <c:v>1528</c:v>
                </c:pt>
                <c:pt idx="1">
                  <c:v>0</c:v>
                </c:pt>
                <c:pt idx="2">
                  <c:v>0</c:v>
                </c:pt>
                <c:pt idx="3">
                  <c:v>0</c:v>
                </c:pt>
              </c:numCache>
            </c:numRef>
          </c:val>
          <c:extLst>
            <c:ext xmlns:c16="http://schemas.microsoft.com/office/drawing/2014/chart" uri="{C3380CC4-5D6E-409C-BE32-E72D297353CC}">
              <c16:uniqueId val="{00000004-233F-4A11-97BA-50621DAA4524}"/>
            </c:ext>
          </c:extLst>
        </c:ser>
        <c:dLbls>
          <c:dLblPos val="outEnd"/>
          <c:showLegendKey val="0"/>
          <c:showVal val="1"/>
          <c:showCatName val="0"/>
          <c:showSerName val="0"/>
          <c:showPercent val="0"/>
          <c:showBubbleSize val="0"/>
        </c:dLbls>
        <c:gapWidth val="219"/>
        <c:overlap val="-27"/>
        <c:axId val="1370341936"/>
        <c:axId val="1370342480"/>
      </c:barChart>
      <c:catAx>
        <c:axId val="1370341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0342480"/>
        <c:crosses val="autoZero"/>
        <c:auto val="1"/>
        <c:lblAlgn val="ctr"/>
        <c:lblOffset val="100"/>
        <c:noMultiLvlLbl val="0"/>
      </c:catAx>
      <c:valAx>
        <c:axId val="13703424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0341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Përfitues</a:t>
            </a:r>
            <a:r>
              <a:rPr lang="en-US" baseline="0"/>
              <a:t> nga Programet e Strehimit 2022-2024</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'Demografia Perfitues  strehimi'!$E$68</c:f>
              <c:strCache>
                <c:ptCount val="1"/>
                <c:pt idx="0">
                  <c:v>Perfitues nga Programi Qerasë</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'Demografia Perfitues  strehimi'!$D$69:$D$73</c:f>
              <c:strCache>
                <c:ptCount val="5"/>
                <c:pt idx="0">
                  <c:v>Prrenjas </c:v>
                </c:pt>
                <c:pt idx="1">
                  <c:v>Qukës</c:v>
                </c:pt>
                <c:pt idx="2">
                  <c:v>Rrajce</c:v>
                </c:pt>
                <c:pt idx="3">
                  <c:v>Stravaj</c:v>
                </c:pt>
                <c:pt idx="4">
                  <c:v>Total</c:v>
                </c:pt>
              </c:strCache>
            </c:strRef>
          </c:cat>
          <c:val>
            <c:numRef>
              <c:f>'Demografia Perfitues  strehimi'!$E$69:$E$73</c:f>
              <c:numCache>
                <c:formatCode>General</c:formatCode>
                <c:ptCount val="5"/>
                <c:pt idx="0">
                  <c:v>39</c:v>
                </c:pt>
                <c:pt idx="1">
                  <c:v>47</c:v>
                </c:pt>
                <c:pt idx="2">
                  <c:v>47</c:v>
                </c:pt>
                <c:pt idx="3">
                  <c:v>20</c:v>
                </c:pt>
                <c:pt idx="4">
                  <c:v>153</c:v>
                </c:pt>
              </c:numCache>
            </c:numRef>
          </c:val>
          <c:extLst>
            <c:ext xmlns:c16="http://schemas.microsoft.com/office/drawing/2014/chart" uri="{C3380CC4-5D6E-409C-BE32-E72D297353CC}">
              <c16:uniqueId val="{00000000-5210-44F9-BD1F-78C2BC709D46}"/>
            </c:ext>
          </c:extLst>
        </c:ser>
        <c:ser>
          <c:idx val="1"/>
          <c:order val="1"/>
          <c:tx>
            <c:strRef>
              <c:f>'Demografia Perfitues  strehimi'!$F$68</c:f>
              <c:strCache>
                <c:ptCount val="1"/>
                <c:pt idx="0">
                  <c:v>Programi i subvencionimit të interesave të kredisë</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'Demografia Perfitues  strehimi'!$D$69:$D$73</c:f>
              <c:strCache>
                <c:ptCount val="5"/>
                <c:pt idx="0">
                  <c:v>Prrenjas </c:v>
                </c:pt>
                <c:pt idx="1">
                  <c:v>Qukës</c:v>
                </c:pt>
                <c:pt idx="2">
                  <c:v>Rrajce</c:v>
                </c:pt>
                <c:pt idx="3">
                  <c:v>Stravaj</c:v>
                </c:pt>
                <c:pt idx="4">
                  <c:v>Total</c:v>
                </c:pt>
              </c:strCache>
            </c:strRef>
          </c:cat>
          <c:val>
            <c:numRef>
              <c:f>'Demografia Perfitues  strehimi'!$F$69:$F$73</c:f>
              <c:numCache>
                <c:formatCode>General</c:formatCode>
                <c:ptCount val="5"/>
                <c:pt idx="0">
                  <c:v>10</c:v>
                </c:pt>
                <c:pt idx="1">
                  <c:v>1</c:v>
                </c:pt>
                <c:pt idx="2">
                  <c:v>4</c:v>
                </c:pt>
                <c:pt idx="3">
                  <c:v>1</c:v>
                </c:pt>
                <c:pt idx="4">
                  <c:v>16</c:v>
                </c:pt>
              </c:numCache>
            </c:numRef>
          </c:val>
          <c:extLst>
            <c:ext xmlns:c16="http://schemas.microsoft.com/office/drawing/2014/chart" uri="{C3380CC4-5D6E-409C-BE32-E72D297353CC}">
              <c16:uniqueId val="{00000001-5210-44F9-BD1F-78C2BC709D46}"/>
            </c:ext>
          </c:extLst>
        </c:ser>
        <c:ser>
          <c:idx val="2"/>
          <c:order val="2"/>
          <c:tx>
            <c:strRef>
              <c:f>'Demografia Perfitues  strehimi'!$G$68</c:f>
              <c:strCache>
                <c:ptCount val="1"/>
                <c:pt idx="0">
                  <c:v>Programi i përmirësimit të kushteve të banimit</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'Demografia Perfitues  strehimi'!$D$69:$D$73</c:f>
              <c:strCache>
                <c:ptCount val="5"/>
                <c:pt idx="0">
                  <c:v>Prrenjas </c:v>
                </c:pt>
                <c:pt idx="1">
                  <c:v>Qukës</c:v>
                </c:pt>
                <c:pt idx="2">
                  <c:v>Rrajce</c:v>
                </c:pt>
                <c:pt idx="3">
                  <c:v>Stravaj</c:v>
                </c:pt>
                <c:pt idx="4">
                  <c:v>Total</c:v>
                </c:pt>
              </c:strCache>
            </c:strRef>
          </c:cat>
          <c:val>
            <c:numRef>
              <c:f>'Demografia Perfitues  strehimi'!$G$69:$G$73</c:f>
              <c:numCache>
                <c:formatCode>General</c:formatCode>
                <c:ptCount val="5"/>
                <c:pt idx="0">
                  <c:v>20</c:v>
                </c:pt>
                <c:pt idx="1">
                  <c:v>24</c:v>
                </c:pt>
                <c:pt idx="2">
                  <c:v>23</c:v>
                </c:pt>
                <c:pt idx="3">
                  <c:v>12</c:v>
                </c:pt>
                <c:pt idx="4">
                  <c:v>79</c:v>
                </c:pt>
              </c:numCache>
            </c:numRef>
          </c:val>
          <c:extLst>
            <c:ext xmlns:c16="http://schemas.microsoft.com/office/drawing/2014/chart" uri="{C3380CC4-5D6E-409C-BE32-E72D297353CC}">
              <c16:uniqueId val="{00000002-5210-44F9-BD1F-78C2BC709D46}"/>
            </c:ext>
          </c:extLst>
        </c:ser>
        <c:dLbls>
          <c:dLblPos val="outEnd"/>
          <c:showLegendKey val="0"/>
          <c:showVal val="1"/>
          <c:showCatName val="0"/>
          <c:showSerName val="0"/>
          <c:showPercent val="0"/>
          <c:showBubbleSize val="0"/>
        </c:dLbls>
        <c:gapWidth val="219"/>
        <c:overlap val="-27"/>
        <c:axId val="1584693920"/>
        <c:axId val="1584687936"/>
      </c:barChart>
      <c:catAx>
        <c:axId val="1584693920"/>
        <c:scaling>
          <c:orientation val="minMax"/>
        </c:scaling>
        <c:delete val="0"/>
        <c:axPos val="b"/>
        <c:title>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4687936"/>
        <c:crosses val="autoZero"/>
        <c:auto val="1"/>
        <c:lblAlgn val="ctr"/>
        <c:lblOffset val="100"/>
        <c:noMultiLvlLbl val="0"/>
      </c:catAx>
      <c:valAx>
        <c:axId val="1584687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46939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'Demografia Perfitues  strehimi'!$E$95</c:f>
              <c:strCache>
                <c:ptCount val="1"/>
                <c:pt idx="0">
                  <c:v>Niveli I burimit te financimit të Programeve të Strehimit nga Bashkia Prrenjas</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BC40-4E4C-AE5C-29FF961E3F81}"/>
              </c:ext>
            </c:extLst>
          </c:dPt>
          <c:dPt>
            <c:idx val="1"/>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BC40-4E4C-AE5C-29FF961E3F81}"/>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1-BC40-4E4C-AE5C-29FF961E3F81}"/>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3-BC40-4E4C-AE5C-29FF961E3F81}"/>
                </c:ext>
              </c:extLst>
            </c:dLbl>
            <c:spPr>
              <a:noFill/>
              <a:ln>
                <a:noFill/>
              </a:ln>
              <a:effectLst/>
            </c:spPr>
            <c:dLblPos val="outEnd"/>
            <c:showLegendKey val="0"/>
            <c:showVal val="1"/>
            <c:showCatName val="1"/>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'Demografia Perfitues  strehimi'!$D$96:$D$97</c:f>
              <c:strCache>
                <c:ptCount val="2"/>
                <c:pt idx="0">
                  <c:v>Bashkia</c:v>
                </c:pt>
                <c:pt idx="1">
                  <c:v>Qeveria</c:v>
                </c:pt>
              </c:strCache>
            </c:strRef>
          </c:cat>
          <c:val>
            <c:numRef>
              <c:f>'Demografia Perfitues  strehimi'!$E$96:$E$97</c:f>
              <c:numCache>
                <c:formatCode>0%</c:formatCode>
                <c:ptCount val="2"/>
                <c:pt idx="0">
                  <c:v>0.2</c:v>
                </c:pt>
                <c:pt idx="1">
                  <c:v>0.8</c:v>
                </c:pt>
              </c:numCache>
            </c:numRef>
          </c:val>
          <c:extLst>
            <c:ext xmlns:c16="http://schemas.microsoft.com/office/drawing/2014/chart" uri="{C3380CC4-5D6E-409C-BE32-E72D297353CC}">
              <c16:uniqueId val="{00000004-BC40-4E4C-AE5C-29FF961E3F81}"/>
            </c:ext>
          </c:extLst>
        </c:ser>
        <c:dLbls>
          <c:dLblPos val="outEnd"/>
          <c:showLegendKey val="0"/>
          <c:showVal val="1"/>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825DF7-3C8B-43A0-8F5E-AE34C2045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51</Pages>
  <Words>13499</Words>
  <Characters>76946</Characters>
  <Application>Microsoft Office Word</Application>
  <DocSecurity>0</DocSecurity>
  <Lines>641</Lines>
  <Paragraphs>180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90265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Elsa Belba</cp:lastModifiedBy>
  <cp:revision>46</cp:revision>
  <cp:lastPrinted>2026-03-03T09:56:00Z</cp:lastPrinted>
  <dcterms:created xsi:type="dcterms:W3CDTF">2025-09-26T07:01:00Z</dcterms:created>
  <dcterms:modified xsi:type="dcterms:W3CDTF">2026-09-25T12:28:00Z</dcterms:modified>
  <cp:category/>
</cp:coreProperties>
</file>